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دليل مسار المبيعات في CRM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ست مراحل لطلبات الموقع مع معايير الانتقال والحقول المطلوبة والخطوات التالية ومثال مكتمل.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انسخ المراحل إلى نظام CRM لديك أو إلى جدول البيانات. غيّر الأسماء والمهل بما يناسب طريقة بيعك، لكن احتفظ بقاعدة انتقال واحدة لكل مرحلة.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المراحل ومعايير الانتقال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1. استفسار جديد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سأل شخص عن خدمتك عبر دردشة الموقع أو نموذج أو مكالمة أو رسالة. لم يتحقق أحد بعد مما إذا كان مناسباً.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انقلها إلى «مؤهّلة»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تكون قد رددت وعرفت ما يحتاج إليه.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يكون لديك اسمه وبريده الإلكتروني أو رقم هاتفه.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تعرف منطقته ونطاق ميزانيته وموعد البدء.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الاسم، البريد الإلكتروني أو الهاتف، المصدر، ما يحتاج إليه، تاريخ الاستلام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رُدّ خلال ساعة في أوقات العمل واطرح أسئلة التأهيل الخاصة بك.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يوم واحد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ترك الاستفسار بلا رد طوال الليل. رد قصير الآن أفضل من رد مثالي غداً.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2. مؤهّلة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لدى العميل المحتمل حاجة تحلّها، وميزانية ضمن نطاقك، وموعد للبدء، وصاحب قرار معروف.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انقلها إلى «تم حجز اجتماع»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تُحجز مكالمة أو عرض توضيحي أو زيارة بتاريخ ووقت محددين.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يعرف أصحاب القرار بأمر الاجتماع.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القيمة التقديرية، صاحب القرار، موعد البدء، المسؤول، تقييم العميل المحتمل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اقترح موعدين أو أرسل رابط الحجز في المحادثة نفسها.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 أيام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نقل كل من ردّ إلى «مؤهّلة». إذا لم يكن مناسباً، فأغلق الصفقة كخاسرة مع ذكر السبب.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3. تم حجز اجتماع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المكالمة أو العرض التوضيحي أو الزيارة الميدانية في التقويم أو تمت بالفعل. أنت تتعرّف على نطاق العمل وطريقة اتخاذ القرار.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انقلها إلى «تم إرسال العرض»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تتفقان على نطاق العمل.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يطلب المشتري سعراً أو عرضاً.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تعرف من يوقّع ومتى يريدون اتخاذ القرار.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تاريخ الاجتماع، ملاحظات الاجتماع، نطاق العمل، تاريخ القرار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أرسل في اليوم نفسه ملخصاً بنطاق العمل وموعد وصول عرضك.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7 أيام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إرسال السعر قبل الاتفاق على النطاق. ستجد نفسك في نقاش حول السعر بدلاً من قرار.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4. تم إرسال العرض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استلم المشتري عرض السعر أو المقترح مع السعر والشروط وموعد البدء.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أغلق الصفقة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رابحة: وقّع أو دفع عربوناً أو أكّد الطلب كتابياً.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خاسرة: رفض أو لم يرد بعد 3 متابعات.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قيمة العرض، تاريخ الإرسال، تاريخ المتابعة، تاريخ الإغلاق المتوقع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حدّد المتابعة قبل الإرسال: مكالمة بعد يومين إلى 3 أيام لمراجعة العرض معاً.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14 يوماً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60%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انتظار أن يعود المشتري من تلقاء نفسه. كل عرض يحتاج إلى تاريخ متابعة في نظام CRM.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5. رابحة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وقّع المشتري أو دفع عربوناً أو أكّد الطلب كتابياً.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سجّلها كرابحة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يوجد توقيع أو دفعة أو طلب مكتوب.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تُملأ القيمة النهائية وتاريخ الإغلاق.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القيمة النهائية، تاريخ الإغلاق، مسؤول التسليم، موعد البدء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سلّم المشروع إلى فريق التنفيذ مع نطاق العمل والملاحظات. بعد التسليم، اطلب تقييماً أو ترشيحاً.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توجد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100%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تسجيل الصفقة كرابحة بعد موافقة شفهية. انتظر التوقيع أو الدفع أو الطلب المكتوب.</w:t>
      </w:r>
    </w:p>
    <w:p>
      <w:pPr>
        <w:spacing w:after="12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6. خاسرة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المعنى: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رفض المشتري، أو اختار جهة أخرى، أو توقف عن الرد.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أغلقها كخاسرة عندما: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يرفض، أو تبقى 3 متابعات بلا رد.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يُختار سبب الخسارة من القائمة.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المطلوبة: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سبب الخسارة، المرحلة التي خُسرت فيها، تاريخ إعادة التواصل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اطرح سؤالاً قصيراً واحداً: ما الذي جعلهم يختارون غيرك؟ إذا كان التوقيت هو المشكلة، فحدّد تاريخاً لإعادة التواصل.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المهلة: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توجد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احتمال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أسباب الخسارة: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توجد ميزانية، اختار منافساً، لا يوجد رد، غير مناسب، توقيت غير مناسب، أخرى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خطأ شائع: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حذف الصفقات الخاسرة. أسباب الخسارة تُظهر أين يفقد مسارك العملاء وما الذي يجب إصلاحه أولاً.</w:t>
      </w:r>
    </w:p>
    <w:p>
      <w:pPr>
        <w:spacing w:after="120"/>
        <w:bidi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المرحلة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انتقل عندما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الحقول المطلوبة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المهلة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احتمال الفوز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1. استفسار جديد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تكون قد رددت وعرفت ما يحتاج إليه. يكون لديك اسمه وبريده الإلكتروني أو رقم هاتفه. تعرف منطقته ونطاق ميزانيته وموعد البدء.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الاسم، البريد الإلكتروني أو الهاتف، المصدر، ما يحتاج إليه، تاريخ الاستلام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يوم واحد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10%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2. مؤهّلة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تُحجز مكالمة أو عرض توضيحي أو زيارة بتاريخ ووقت محددين. يعرف أصحاب القرار بأمر الاجتماع.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القيمة التقديرية، صاحب القرار، موعد البدء، المسؤول، تقييم العميل المحتمل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3 أيام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20%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3. تم حجز اجتماع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تتفقان على نطاق العمل. يطلب المشتري سعراً أو عرضاً. تعرف من يوقّع ومتى يريدون اتخاذ القرار.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تاريخ الاجتماع، ملاحظات الاجتماع، نطاق العمل، تاريخ القرار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7 أيام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40%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4. تم إرسال العرض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رابحة: وقّع أو دفع عربوناً أو أكّد الطلب كتابياً. خاسرة: رفض أو لم يرد بعد 3 متابعات.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قيمة العرض، تاريخ الإرسال، تاريخ المتابعة، تاريخ الإغلاق المتوقع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14 يوماً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60%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5. رابحة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يوجد توقيع أو دفعة أو طلب مكتوب. تُملأ القيمة النهائية وتاريخ الإغلاق.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القيمة النهائية، تاريخ الإغلاق، مسؤول التسليم، موعد البدء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توجد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100%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6. خاسرة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يرفض، أو تبقى 3 متابعات بلا رد. يُختار سبب الخسارة من القائمة.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سبب الخسارة، المرحلة التي خُسرت فيها، تاريخ إعادة التواصل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توجد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0%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طلب واحد من الموقع، من أول دردشة حتى الفوز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ماريا ل. من مثال سكريبت تأهيل العملاء المحتملين تصبح صفقة لشركة تجديد خيالية. وفي الأسفل المسار التجريبي كاملاً من جدول متابعة Excel.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اليوم 1، 10:12 · استفسار جديد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تسأل ماريا في دردشة الموقع عن تجديد المطبخ. يسألها وكيل الذكاء الاصطناعي عمّا تريد تغييره، وأين يقع المنزل، ومتى تريد البدء، وعن الميزانية ومن يتخذ القرار.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F8A5B"/>
          <w:sz w:val="21"/>
          <w:rtl/>
          <w:szCs w:val="21"/>
        </w:rPr>
        <w:t>تم جمع الحاجة والمنطقة وموعد البدء والميزانية. التقييم 9 من 10.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اليوم 1، 10:20 · مؤهّلة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المنزل ضمن منطقة الخدمة، والميزانية $35,000 ضمن النطاق من $25,000 إلى $45,000، والبدء في مارس، وسيحضر صاحبا القرار المكالمة.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F8A5B"/>
          <w:sz w:val="21"/>
          <w:rtl/>
          <w:szCs w:val="21"/>
        </w:rPr>
        <w:t>حُجزت مكالمة مع دان يوم الثلاثاء الساعة 5:30 مساءً.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اليوم 2 · تم حجز اجتماع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مكالمة مدتها 30 دقيقة مع ماريا وزوجها، ثم زيارة في اليوم 4 لقياس المطبخ.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F8A5B"/>
          <w:sz w:val="21"/>
          <w:rtl/>
          <w:szCs w:val="21"/>
        </w:rPr>
        <w:t>تم الاتفاق على النطاق. يطلبان عرض سعر مكتوباً.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اليوم 6 · تم إرسال العرض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عرض سعر بقيمة $34,800: خزائن وأسطح عمل جديدة ونقل الحوض، والبدء في 2 مارس.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F8A5B"/>
          <w:sz w:val="21"/>
          <w:rtl/>
          <w:szCs w:val="21"/>
        </w:rPr>
        <w:t>مكالمة متابعة في اليوم 9. الإغلاق المتوقع: اليوم 20.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اليوم 13 · رابحة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توقّع ماريا العقد وتدفع عربوناً بنسبة 30%.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F8A5B"/>
          <w:sz w:val="21"/>
          <w:rtl/>
          <w:szCs w:val="21"/>
        </w:rPr>
        <w:t>سُلّم المشروع إلى فريق العمل مع النطاق والملاحظات.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6"/>
          <w:rtl/>
          <w:szCs w:val="26"/>
        </w:rPr>
        <w:t>بطاقة الصفقة في اليوم 6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الصفقة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تجديد المطبخ · ماريا ل.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المرحلة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تم إرسال العرض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القيمة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$34,800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احتمال الفوز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60%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القيمة المرجّحة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$20,880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المصدر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دردشة الموقع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المسؤول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دان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الخطوة التالية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مكالمة متابعة لعرض السعر، اليوم 9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الإغلاق المتوقع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اليوم 20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6"/>
          <w:rtl/>
          <w:szCs w:val="26"/>
        </w:rPr>
        <w:t>مسار تجريبي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الصفقة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المرحلة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القيمة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القيمة المرجّحة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التنبيه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تجديد المطبخ · ماريا ل.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تم إرسال العرض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$34,800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$20,880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في الموعد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تحديث الحمّام · أوين ب.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تم حجز اجتماع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$12,500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$5,000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في الموعد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تشطيب القبو · لينا ك.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مؤهّلة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$28,000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$5,600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في الموعد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تجديد الشرفة الخشبية · راج س.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استفسار جديد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$9,000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$900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راكدة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استبدال النوافذ · تشين و.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استفسار جديد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$6,400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$640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في الموعد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مكتب منزلي · سارة م.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تم إرسال العرض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$15,200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$9,120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متأخرة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جزيرة المطبخ · توم ب.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رابحة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$7,900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$7,900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مغلقة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تحويل المرآب · آنا ر.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خاسرة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$22,000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مغلقة</w:t>
            </w:r>
          </w:p>
        </w:tc>
      </w:tr>
    </w:tbl>
    <w:p/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صفقات مفتوحة: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6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قيمة المسار المفتوح: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$105,900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التوقع المرجّح: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$42,140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نسبة الفوز: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50%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خطوات متأخرة: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صفقات راكدة: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</w:t>
      </w:r>
    </w:p>
    <w:p>
      <w:pPr>
        <w:spacing w:after="24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شركة وصفقات خيالية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أعدّ مسارك في 5 خطوات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سمِّ المراحل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استخدم ما فعله المشتري: سأل، مناسب، التقينا، استلم عرض السعر، وقّع. التزم بـ5 إلى 7 مراحل حتى يكون لكل منها خطوة تالية مختلفة.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قاعدة انتقال واحدة لكل مرحلة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استخدم حقيقة يمكن لأي شخص التحقق منها، مثل تحديد موعد الاجتماع. إذا كان شخصان سيضعان الصفقة نفسها في مرحلتين مختلفتين، فالقاعدة غامضة جداً.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حقول مطلوبة قليلة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من 3 إلى 5 حقول لكل مرحلة. اسأل عن قيمة الصفقة في مرحلة «مؤهّلة»، لا في الرسالة الأولى.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خطوة تالية لكل صفقة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كل صفقة مفتوحة تحتاج إلى خطوة تالية واحدة وتاريخ. رُدّ على الاستفسارات الجديدة خلال ساعة.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راجع كل أسبوع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عالج الصفقات المتأخرة والراكدة واقرأ أسباب الخسارة. بعد نحو 20 صفقة مغلقة، اضبط الاحتمالات على نسب فوزك الفعلية.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6"/>
          <w:rtl/>
          <w:szCs w:val="26"/>
        </w:rPr>
        <w:t>الإعداد في CRMsoftware.pro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1. افتح «الصفقات» ضمن «المشاريع» في القائمة الجانبية.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2. افتح قائمة المسارات، واختر «مسار جديد» وأعطه اسماً، مثل «طلبات الموقع».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3. أضف مراحل هذا القالب باستخدام «إضافة مرحلة».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4. انقر «صفقة جديدة» واملأ العنوان والقيمة والمرحلة وتاريخ الإغلاق المتوقع وجهة الاتصال الرئيسية والشركة والمسؤول.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5. اكتب الخطوة التالية في ملاحظات الصفقة. عند تحقق قاعدة الانتقال، اسحب البطاقة إلى المرحلة التالية. تتحدّث مجاميع المراحل والمسار تلقائياً.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6. عند إغلاق الصفقة، غيّر حالتها. تحتفظ طرق عرض الصفقات الرابحة والخاسرة بالسجل.</w:t>
      </w:r>
    </w:p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يصل العملاء المحتملون من دردشة موقعك ونماذجه إلى صندوق العملاء المحتملين. حوّل أحدهم إلى جهة اتصال وشركة وصفقة بنقرة واحدة.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6"/>
          <w:rtl/>
          <w:szCs w:val="26"/>
        </w:rPr>
        <w:t>مراجعة أسبوعية للمسار في 15 دقيقة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الخطوات التالية المتأخرة: نفّذها أو حدّد تاريخاً جديداً.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الصفقات الراكدة: حرّكها إلى الأمام أو أغلقها كخاسرة مع ذكر السبب.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العروض بلا تاريخ متابعة: أضف تاريخاً.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الاستفسارات الجديدة الأقدم من يوم: رُدّ الآن.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أسباب الخسارة هذا الشهر: عالج أكثرها تكراراً.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انسخه وعدّله واستخدمه في عملك.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https://crmsoftware.pro/ar/templates/crm-sales-pipeline-template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مسار المبيعات في CRM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