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18"/>
          <w:rtl/>
          <w:szCs w:val="18"/>
        </w:rPr>
        <w:t>CRMsoftware.pro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44"/>
          <w:rtl/>
          <w:szCs w:val="44"/>
        </w:rPr>
        <w:t>نموذج سكريبت مكالمة الاستكشاف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2"/>
          <w:rtl/>
          <w:szCs w:val="22"/>
        </w:rPr>
        <w:t>جدول أعمال لمكالمة استكشاف من 30 دقيقة بعلامات الدقائق، والعبارات التي تقولها، وبطاقات أسئلة للحقول الخمسة، وردود على المواقف الخارجة عن السكريبت، وتحقق من الاكتمال. من CRMsoftware.pro.</w:t>
      </w:r>
    </w:p>
    <w:p>
      <w:pPr>
        <w:spacing w:after="28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استبدل كل كلمة بين [أقواس] ببياناتك، وأبقِ الملف مفتوحاً أثناء المكالمة. املأ الحقول الخمسة في ملاحظاتك أثناء المكالمة: المشكلة، ودور المشتري، والقيود، ومعايير النجاح، والإجراء التالي. لا تكتمل المكالمة إلا عندما تُملأ الحقول الخمسة كلها ويكون للإجراء التالي تاريخ ومسؤول.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5131F"/>
          <w:sz w:val="32"/>
          <w:rtl/>
          <w:szCs w:val="32"/>
        </w:rPr>
        <w:t>السكريبت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1. جدول أعمال مكالمة الاستكشاف في 30 دقيقة: هدف واحد لكل جزء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المدة: 30 دقيقة · حصتك من الكلام: أقل من 40%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يستغرق نموذج سكريبت مكالمة الاستكشاف هذا 30 دقيقة. لكل جزء هدف واحد، ويملأ حقلاً واحداً في ملاحظاتك.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جدول الأعمال بعلامات الدقائق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الدقائق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الجزء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الهدف الواحد</w:t>
            </w:r>
          </w:p>
        </w:tc>
        <w:tc>
          <w:tcPr>
            <w:tcW w:type="dxa" w:w="2493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الحقل في الملاحظات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0 إلى 3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الافتتاح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الاتفاق على جدول الأعمال ومعرفة من في المكالمة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في المكالمة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3 إلى 12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المشكلة والأثر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المشكلة بكلماتهم، وما تكلفهم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المشكلة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12 إلى 17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دور المشتري والقرار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يقرر، ومن يشارك أيضاً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دور المشتري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17 إلى 22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القيود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الميزانية والجدول الزمني والمتطلبات الأساسية والموافقات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القيود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22 إلى 25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معايير النجاح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كيف تبدو النتيجة الجيدة، وبحلول متى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معايير النجاح</w:t>
            </w:r>
          </w:p>
        </w:tc>
      </w:tr>
      <w:tr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25 إلى 30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الختام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تلخيص، ثم إجراء تالٍ واحد بتاريخ</w:t>
            </w:r>
          </w:p>
        </w:tc>
        <w:tc>
          <w:tcPr>
            <w:tcW w:type="dxa" w:w="2493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الإجراء التالي</w:t>
            </w:r>
          </w:p>
        </w:tc>
      </w:tr>
    </w:tbl>
    <w:p/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جدول الأعمال في دعوة التقويم: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 الأول]،</w:t>
        <w:br/>
        <w:br/>
        <w:t>أتطلع إلى مكالمتنا يوم [اليوم] الساعة [الوقت]. خطة الدقائق الثلاثين:</w:t>
        <w:br/>
        <w:br/>
        <w:t>1. ما تريد إصلاحه وما يكلفك اليوم</w:t>
        <w:br/>
        <w:t>2. من يشارك في القرار</w:t>
        <w:br/>
        <w:t>3. الميزانية والتوقيت وما يجب أن يبقى كما هو</w:t>
        <w:br/>
        <w:t>4. كيف تبدو النتيجة الجيدة</w:t>
        <w:br/>
        <w:t>5. الخطوة التالية، إن وُجدت</w:t>
        <w:br/>
        <w:br/>
        <w:t>من دون شرائح عرض. لا تتردد في إعادة توجيه هذه الرسالة إلى أي شخص ينبغي أن ينضم.</w:t>
        <w:br/>
        <w:br/>
        <w:t>مع أطيب التحيات،</w:t>
        <w:br/>
        <w:t>[اسمك]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أرسل جدول الأعمال قبل المكالمة بيوم، حتى لا تكون أسئلة الميزانية والقرار مفاجأة.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الحقول الخمسة: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المشكلة, دور المشتري, القيود, معايير النجاح, الإجراء التالي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2. الافتتاح: جدول الأعمال والإذن ومن في المكالمة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الوقت: 0 إلى 3 دقائق · الحقل: من في المكالمة · اكتب في الملاحظات: الأسماء والأدوار. ما دفعهم إلى الحجز الآن. أي شيء طلبوا تناوله.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ثلاث نتائج في ثلاث دقائق: يوافق العميل المحتمل على جدول الأعمال وعلى الأسئلة المباشرة، وتعرف كل اسم ودور، ولم تذكر منتجك بعد. إذا كان وحده في المكالمة، فاسأل من سيرغب في إبداء رأيه لاحقاً.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 الأول]، شكراً لتخصيص الوقت. لديّ 30 دقيقة محجوزة لهذه المكالمة، هل ما زال ذلك مناسباً؟</w:t>
        <w:br/>
        <w:br/>
        <w:t>هذه هي الخطة: أسألك كيف يسير [المجال] لديكم اليوم وما تريد تغييره، ثم نمر على التوقيت ومن يشارك، وفي النهاية نقرر معاً إن كانت الخطوة التالية منطقية. وإن لم تكن، فسأقول ذلك.</w:t>
        <w:br/>
        <w:br/>
        <w:t>بعض الأسئلة مباشرة، عن الميزانية ومن يعتمد القرار. أسألها حتى أعطيك إجابة صريحة عن الملاءمة بدلاً من عرض عام. هل يناسبك ذلك؟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من في المكالمة: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قبل أن نبدأ، من معي في المكالمة اليوم، وما مسؤولية كل منكم؟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أرادوا العرض أولاً: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بكل سرور. أعطني عشر دقائق من الأسئلة أولاً، حتى يناسب ما أعرضه عليك وضعكم.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3. المشكلة والأثر: ما يجب إصلاحه وما يكلفهم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الوقت: 3 إلى 12 دقيقة · الحقل: المشكلة والأثر · اكتب في الملاحظات: المشكلة: جملة واحدة بكلماتهم. الأثر: رقم مع وحدته. ما جرّبوه من قبل.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أطول جزء في المكالمة. اسأل، ثم الزم الصمت. اكتب المشكلة بكلمات العميل المحتمل لا بكلمات منتجك. إذا كانت الإجابة مبهمة، فاطلب مثالاً من الشهر الماضي.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افتح 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أخبرني كيف يسير [المجال] لديكم اليوم. خذني خطوة بخطوة فيما يحدث من [بداية العملية] إلى [نهاية العملية].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3.1 المشكلة بكلماتهم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إذا لم تستطع تكرار المشكلة في جملة واحدة، فلن تستطيع كتابة عرض يناسبها.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ما الشيء الوحيد في هذا الأمر الذي ستصلحه غداً لو استطعت؟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كل شيء: اسأل أي جزء يكلف أكثر هذا الشهر، وابدأ منه.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3.2 الأثر بالأرقام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المشكلة التي لها رقم تحصل على ميزانية. ومن دونه تُؤجَّل.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تقريباً، كم يكلفك هذا في شهر عادي، بالساعات أو بالمال؟ رقم تقريبي يكفي.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يصعب تحديده: اعرض نطاقاً ليتفاعلوا معه. أقرب إلى ساعتين في الأسبوع، أم ساعتين في اليوم؟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3.3 ما جرّبوه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المحاولات السابقة تخبرك بما ستُقارن به.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ماذا جرّبتم من قبل لحل هذا الأمر، وماذا حدث؟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جرّبنا أداة مثل أداتكم: اسأل ما الذي لم تفعله، واكتبه حرفياً.</w:t>
      </w:r>
    </w:p>
    <w:p>
      <w:pPr>
        <w:spacing w:after="40"/>
        <w:bidi/>
        <w:jc w:val="right"/>
      </w:pP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4. دور المشتري وعملية القرار: من يقرر وكيف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الوقت: 12 إلى 17 دقيقة · الحقل: دور المشتري · اكتب في الملاحظات: يقرر أم يوصي أم يستخدم. اسم صاحب القرار، أو «غير معروف» مع خطة لمعرفته. من يشارك أيضاً.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قد تضم مجموعة الشراء في B2B من 5 إلى 16 شخصاً. لن تقابلهم جميعاً، لكن يمكنك معرفة من هم وكيف يُتخذ القرار.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افتح 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كيف يُتخذ قرار كهذا عادةً في [الشركة]؟ أريد أن أرسل المعلومات المناسبة إلى الأشخاص المناسبين.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4.1 دور جهة اتصالك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الكلمات نفسها من مستخدم ومدير ومالك تعني ثلاث صفقات مختلفة.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ما دورك في هذا الأمر: هل تقرر، أم توصي، أم تستخدمه يومياً؟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أنا أوصي وغيري يقرر: اسأل من هو وما أهم ما يهمه.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4.2 من يشارك أيضاً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تتعثر الصفقات عند الشخص الذي لم يخبرك عنه أحد.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من سيرغب أيضاً في إبداء رأيه قبل المضي قدماً، ولو بشكل غير رسمي؟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لا أحد، أنا أقرر: اسأل من سيلاحظ التغيير في اليوم الأول.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يسمّوا صاحب القرار: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بأس. عندما نصل إلى العرض، هل تكون مكالمة من 20 دقيقة مع من يعتمد القرار منطقية، حتى يطرح أسئلته عليّ مباشرة؟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5. القيود: الميزانية والجدول الزمني والمتطلبات الأساسية والموافقات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الوقت: 17 إلى 22 دقيقة · الحقل: القيود · اكتب في الملاحظات: الميزانية: نطاق، معتمد أو غير معتمد. الجدول الزمني: التاريخ وسببه. التقنية: ما يجب أن يبقى. الموافقات: من يوقّع ومن يراجع.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افتح 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قبل أن أقترح أي شيء، أريد أن أعرف الحدود التي عليّ العمل ضمنها: الميزانية، والتوقيت، وأي أمر تقني يجب أن يبقى، ومن يوافق. هل نمر عليها؟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5.1 الميزانية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النطاق، لا الرقم، يتيح لك اقتراح حجم العمل المناسب.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توجد ميزانية مخصصة، أو نطاق تشعر بالارتياح له؟ يكفي نطاق تقريبي.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لا ميزانية بعد: اعرض نطاقاً. تقع مشاريع كهذه عادةً بين [الحد الأدنى] و[الحد الأعلى] شهرياً. هل يطابق ذلك ما كان في ذهنك؟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5.2 الجدول الزمني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التاريخ يجعله مشروعاً. وغياب التاريخ يجعله فكرة.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متى تريد أن يكون هذا جاهزاً للعمل؟ هل وراء ذلك تاريخ محدد، مثل انتهاء عقد أو موسم أو إطلاق؟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لا عجلة: اسأل ماذا يحدث إذا لم يتغير شيء بحلول [تاريخ بعد ستة أشهر]. إذا كانت الإجابة «لا شيء»، فاخفض درجة الملاءمة.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5.3 المتطلبات التقنية الأساسية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متطلب أساسي فائت يقتل الصفقة بعد العرض.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هل يوجد شيء يجب أن يبقى كما هو: نظام يجب الاحتفاظ به، أو بيانات لا يمكن نقلها، أو قاعدة تلتزمون بها؟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قسم تقنية المعلومات يعرف: اطلب الاسم واعرض إرسال ثلاثة أسئلة بالبريد الإلكتروني. أضفه كإجراء تالٍ.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5.4 الموافقات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التوقيع عملية. وخطواتها تعطيك تاريخ إغلاق واقعياً.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عندما يعجبك العرض، ماذا يجب أن يحدث قبل توقيعه؟ من يوقّع، وهل يراجعه أحد أولاً؟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أستطيع توقيعه بنفسي: اسأل إن كانت المالية أو أحد الشركاء يراجع المبالغ التي تتجاوز حداً معيناً.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يشاركوا الميزانية: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مشكلة. سأرسل خيارين بسعرين مختلفين، حتى تتفاعل مع أرقام حقيقية.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6. معايير النجاح: كيف تبدو النتيجة الجيدة، وبحلول متى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الوقت: 22 إلى 25 دقيقة · الحقل: معايير النجاح · اكتب في الملاحظات: المقياس، والهدف، والتاريخ، ومن يحكم على النتيجة.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افتح 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تخيّل أننا في [تاريخ بعد 90 يوماً من البداية] وقد عملنا معاً ثلاثة أشهر. ما الذي يجب أن يتحقق حتى تصف هذا بأنه قرار جيد؟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6.1 المقياس والتاريخ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المعيار القابل للقياس يصبح أول سطر في عرضك وأول ما تقدّم تقريراً عنه.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كيف ستقيس ذلك، وبحلول متى تتوقع أن ترى التغيير؟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هو إحساس أكثر منه رقماً: استخدم المشكلة بدلاً من ذلك. اليوم يكلفك [الأثر]؛ هل يُعد خفضه إلى النصف خلال ثلاثة أشهر نجاحاً؟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6.2 من يحكم على النتيجة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لماذا: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من يحكم على النتيجة غالباً هو صاحب القرار الحقيقي.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اسأل: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من سيكون أول من يلاحظ إذا نجح هذا، ومن إذا لم ينجح؟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قالوا: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مديري: اكتب الاسم. يجب أن يخاطب العرض ذلك الشخص.</w:t>
      </w:r>
    </w:p>
    <w:p>
      <w:pPr>
        <w:spacing w:after="40"/>
        <w:bidi/>
        <w:jc w:val="right"/>
      </w:pP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7. إذا قالوا: السعر، نتفرج فقط، لست صاحب القرار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القاعدة: أجب، ثم اسأل · لا تقل أبداً: «يعتمد على» من دون نطاق، أو «دعني أعرض عليك» قبل الدقيقة 20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خمسة مواقف تُخرج معظم مكالمات الاستكشاف عن جدول الأعمال. أجب باختصار، ثم اطرح سؤالاً واحداً يعيدك إلى الحقل الذي كنت فيه.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7.1 كم التكلفة؟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ما تفعله: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أعطِ نطاقاً حقيقياً، ولا تقل «يعتمد على» أبداً، ثم عد إلى المشكلة.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سؤال وجيه. يدفع معظم عملائنا بين [الحد الأدنى] و[الحد الأعلى] شهرياً، حسب [محدد السعر الرئيسي]. ولأخبرك أين ستقع أنت، أحتاج إلى عشر دقائق أخرى من الأسئلة. هل أعود إلى الرقم الدقيق في النهاية؟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7.2 نحن نتفرج فقط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ما تفعله: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تقبّل ذلك، ثم اعرف ما الذي بدأ البحث ومتى يجب أن ينتهي.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منطقي. ما الذي دفعكم إلى البحث، وهل هناك نقطة يجب أن يتحول عندها البحث إلى قرار؟ هكذا أعرف إن كنت سأرسل نظرة عامة قصيرة أم عرضاً كاملاً.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7.3 لست صاحب القرار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ما تفعله: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أبقه مرشدك واطلب مكالمة مشتركة قصيرة.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شكراً لصراحتك. أنت تعرف [المدير] أفضل مني: ما أول ما سيسأل عنه، السعر أم المخاطر أم التوقيت؟ هل تفيد مكالمة من 20 دقيقة نحن الثلاثة؟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7.4 جرّبنا شيئاً مشابهاً من قبل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ما تفعله: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لا تدافع عن منتجك. اسأل ما الذي فشل واكتبه كمتطلب.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هذا مفيد. ما الذي لم يقدّمه لكم، وماذا حدث عندما توقفتم؟ أريد أن أتأكد من أننا لن نكرره.</w:t>
      </w:r>
    </w:p>
    <w:p>
      <w:pPr>
        <w:spacing w:after="40"/>
        <w:bidi/>
        <w:jc w:val="right"/>
      </w:pP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7.5 أرسل لي عرضاً فقط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ما تفعله: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وافق، بشرط واحد: ثلاثة أسئلة أولاً.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قل: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نعم، بحلول [التاريخ]. وحتى يكون عرضاً لا تخميناً: ما الذي يجب أن يحله أولاً، ومن سيراجعه معك، وما نطاق الميزانية الذي في ذهنك؟</w:t>
      </w:r>
    </w:p>
    <w:p>
      <w:pPr>
        <w:spacing w:after="4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سجّل الموقف كـ: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السعر, نتفرج فقط, صاحب القرار, جرّبوه من قبل, العرض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8. الختام: لخّص الحقول الخمسة واتفق على إجراء تالٍ بتاريخ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الوقت: 25 إلى 30 دقيقة · الحقل: الإجراء التالي · مكتملة عندما: تُملأ الحقول الخمسة كلها ويكون للإجراء التالي تاريخ ومسؤول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يسمع العميل المحتمل إجاباته مرة أخرى ويصحح أي خطأ. ثم إجراء تالٍ واحد بتاريخ ومسؤول. في اليوم نفسه: رسالة الملخص، وملاحظات الصفقة، والمهمة، وصف في سجل المكالمات.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الملخص: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دعني ألخص ما سمعته، وصحح لي من فضلك. المشكلة هي [المشكلة بكلماتهم]، وتكلفكم نحو [الأثر]. أنت [تقرر أو توصي]، و[صاحب القرار] يعتمد، و[الآخرون] يشاركون. الميزانية نحو [النطاق]، والتشغيل بحلول [التاريخ]، و[المتطلب التقني الأساسي] يبقى. النتيجة الجيدة خلال 90 يوماً: [معيار النجاح]. هل فاتني شيء؟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اقترح الخطوة التالية: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بناءً على ذلك، أقترح أن تكون الخطوة التالية [الخطوة التالية، مثلاً مكالمة من 20 دقيقة مع صاحب القرار لعرض خيارين والسعر]. سأرسل ملخصاً من صفحة واحدة قبلها. هل يناسبك ذلك؟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احجزها: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لديّ [اليوم] الساعة [الوقت] أو [اليوم] الساعة [الوقت]. أيهما أفضل؟ سأرسل الدعوة مع ملخص اليوم، حتى تعيد توجيهها إلى [صاحب القرار].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يلتزموا بتاريخ: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مشكلة. ما الذي يجب أن يحدث من جانبكم قبل أن تكون الخطوة التالية منطقية؟ ومتى أتابع معك، حتى لا ألاحقك؟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لم يكن مناسباً: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بناءً على ما أخبرتني به، لا أعتقد أننا الخيار المناسب لكم، بسبب [السبب]. أفضّل أن أقول ذلك الآن لا بعد العرض. قد يناسبكم [البديل] أكثر.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التحقق من الاكتمال: مكتملة فقط عندما تُملأ كل الصفوف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الحقل</w:t>
            </w:r>
          </w:p>
        </w:tc>
        <w:tc>
          <w:tcPr>
            <w:tcW w:type="dxa" w:w="4986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مكتمل عندما تستطيع كتابة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المشكلة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جملة واحدة بكلماتهم، مع الأثر كرقم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دور المشتري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يقرر أم يوصي أم يستخدم؛ اسم صاحب القرار أو «غير معروف» مع خطة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القيود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نطاق الميزانية، والجدول الزمني مع سببه، والمتطلبات الأساسية، وخطوات الموافقة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معايير النجاح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مقياس وهدف وتاريخ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الإجراء التالي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ماذا، ومن، والتاريخ، وهو مسجّل في قائمة المهام</w:t>
            </w:r>
          </w:p>
        </w:tc>
      </w:tr>
    </w:tbl>
    <w:p/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إجراءات تالية جيدة: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مكالمة مع صاحب القرار, عرض بحلول تاريخ محدد, زيارة ميدانية, تجربة بتاريخ بدء</w:t>
      </w:r>
    </w:p>
    <w:p>
      <w:pPr>
        <w:spacing w:after="16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مثال: مكالمة استكشاف واحدة، وخمسة حقول، وإجراء تالٍ بتاريخ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تطبّق Larkspur IT Services، وهي شركة خيالية لخدمات تقنية المعلومات المُدارة، نموذج سكريبت مكالمة الاستكشاف هذا مع Hollis &amp; Reed Architects، وهو مكتب معماري من 24 شخصاً طلب مكالمة عبر دردشة الموقع. أجرتها كيم يوم الثلاثاء 6 أكتوبر 2026.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 المحتمل: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مرحباً، نحن مكتب معماري من 24 شخصاً. يستغرق دعم تقنية المعلومات لدينا أياماً للرد على التذاكر، وتعرضنا لانقطاعين في أسابيع التسليم. هل يمكن لأحد أن يتحدث معنا عن تولّي الأمر؟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وكيل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شكراً يا بريا، ونأسف للانقطاعات. تجري كيم من Larkspur مكالمة استكشاف من 30 دقيقة لهذا الغرض بالضبط. هذه صفحة حجز كيم: اختاري أي موعد متاح. هل سينضم أحد غيرك؟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 المحتمل: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حجزت الثلاثاء 6 أكتوبر الساعة 10:00. أنا فقط، أنا مديرة المكتب. شريكنا الإداري مارك هوليس هو من يقرر في العقود. يجب أن نحتفظ بـMicrosoft 365 وRevit، وينتهي عقدنا في 31 ديسمبر.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كيم (المبيعات):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الثلاثاء 6 أكتوبر، الدقيقة 2: شكراً على التفاصيل التي أرسلتِها يا بريا. الخطة: كيف يسير الدعم اليوم وما يكلفكم، ومن يشارك في القرار، والميزانية والتوقيت، وكيف تبدو النتيجة الجيدة، والخطوة التالية. هل يناسبك أن أسأل عن الميزانية واعتماد القرار مباشرة؟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 المحتمل: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بالتأكيد. الأهم هو وقت الاستجابة: نسجل تذكرة ونسمع الرد بعد يومين أو ثلاثة. في سبتمبر تعطل خادم الملفات قبل موعد تسليم وخسرنا معظم يوم عمل للفريق كله. لنقل 150 ساعة.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كيم (المبيعات):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الدقيقة 24: دعيني ألخص. تذاكر بطيئة وانقطاعات في أسابيع التسليم، ونحو 150 ساعة ضائعة في سبتمبر. أنتِ توصين، ومارك يوقّع، وزميلتكم لينا أورتيز تراجع الجانب التقني. الميزانية من $2,000 إلى $2,500 شهرياً، والقرار بحلول 23 أكتوبر لإرسال إشعار الإنهاء قبل 31 ديسمبر، ويبقى Microsoft 365 وRevit. النجاح: الرد على التذاكر خلال ساعة، ولا انقطاع في أسابيع التسليم خلال 90 يوماً. صحيح؟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 المحتمل: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هذا بالضبط.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كيم (المبيعات):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إذاً أقترح مكالمة من 20 دقيقة معك ومع مارك يوم الأربعاء 14 أكتوبر الساعة 11:00، أعرض فيها خيارين بأسعارهما. سأرسل ملخصاً من صفحة واحدة بحلول الجمعة 9 أكتوبر حتى تعيدي توجيهه إليه. هل يناسبك ذلك؟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 المحتمل: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نعم. أرسلي الملخص إليّ وسأعيد توجيهه إلى مارك.</w:t>
      </w:r>
    </w:p>
    <w:p>
      <w:pPr>
        <w:spacing w:after="8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الملاحظات: الحقول الخمسة بعد المكالمة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المشكلة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الرد على التذاكر خلال يومين إلى 3 أيام؛ انقطاعات في أسابيع التسليم. الأثر: نحو 150 ساعة ضائعة في سبتمبر.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دور المشتري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بريا ناير، مديرة المكتب، توصي. مارك هوليس، الشريك الإداري، يقرر. لينا أورتيز تراجع الجانب التقني.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القيود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الميزانية من $2,000 إلى $2,500 شهرياً، غير معتمدة. القرار بحلول الجمعة 23 أكتوبر، وإشعار الإنهاء قبل انتهاء العقد في 31 ديسمبر. الاحتفاظ بـMicrosoft 365 وRevit. مارك يوقّع.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معايير النجاح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الرد على التذاكر خلال ساعة واحدة؛ لا انقطاع في أسابيع التسليم خلال أول 90 يوماً. يحكم عليها مارك وبريا.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الإجراء التالي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ترسل كيم ملخصاً من صفحة واحدة بحلول الجمعة 9 أكتوبر. مكالمة مع بريا ومارك الأربعاء 14 أكتوبر، الساعة 11:00.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التحقق من الاكتمال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مكتملة: 5 من 5 حقول، والإجراء التالي له تاريخ ومسؤول. درجة الملاءمة 7 من 8، قوية.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الصفقة والمهام في CRM، 6 أكتوبر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البند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القيمة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الحالة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الصفقة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تقنية معلومات مُدارة · Hollis &amp; Reed Architects، $2,400 شهرياً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اكتمل الاستكشاف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مهمة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إرسال ملخص من صفحة واحدة · كيم · الجمعة 9 أكتوبر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مفتوحة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مهمة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مكالمة الخيارات مع بريا ومارك · كيم · الأربعاء 14 أكتوبر، 11:00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محجوزة</w:t>
            </w:r>
          </w:p>
        </w:tc>
      </w:tr>
    </w:tbl>
    <w:p/>
    <w:p>
      <w:pPr>
        <w:spacing w:after="24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شركة وعميل محتمل خياليان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أسئلة مكالمة الاستكشاف: 20 سؤالاً مجمّعة حسب الحقول الخمسة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الحقل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السؤال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أنصت إلى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المشكلة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 الذي دفعك إلى النظر في هذا الأمر الآن، لا قبل ستة أشهر؟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المحفّز وتاريخه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المشكلة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خذني خطوة بخطوة في كيفية سير هذا الأمر اليوم، من البداية إلى النهاية.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أين يتعطل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المشكلة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تقريباً، كم يكلفك هذا في شهر عادي؟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رقم مع وحدة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المشكلة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ماذا جرّبتم من قبل، ولماذا لم يستمر؟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المتطلبات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دور المشتري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هل دورك أن تقرر، أم توصي، أم تستخدمه يومياً؟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يقرر، يوصي، يستخدم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دور المشتري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سيرغب أيضاً في إبداء رأيه قبل المضي قدماً، ولو بشكل غير رسمي؟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المالية، تقنية المعلومات، الشركاء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دور المشتري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كيف انتقل آخر قرار مشابه لديكم من الفكرة إلى التوقيع؟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الخطوات، ومن وقّع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دور المشتري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 أكثر ما يهم من يوقّع: السعر أم المخاطر أم التوقيت؟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بم تبدأ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القيود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هل توجد ميزانية مخصصة، أو نطاق تشعر بالارتياح له؟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نطاق، معتمد أو غير معتمد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القيود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متى تريد أن يكون هذا جاهزاً للعمل، وما وراء ذلك التاريخ؟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تاريخ له سبب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القيود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 الذي يجب أن يبقى كما هو: أنظمة أو بيانات أو قواعد تلتزمون بها؟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المتطلبات الأساسية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القيود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عندما يعجبك العرض، ماذا يجب أن يحدث قبل توقيعه؟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خطوات الموافقة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معايير النجاح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إذا تحدثنا مجدداً بعد 90 يوماً وسار الأمر جيداً، فما الذي تغيّر؟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النتيجة بكلماتهم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معايير النجاح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كيف ستقيس ذلك، وما الرقم الذي ستنظر إليه؟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مقياس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معايير النجاح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 الذي يكون جيداً بما يكفي، وما الذي يكون فوزاً واضحاً؟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الهدف والطموح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معايير النجاح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سيلاحظ أولاً إذا نجح هذا، ومن إذا لم ينجح؟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يحكم على النتيجة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الإجراء التالي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هل الخطوة التالية منطقية، أم أن هذا ليس الوقت المناسب؟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نعم أو لا أو سبب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الإجراء التالي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من ينبغي أن يحضر المحادثة التالية حتى يمكن اتخاذ قرار؟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صاحب القرار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الإجراء التالي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 الذي ينبغي أن أرسله قبل تلك المكالمة حتى تكون مفيدة للجميع؟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 تُرسله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الإجراء التالي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إذا قررتم عدم المضي قدماً، فكيف تفضل إخباري؟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الإذن بالرفض</w:t>
            </w:r>
          </w:p>
        </w:tc>
      </w:tr>
    </w:tbl>
    <w:p/>
    <w:p>
      <w:pPr>
        <w:spacing w:after="12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أعدّ نموذج سكريبت مكالمة الاستكشاف في 5 خطوات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املأ الأقواس مرة واحدة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استبدل [المجال] و[الشركة] ونطاق الأسعار بكلماتك.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جهّز قالب الملاحظات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خمسة أسطر في ملاحظات الصفقة: المشكلة، ودور المشتري، والقيود، ومعايير النجاح، والإجراء التالي.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أرسل جدول الأعمال قبل المكالمة بيوم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الصق رسالة جدول الأعمال في دعوة التقويم.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لخّص في اليوم نفسه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أرسل الحقول الخمسة والإجراء التالي كتابةً، واطلب من العميل المحتمل تصحيح أي خطأ.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سجّل كل مكالمة وقيّمها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صف واحد لكل مكالمة. راجع درجات الملاءمة أسبوعياً.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الإعداد في CRMsoftware.pro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1. افتح «⁨My Bots⁩»، واختر الروبوت، وافتح تبويب «⁨Behavior⁩». فعّل «⁨Collect User Data⁩» و«⁨Collect Description⁩»، حتى يترك كل زائر اسمه وبريده الإلكتروني وما يريد مناقشته. انقر «⁨Save Bot⁩».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2. في خطة Launch، افتح «⁨Scheduling⁩»، ثم «⁨Event Types⁩»، وانقر «⁨New Event Type⁩»: «⁨Event Name⁩» «مكالمة استكشاف»، و«⁨Duration⁩» 30 دقيقة، و«⁨Location⁩» «⁨Video Call⁩» أو «⁨Phone Call⁩». في «⁨Calendar Connections⁩»، انقر «⁨Connect⁩» بجوار «⁨Google Calendar⁩» أو «⁨Outlook Calendar⁩».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3. انقر «⁨Copy Link⁩» في نوع الحدث والصق رابط الحجز في «⁨Instructions⁩» الروبوت في تبويب «⁨Basics⁩»: عندما يطلب زائر مكالمة، شارك هذا الرابط. انقر «⁨Save Bot⁩» واختبر باستخدام «⁨Try Bot⁩».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4. تصل الدردشات الجديدة إلى «⁨Leads⁩». افتح العميل المحتمل وانقر «⁨Convert⁩»: ينشئ الشركة وجهة الاتصال والصفقة. في «⁨Deals⁩»، استخدم «⁨New pipeline⁩» و«⁨Add stage⁩» لإضافة مرحلة باسم «اكتمل الاستكشاف».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5. بعد المكالمة، الصق الحقول الخمسة في «⁨Notes⁩» الصفقة، وحدّد «⁨Expected close date⁩»، وانقل الصفقة إلى «اكتمل الاستكشاف». في «⁨Tasks⁩»، انقر «⁨New Task⁩» للإجراء التالي: «⁨Task title⁩» و«⁨Assignee⁩» و«⁨Deadline⁩» و«⁨Linked deal⁩». في خطة Launch، أنشئ الخيارات عبر «⁨New Quote⁩» في «⁨Quotes⁩».</w:t>
      </w:r>
    </w:p>
    <w:p>
      <w:pPr>
        <w:spacing w:after="20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صندوق العملاء المحتملين ومسار واحد وملاحظات الصفقة والمهام الأساسية مجانية لـ3 مستخدمين. أما الجدولة مع مزامنة التقويم وعروض الأسعار فتأتي مع خطة Launch بسعر $19 شهرياً تُدفع سنوياً. لا يسجّل CRMsoftware.pro المكالمات ولا يكتب الملاحظات نيابةً عنك.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مراجعة أسبوعية لمكالمات الاستكشاف في 10 دقائق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لكل مكالمة هذا الأسبوع صف في سجل المكالمات بالحالة «مكتملة».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لكل صفقة مفتوحة بعد مكالمة استكشاف مهمة واحدة لها موعد نهائي.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الملاءمة الضعيفة من دون تاريخ: أغلقها كـ«غير مناسبة»، أو حدد موعد متابعة واحداً.</w:t>
      </w:r>
    </w:p>
    <w:p>
      <w:pPr>
        <w:spacing w:after="160"/>
        <w:bidi/>
        <w:jc w:val="right"/>
      </w:pP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قالب مجاني من CRMsoftware.pro. بيانات المثال خيالية.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6B3CF0"/>
          <w:sz w:val="18"/>
          <w:rtl/>
          <w:szCs w:val="18"/>
        </w:rPr>
        <w:t>https://crmsoftware.pro/ar/templates/discovery-call-script-templates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سكريبت مكالمة الاستكشاف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