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قالب قاعدة معرفة الأسئلة الشائعة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30 سؤالاً جاهزاً لموقعك ووكيل الذكاء الاصطناعي، مع نماذج الإجابات والمصادر والمسؤولين ومواعيد المراجعة، واختبار إطلاق من 10 أسئلة.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استبدل كل كلمة بين [أقواس] ببياناتك، واحذف الأسئلة التي لا تحتاج إليها، وأضف الأسئلة التي يطرحها عملاؤك. احتفظ ببطاقة إجابة واحدة لكل سؤال.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الأسئلة الجاهزة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1. الأسعار والخطط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قائمة الأسعار الحالية · المسؤول: صاحب العمل أو مسؤول المبيعات · فترة المراجعة: 30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1.1 كم تكلفة [الخدمة]؟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 أسعاركم؟ كم السعر؟ ممكن عرض سعر؟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تبدأ [الخدمة] من [السعر] وتشمل [ما يشمله السعر]. يعتمد السعر النهائي على [العوامل]. للحصول على عرض سعر دقيق، أرسل إلينا [التفاصيل] وسنرد عليك بحلول [الوقت].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1.2 هل لديكم خصومات؟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توجد عروض حالياً؟ هل يوجد خيار أرخص؟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نقدّم [الخصم] لـ[الفئة أو الفترة]. لا تتوفر خصومات أخرى عبر الدردشة، لكن يمكن لـ[اسم الزميل] مراجعة الحالات الخاصة.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1.3 هل الاستشارة الأولى مجانية؟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توجد تجربة مجانية؟ هل يمكنني التجربة قبل الدفع؟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[الخيار المجاني] مجاني ويستغرق [المدة]. يمكنك حجزه من هنا: [الرابط].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1.4 كيف يمكنني الدفع؟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تقبلون البطاقات؟ هل يمكنني الدفع بفاتورة؟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نقبل [طرق الدفع]. يجب سداد الفواتير خلال [عدد الأيام].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1.5 هل توجد رسوم إضافية؟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كل شيء مشمول؟ هل توجد تكاليف خفية؟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تشمل أسعارنا [البنود المشمولة]. لا تُفرض رسوم إضافية إلا على [البنود]، ونؤكدها معك دائماً قبل الدفع.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تقديم خصم أو سعر خاص غير موجود في قائمة الأسعار.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اكتب الأسعار تماماً كما تظهر في قائمة الأسعار، مع العملة والضريبة، حتى لا يقرّبها الذكاء الاصطناعي أو يحوّلها إلى عملة أخرى.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2. المواعيد المتاحة والحجز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تقويم الحجوزات · المسؤول: مدير المكتب · فترة المراجعة: 7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2.1 متى أقرب موعد متاح؟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يمكنكم الحضور هذا الأسبوع؟ هل لديكم وقت غداً؟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يمكنك الاطلاع على كل المواعيد المتاحة والحجز من هنا: [رابط الحجز]. إذا لم يناسبك أي منها، فأخبرنا بالأيام التي تناسبك وسنتحقق.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2.2 ما ساعات العمل لديكم؟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تعملون في عطلة نهاية الأسبوع؟ متى يمكنني الاتصال؟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نعمل [الأيام] من [الساعات] ([المنطقة الزمنية]). ونرد على الرسائل المرسلة خارج هذه الساعات بحلول [الوقت].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2.3 قبل كم من الوقت يجب أن أحجز؟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يمكنني الحجز للأسبوع القادم؟ هل توجد قائمة انتظار؟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يجب الحجز قبل [المدة] في معظم الحالات. وللطلبات العاجلة: [الخيار العاجل].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2.4 هل يمكنني تغيير الموعد؟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أحتاج إلى تغيير موعدي. هل يمكنني نقل حجزي؟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يمكنك تغيير موعدك مجاناً حتى [عدد الساعات] قبل الموعد من هنا: [الرابط].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2.5 هل تعملون في منطقتي؟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تغطّون [المدينة]؟ إلى أي مسافة تصلون؟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نعمل في [المناطق]. للأماكن الأخرى، أرسل عنوانك وسيؤكد لك [اسم الزميل].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تأكيد موعد لا يظهر في تقويم الحجوزات.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ضع رابط صفحة الحجز المباشرة بدلاً من كتابة التواريخ في الإجابة، حتى لا تصبح الإجابة قديمة أبداً.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3. ما تقدّمه وما لا تقدّمه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صفحة الخدمات · المسؤول: صاحب العمل · فترة المراجعة: 90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3.1 هل تقدّمون [الخدمة]؟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يمكنكم تنفيذ [الخدمة]؟ هل تساعدون في [المهمة]؟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نقدّم [الخدمة] لـ[نوع العميل]. وتشمل [البنود الرئيسية].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3.2 ما الذي لا تشمله الخدمة؟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تقدّمون أيضاً [خدمة مرتبطة]؟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نقدّم [العمل المستثنى]. ولهذا النوع من العمل نوصي بـ[شريك أو خيار آخر].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3.3 هل تعملون مع [نوع العميل]؟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هذا مناسب للشركات الصغيرة؟ هل تقبلون الأعمال الصغيرة؟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نعمل مع [أنواع العملاء]. أما الأعمال التي تقل قيمتها عن [الحد الأدنى] فلا تناسبنا عادةً.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3.4 ماذا تحتاجون مني للبدء؟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كيف نبدأ؟ ما المعلومات التي تحتاجونها؟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أرسل إلينا [المعلومات]، وسنرد عليك بـ[الخطوة التالية] خلال [المدة].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3.5 هل يمكنكم تنفيذ طلب خاص؟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أحتاج إلى شيء مختلف. هل يمكنكم عمل استثناء؟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الطلبات الخاصة ممكنة في [الحالات]. وسيؤكد لك [اسم الزميل] بعد الاطلاع على التفاصيل.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الموافقة على خدمة أو منتج أو عمل مخصص غير مذكور هنا.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قول «لا نقدّم هذه الخدمة» بصراحة يوفّر على الجميع مكالمة ضائعة. اذكر الطلبات التي ترفضها أكثر من غيرها.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4. المدد والتسليم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جدول التسليم أو المشروع · المسؤول: مسؤول العمليات · فترة المراجعة: 30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4.1 كم يستغرق ذلك؟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متى يكون جاهزاً؟ كم يوماً؟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يستغرق عادةً [المدة] من [حدث البدء]. أما الأعمال الكبيرة أو المخصصة فتستغرق [النطاق الزمني].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4.2 متى يمكنكم البدء؟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 أقرب وقت يمكنكم البدء فيه؟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نبدأ [التوقيت] بعد [العربون أو التأكيد]. وسيصلك [الإشعار] عند بدء العمل.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4.3 هل توصّلون إلى [المكان]؟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تشحنون إلى الخارج؟ كم تكلفة التوصيل؟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نوصّل إلى [المناطق] خلال [المدة]. تكلفة التوصيل: [السعر أو القاعدة].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4.4 هل يمكنكم الإنجاز أسرع؟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يوجد خيار مستعجل؟ أحتاجه بسرعة.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الخدمة السريعة [متاحة أو غير متاحة] مقابل [السعر]. اسألنا وسنتحقق من جدول هذا الأسبوع.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4.5 كيف أعرف مدى التقدّم؟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يمكنني تتبّع طلبي؟ هل ستبقونني على اطلاع؟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ستصلك التحديثات عبر [القناة] عند [المراحل الرئيسية]. ويمكنك أيضاً السؤال هنا في أي وقت.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الوعد بتاريخ محدد لطلب بعينه. يذكر المدة المعتادة ويحيل التواريخ الدقيقة إلى شخص.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اذكر مدة تقريبية والحدث الذي يبدأ عنده الحساب، مثل «خلال 5 أيام عمل بعد دفع العربون».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5. الاسترداد والإلغاء والضمانات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الشروط وسياسة الاسترداد · المسؤول: صاحب العمل · فترة المراجعة: 90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5.1 ما سياسة الاسترداد لديكم؟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يمكنني استرداد أموالي؟ هل تردّون العربون؟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يمكنك الحصول على استرداد [كامل أو جزئي] خلال [عدد الأيام] إذا [الشروط]. السياسة كاملة: [الرابط].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5.2 كيف ألغي الحجز؟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أريد إلغاء حجزي. هل توجد رسوم إلغاء؟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ألغِ عبر [الطريقة] قبل [الحدث] بـ[المدة] على الأقل. [قاعدة الرسوم].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5.3 هل تقدّمون ضماناً؟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ماذا لو لم أكن راضياً؟ هل العمل مضمون؟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نضمن [ما يشمله الضمان] لمدة [الفترة]. ولا يشمل الضمان [الاستثناءات].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5.4 ماذا لو حدثت مشكلة؟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بمن أتواصل بخصوص مشكلة؟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أخبرنا هنا أو عبر [وسيلة التواصل] خلال [عدد الأيام]، وسنقوم بـ[الحل] خلال [المدة].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5.5 كيف تستخدمون بياناتي الشخصية؟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تشاركون بياناتي مع أحد؟ أين سياسة الخصوصية؟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نستخدم بياناتك فقط من أجل [الغرض]. سياسة الخصوصية لدينا: [الرابط].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اختلاق سياسة أو تمديدها أو تليينها. يقتبس السياسة ويضع رابطها ويحيل الاستثناءات إلى شخص.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هنا تكلّف الإجابة الخاطئة مالاً حقيقياً. انسخ نص السياسة حرفياً وضع رابط النص الكامل.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6. التواصل والدعم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المصدر المعتمد: صفحة التواصل · المسؤول: مسؤول الدعم · فترة المراجعة: 90 يوم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6.1 هل يمكنني التحدث إلى شخص؟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أريد التحدث إلى إنسان. هل يمكن أن يتصل بي أحد؟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بالتأكيد. سأحوّل هذه المحادثة الآن إلى [اسم الزميل] مع كل ما أخبرتني به. الرد المتوقع: خلال [المدة].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6.2 ما رقم هاتفكم أو بريدكم الإلكتروني؟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كيف أتواصل معكم؟ هل لديكم واتساب؟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اتصل بنا على [رقم الهاتف] ([ساعات العمل]) أو راسلنا على [البريد الإلكتروني]. ويمكنك أيضاً مراسلتنا عبر [القناة].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6.3 أين يقع مكتبكم؟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 عنوانكم؟ هل يمكنني زيارة مكتبكم؟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نحن في [العنوان]. [تفاصيل المواقف أو الوصول].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6.4 ما سرعة ردكم؟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متى سيرد عليّ أحد؟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نرد على الدردشات خلال [المدة] في أوقات العمل، وفي غير ذلك بحلول [الوقت] في يوم العمل التالي.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6.5 هل يمكنني تعديل طلبي أو بياناتي؟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يسأل العملاء أيضاً: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أحتاج إلى تحديث حجزي أو عنواني.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الإجابة: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نعم. أرسل التعديل هنا مع [رقم الطلب أو الاسم]، وسيؤكده لك [اسم الزميل].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ممنوع على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طلب أرقام البطاقات أو كلمات المرور أو رموز التحقق لمرة واحدة في الدردشة.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ضع رابطاً واحداً في كل إجابة: الصفحة أو النموذج المطلوب بالضبط، لا الصفحة الرئيسية.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حقول كل بطاقة إجابة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السؤال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صيغ أخرى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الإجابة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الرابط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المصدر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المسؤول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آخر مراجعة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فترة المراجعة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المراجعة التالية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الحالة</w:t>
      </w:r>
    </w:p>
    <w:p>
      <w:pPr>
        <w:spacing w:after="12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اختبار الإطلاق: 10 أسئلة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شغّلها في معاينة الروبوت: ستة من قاعدة المعرفة، واثنان بصياغة مختلفة، وواحد يسأل عن معلومة حذفتها عمداً، وواحد يطلب شيئاً لا يجوز للذكاء الاصطناعي أن يقرره.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#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النوع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سؤال الاختبار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المتوقع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النتيجة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1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كم تكلفة [خدمتك الرئيسية]؟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السعر وما يشمله والرابط من البطاقة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2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متى أقرب موعد متاح؟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رابط الحجز من البطاقة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3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تقدّمون [خدمة تقدّمها]؟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نعم، مع ما تشمله الخدمة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4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كم تستغرق [خدمتك الرئيسية]؟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المدة المعتادة والحدث الذي يبدأ عنده الحساب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5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سياسة الاسترداد لديكم؟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نص السياسة ورابطها، بلا استثناءات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6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من قاعدة المعرفة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يمكنني التحدث إلى شخص؟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يحوّل الدردشة مع موعد الرد الموعود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7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صياغة مختلفة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تشتغلون الويكند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الإجابة نفسها الموجودة في بطاقة ساعات العمل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8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صياغة مختلفة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[أهم سؤال لديك بلغة أخرى]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الإجابة نفسها بلغة العميل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9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معلومة ناقصة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تقدّمون أيضاً [خدمة لا تقدّمها ولم تذكرها]؟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يقول إنه لا يعرف ويعرض التحويل إلى شخص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10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خارج الصلاحية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يمكنني الحصول على خصم إذا حجزت اليوم؟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وعود، ويعرض تحويل الطلب إلى شخص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</w:r>
          </w:p>
        </w:tc>
      </w:tr>
    </w:tbl>
    <w:p/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تُطلق الروبوت إلا بعد نجاح الأسئلة العشرة كلها. وأعد الاختبار بعد كل تغيير في الأسعار أو السياسات أو قاعدة المعرفة.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مثال مكتمل: إجابة من القاعدة، و«لا أعرف» صادقة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ملأت شركة تجديد خيالية هذا القالب. يجيب الذكاء الاصطناعي عن سؤال السعر من بطاقة الإجابة، ويحوّل إلى شخص سؤالاً لا توجد له بطاقة.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كم تكلفة تحديث الحمّام؟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يبدأ تحديث الحمّام من $6,500 ويشمل الإزالة والتبليط والتجهيزات الجديدة. يعتمد السعر النهائي على مساحة الحمّام والمواد. يمكنك حجز زيارة ميدانية مجانية من هنا: northstar.example/visit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هل تركّبون الألواح الشمسية أيضاً؟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أملك معلومات عن الألواح الشمسية، لذلك لن أخمّن. هل أحوّل سؤالك إلى كيم من فريقنا؟ سترد عليك خلال 10 دقائق.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من فضلك.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كيم من الفريق: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مرحباً، معك كيم. لا نركّب الألواح الشمسية بأنفسنا، لكننا نتعامل مع شركة تركيب محلية ويمكننا إرسال بياناتها إليك. هل يفيدك ذلك؟</w:t>
      </w:r>
    </w:p>
    <w:p>
      <w:pPr>
        <w:spacing w:after="8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بطاقة الإجابة التي استخدمها الذكاء الاصطناعي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السؤال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كم تكلفة تحديث الحمّام؟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صيغ أخرى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سعر الحمّام، تكلفة حمّام جديد، عرض سعر للحمّام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الإجابة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يبدأ من $6,500 مع الإزالة والتبليط والتجهيزات الجديدة؛ يعتمد السعر النهائي على المساحة والمواد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الرابط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northstar.example/visit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المصدر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قائمة أسعار 2026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المسؤول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دان، المبيعات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آخر مراجعة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28 سبتمبر 2026، كل 30 يوماً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جاهزة، المراجعة التالية 28 أكتوبر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اختبار الإطلاق، 3 من 10 أسئلة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السؤال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المتوقع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النتيجة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كم سعر حمام جديد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السعر والرابط من البطاقة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نجح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هل تركّبون الألواح الشمسية؟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يقول إنه لا يعرف ويعرض التحويل إلى شخص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نجح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خصم 20% إذا حجزت اليوم؟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وعود، ويعرض التحويل إلى شخص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نجح</w:t>
            </w:r>
          </w:p>
        </w:tc>
      </w:tr>
    </w:tbl>
    <w:p/>
    <w:p>
      <w:pPr>
        <w:spacing w:after="24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شركة وعملاء خياليون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أنشئ قاعدة معرفة الأسئلة الشائعة في 5 خطوات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اجمع أسئلة حقيقية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استخرجها من الدردشات والرسائل والمكالمات. ابدأ بالأسئلة التي تسمعها كل أسبوع، واحتفظ بكلمات العميل نفسها.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اكتب بطاقة إجابة لكل سؤال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ابدأ بالإجابة في جملة أو جملتين، ثم أضف الشروط ورابطاً واحداً. استبدل كل ما بين [أقواس].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أضف مصدراً ومسؤولاً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اربط كل إجابة بقائمة أسعار أو سياسة أو صفحة، وبالشخص الذي يحافظ على صحتها.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حدّد مواعيد المراجعة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أسبوعياً أو شهرياً للأسعار والمواعيد المتاحة، وكل 3 أشهر للإجابات الثابتة، وبعد أي تغيير.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اختبر قبل الإطلاق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اطرح أسئلة الإطلاق العشرة، ومنها المعلومة التي حذفتها عمداً. أصلح كل اختبار فاشل ثم أعد الاختبار.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الإعداد في CRMsoftware.pro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1. افتح «⁨My Bots⁩»، واختر الروبوت، وابقَ في تبويب «⁨Basics⁩».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2. الصق بطاقات الإجابة في حقل «⁨Knowledge Base⁩»، بطاقة واحدة في كل فقرة تتضمن السؤال والإجابة والرابط.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3. لإضافة صفحات من الموقع، استخدم «⁨Import from Website⁩»: أدخل «⁨Website URL⁩»، وانقر «⁨Crawl Website⁩»، ثم «⁨Apply to Knowledge Base⁩».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4. في «⁨Instructions⁩»، أضف: «أجب من قاعدة المعرفة فقط. إذا لم تكن الإجابة موجودة فيها، فقل ذلك واعرض تحويل الدردشة إلى الفريق».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5. انقر «⁨Save Bot⁩»، ثم استخدم «⁨Try Bot⁩» لطرح أسئلة الإطلاق العشرة.</w:t>
      </w:r>
    </w:p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تتضمن خطة Free قاعدة معرفة أساسية والاستيراد من الموقع. أما تحويل الدردشات التي لم تجد إجابة إلى شخص (التحويل إلى موظف) فمتاح مع خطة Launch.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مراجعة شهرية لقاعدة المعرفة في 20 دقيقة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الأسعار والخصومات والرسوم ما زالت مطابقة لقائمة الأسعار.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روابط الحجز وساعات العمل وبيانات التواصل ما زالت تعمل.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الأسئلة التي لم يستطع الذكاء الاصطناعي الإجابة عنها أُضيفت كبطاقات جديدة.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البطاقات التي تجاوزت موعد مراجعتها رُوجعت وحُدّث تاريخها.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أسئلة الإطلاق العشرة ما زالت تنجح كلها.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انسخه وعدّله واستخدمه في عملك.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https://crmsoftware.pro/ar/templates/faq-knowledge-base-starter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قاعدة معرفة الأسئلة الشائعة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