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18"/>
          <w:rtl/>
          <w:szCs w:val="18"/>
        </w:rPr>
        <w:t>CRMsoftware.pro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44"/>
          <w:rtl/>
          <w:szCs w:val="44"/>
        </w:rPr>
        <w:t>سكريبتات تأهيل العملاء المحتملين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2"/>
          <w:rtl/>
          <w:szCs w:val="22"/>
        </w:rPr>
        <w:t>خمسة سكريبتات للدردشة والهاتف والحجوزات وتجارب SaaS، مع جدول تقييم ومثال مكتمل. من CRMsoftware.pro.</w:t>
      </w:r>
    </w:p>
    <w:p>
      <w:pPr>
        <w:spacing w:after="28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قبل استخدام أي سكريبت، استبدل كل كلمة بين [أقواس] ببياناتك.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30"/>
          <w:rtl/>
          <w:szCs w:val="30"/>
        </w:rPr>
        <w:t>السكريبت 1. طلب خدمة: دردشة الموقع أو WhatsApp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الهدف: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اعرف خلال 4 إلى 6 رسائل قصيرة إن كان العميل مناسباً، ثم احجز مكالمة أو حوّل المحادثة إلى شخص.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 الافتتاح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«مرحباً، شكراً لتواصلك مع [اسم الشركة]. كيف يمكننا مساعدتك؟»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اطرح سؤالاً واحداً في كل رسالة وانتظر الرد.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 الحاجة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«فهمت. ما أهم شيء تريد تغييره أو حله؟»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 الملاءمة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«أين يقع المشروع؟ نحن نعمل في [منطقة الخدمة].»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خارج منطقتك أو خدمة لا تقدمها: انتقل إلى الاعتذار المهذب.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 التوقيت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«متى تودّ أن تبدأ؟»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يستكشف فقط أو البدء بعد أكثر من [6 أشهر]: أرسل دليلاً مفيداً وحدد موعداً للمتابعة.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 الميزانية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«تتراوح تكلفة مشاريع كهذه عادة بين [نطاق الأسعار]. هل يناسب ذلك ما كنت تتوقعه؟»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أقل من [الحد الأدنى للميزانية]: انتقل إلى الاعتذار المهذب واقترح بديلاً.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 القرار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«هل سيشارك أحد آخر في القرار؟ يسعدنا انضمامه إلى المكالمة.»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7. الخطوة التالية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«رائع. الخطوة التالية مكالمة مجانية مدتها [20] دقيقة مع [اسم مسؤول المبيعات]. هذا رابط الحجز: [رابط الحجز]. إلى أي بريد إلكتروني أرسل التأكيد؟»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اجمع قبل التسليم: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الاسم, الخدمة المطلوبة, الموقع أو منطقة الخدمة, تاريخ البدء, نطاق الميزانية, من يتخذ القرار, البريد الإلكتروني أو الهاتف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توقف عن الأسئلة عندما: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تعرف الحاجة والملاءمة وتاريخ البدء وطريقة التواصل مع الشخص. لا تطرح أكثر من 6 أسئلة في الدردشة، وحوّل المحادثة إلى شخص فوراً إذا طلب العميل ذلك أو سأل عن سعر لا يمكنك تحديده.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التسليم لفريق المبيعات: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[الاسم] يريد [الخدمة] في [الموقع]. الهدف: [الهدف]. البدء: [التاريخ]. الميزانية: [النطاق]. صاحب القرار: [من]. التقييم: [x]/10، [ساخن أو دافئ]. الخطوة التالية: مكالمة محجوزة في [التاريخ والوقت]. المصدر: دردشة الموقع.</w:t>
      </w:r>
    </w:p>
    <w:p>
      <w:pPr>
        <w:spacing w:after="16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30"/>
          <w:rtl/>
          <w:szCs w:val="30"/>
        </w:rPr>
        <w:t>السكريبت 2. مكالمة هاتفية واردة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الهدف: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أهّل المتصل في أقل من 8 دقائق واتفق على الخطوة التالية قبل إنهاء المكالمة.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 الافتتاح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«شكراً لاتصالك بـ[اسم الشركة]، معك [اسمك]. كيف يمكنني مساعدتك؟»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دع المتصل يتحدث أولاً ودوّن كلماته كما قالها.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 الاستئذان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«هل يمكنني طرح بعض الأسئلة السريعة لأحوّلك إلى الشخص المناسب؟»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الوقت غير مناسب: اتفق على موعد لمعاودة الاتصال وأرسل دعوة تقويم.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 الحاجة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«ما الذي دفعك للاتصال اليوم، وماذا جربت حتى الآن؟»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 الأثر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«ماذا سيحدث إذا لم يُحل هذا قبل [الشهر]؟»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 الملاءمة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«ما حجم المشروع: كم عدد [الأشخاص أو الغرف أو المواقع أو الوحدات]؟»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صغير جداً أو كبير جداً بالنسبة إليك: انتقل إلى الاعتذار المهذب.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 الميزانية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«ينفق معظم عملائنا بين [نطاق الأسعار]. هل يتوافق ذلك مع ميزانيتك؟»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توجد ميزانية بعد: اعرض إرسال قائمة أسعار بالبريد الإلكتروني واحجز مكالمة متابعة.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7. القرار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«من سيشارك أيضاً في الاختيار، وما الذي يريد رؤيته؟»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8. الخطوة التالية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«إذا كان كل شيء مناسباً، متى تودّ أن تبدأ؟ لنحجز [30] دقيقة مع [اسم مسؤول المبيعات] يوم [اليوم]. هل يناسبك الساعة [الوقت]؟»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اجمع قبل التسليم: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الاسم والشركة, سبب الاتصال, ما جرّبه حتى الآن, الحجم أو النطاق, نطاق الميزانية, من يتخذ القرار, تاريخ البدء, كيف عرف عنكم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توقف عن الأسئلة عندما: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مرت ثماني دقائق، أو أصبحت تعرف الحاجة والملاءمة والميزانية وطريقة اتخاذ القرار وتاريخ البدء. احجز الخطوة التالية أثناء المكالمة، ولا تنهِها أبداً بوعد مبهم بإرسال معلومات.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التسليم لفريق المبيعات: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اتصل [الاسم] من [الشركة] بخصوص [الحاجة]. جرّب: [ماذا]. الحجم: [النطاق]. الميزانية: [النطاق]. صاحب القرار: [من]. البدء: [التاريخ]. عرف عنا عبر: [المصدر]. التقييم: [x]/10. الخطوة التالية: [تاريخ الاجتماع ووقته].</w:t>
      </w:r>
    </w:p>
    <w:p>
      <w:pPr>
        <w:spacing w:after="16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30"/>
          <w:rtl/>
          <w:szCs w:val="30"/>
        </w:rPr>
        <w:t>السكريبت 3. طلب حجز: فندق أو جولة أو رحلة بحرية أو قاعة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الهدف: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اجمع بيانات الحجز كاملة ووضّح أنه طلب فقط إلى أن يؤكد شخص التوفر والدفع.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 التواريخ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«شكراً لاهتمامك بـ[اسم المنشأة]. ما التواريخ التي تفكر فيها؟»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التواريخ غير واضحة: اعرض خيارين، مثل عطلة نهاية هذا الأسبوع أو الأسبوع القادم.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 الضيوف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«كم عدد الضيوف، وهل بينهم أطفال؟»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 الخيار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«هل يهمك [الخيار أ] أم [الخيار ب]؟ تبدأ الأسعار حالياً من [السعر].»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اذكر فقط الأسعار الواردة في قائمة أسعارك الحالية.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 الميزانية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«هل لديك ميزانية محددة لكل [ليلة أو شخص]؟»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أقل من أدنى سعر لديك: اقترح تواريخ أخرى أو خياراً أقل سعراً.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 الطلبات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«هل لديك طلبات خاصة، مثل سهولة الوصول أو احتياجات غذائية أو خدمة التوصيل؟»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 لا توجد أماكن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التواريخ محجوزة بالكامل: أخبره أن [التواريخ] محجوزة بالكامل، واعرض [البديل 1] أو [البديل 2]، واسأله إن كان يريد تسجيل أحدهما كطلب.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7. اللغة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يكتب الضيف بلغة أخرى: رد بلغته واكتب الملاحظة الداخلية بلغة فريقك.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8. الختام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«شكراً لك. سجّلنا طلبك لـ[التواريخ] و[الضيوف] و[الخيار]. هذا ليس حجزاً مؤكداً بعد: سيؤكد [عضو الفريق] التوفر والدفع قبل [الوقت]. ما أفضل بريد إلكتروني أو رقم هاتف للتواصل معك؟»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اجمع قبل التسليم: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التواريخ والأوقات, عدد الضيوف, الغرفة أو الجولة أو الخدمة, الميزانية لكل ليلة أو شخص, طلبات خاصة, اللغة المفضلة, البريد الإلكتروني أو الهاتف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توقف عن الأسئلة عندما: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لديك التواريخ وعدد الضيوف والخيار وبيانات التواصل. لا تؤكد أبداً توفراً أو أسعاراً أو استرداداً لم يتحقق منه شخص.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التسليم لفريق المبيعات: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طلب: [التواريخ]، [الضيوف] ضيوف ([الأطفال] أطفال)، [الخيار]. الميزانية: [المبلغ] لكل [ليلة أو شخص]. الطلبات: [ملاحظات]. اللغة: [اللغة]. التواصل: [البريد الإلكتروني أو الهاتف]. الحالة: طلب غير مؤكد. التأكيد قبل: [الوقت].</w:t>
      </w:r>
    </w:p>
    <w:p>
      <w:pPr>
        <w:spacing w:after="16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30"/>
          <w:rtl/>
          <w:szCs w:val="30"/>
        </w:rPr>
        <w:t>السكريبت 4. طلب عرض توضيحي لـSaaS أو تجربة مجانية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الهدف: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تعرّف على حالة الاستخدام وحجم الفريق والموعد النهائي، ثم وجّه العميل إلى الإعداد الذاتي أو عرض توضيحي أو المتابعة طويلة الأمد.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 حالة الاستخدام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«شكراً لتجربتك [اسم المنتج]. ما أول شيء تريد إنجازه به؟»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 الأداة الحالية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«ماذا تستخدم اليوم، وما الذي لا يعمل جيداً؟»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 حجم الفريق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«كم شخصاً سيستخدمه؟»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من [1 إلى 3] مستخدمين: أرسل دليل الإعداد ورابط الخطة المجانية ليبدؤوا بأنفسهم.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 التكاملات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«مع أي أدوات يجب أن يعمل؟»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ينقص تكامل ضروري: قل ذلك بصراحة وسجّله كطلب ميزة.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 الموعد النهائي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«متى تحتاج أن يكون جاهزاً للعمل؟»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 القرار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«من غيرك يجب أن يوافق: مدير أم قسم تقنية المعلومات أم المالية؟»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7. الميزانية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«هل لديك ميزانية لهذا، شهرياً أو سنوياً؟»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8. التوجيه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«عرض توضيحي مدته [20] دقيقة مع [اسم مسؤول المبيعات] يوم [اليوم] سيغطي [حالة الاستخدام]. هل يناسبك الساعة [الوقت]؟»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موعد نهائي ولا ميزانية: أرسل دراسة حالة قصيرة وتابع بعد [30 يوماً].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اجمع قبل التسليم: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الشركة والمنصب, حالة الاستخدام الرئيسية, الأداة الحالية, عدد المستخدمين, التكاملات الضرورية, الموعد النهائي, من يوافق, الميزانية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توقف عن الأسئلة عندما: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تستطيع الآن اختيار المسار: إعداد ذاتي أو عرض توضيحي أو متابعة. لا تقدم العرض التوضيحي كاملاً في الدردشة.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التسليم لفريق المبيعات: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[الشركة]، [المنصب]. حالة الاستخدام: [حالة الاستخدام]. حالياً: [الأداة الحالية]. المستخدمون: [العدد]. يحتاج: [التكاملات]. الموعد النهائي: [التاريخ]. يوافق: [من]. الميزانية: [المبلغ]. المسار: [ذاتي أو عرض أو متابعة].</w:t>
      </w:r>
    </w:p>
    <w:p>
      <w:pPr>
        <w:spacing w:after="16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30"/>
          <w:rtl/>
          <w:szCs w:val="30"/>
        </w:rPr>
        <w:t>السكريبت 5. عميل غير مناسب: اعتذار مهذب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الهدف: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اعتذر بسرعة وبلطف، واقترح بديلاً مفيداً واحداً، واحمِ وقت فريقك.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 ميزانية منخفضة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«شكراً على التفاصيل. تبدأ مشاريعنا من [الحد الأدنى]، لذلك قد لا نكون الخيار المناسب لك حالياً. قد يناسبك [البديل] أكثر: [الرابط].»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 خدمة لا تقدمها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«لا نقدم [الخدمة]، لكن [الشريك أو المصدر] يقدمها. هل تريد بيانات التواصل معهم؟»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 خارج المنطقة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«نعمل حالياً في [منطقة الخدمة] فقط. هل أحتفظ ببياناتك في حال تغيّر ذلك؟»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 التوقيت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«لا يمكننا البدء قبل [التاريخ]. إذا كان ذلك لا يزال مناسباً لك، سأتواصل معك في [التاريخ].»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 ليس مشترياً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«شكراً لتواصلك. بخصوص [الوظائف أو الشراكات]، يرجى استخدام [الرابط أو البريد الإلكتروني].»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 الختام</w:t>
      </w:r>
    </w:p>
    <w:p>
      <w:pPr>
        <w:spacing w:after="60"/>
        <w:ind w:left="0" w:right="3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«شكراً مرة أخرى لتفكيرك بنا، ونتمنى لك التوفيق في [المشروع].»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اجمع قبل التسليم: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سبب عدم الملاءمة, قد يناسب لاحقاً: نعم أو لا, موعد المتابعة إن كان نعم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توقف عن الأسئلة عندما: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أرسلت رسالة مهذبة واحدة مع بديل مفيد واحد. لا تجادل ولا تقدم خصماً لمجرد الاحتفاظ بعميل غير مناسب.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التسليم لفريق المبيعات: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الحالة: غير مؤهل. السبب: [الميزانية أو المنطقة أو الخدمة أو التوقيت أو ليس مشترياً]. قد يناسب لاحقاً: [نعم أو لا]. المتابعة في: [التاريخ أو لا يوجد].</w:t>
      </w:r>
    </w:p>
    <w:p>
      <w:pPr>
        <w:spacing w:after="160"/>
        <w:bidi/>
        <w:jc w:val="right"/>
      </w:pPr>
    </w:p>
    <w:p>
      <w:pPr>
        <w:spacing w:after="120"/>
        <w:bidi/>
        <w:jc w:val="right"/>
      </w:pPr>
      <w:r>
        <w:rPr>
          <w:rFonts w:ascii="Arial" w:hAnsi="Arial" w:cs="Arial" w:eastAsia="Arial"/>
          <w:b/>
          <w:color w:val="15131F"/>
          <w:sz w:val="30"/>
          <w:rtl/>
          <w:szCs w:val="30"/>
        </w:rPr>
        <w:t>جدول التقييم: من 0 إلى 10 نقاط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المعيار</w:t>
            </w:r>
          </w:p>
        </w:tc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0 نقاط</w:t>
            </w:r>
          </w:p>
        </w:tc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نقطة واحدة</w:t>
            </w:r>
          </w:p>
        </w:tc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نقطتان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الحاجة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لا توجد مشكلة واضحة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اهتمام مبهم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مشكلة واضحة تحلها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الملاءمة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خارج منطقتك أو نطاقك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مناسب جزئياً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يناسب منطقتك ونطاقك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الميزانية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أقل من الحد الأدنى لديك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لم تُناقش بعد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ضمن نطاق أسعارك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الصلاحية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غير معروفة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مؤثر أو يجمع المعلومات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صاحب القرار، أو سيحضر المكالمة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التوقيت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لا يوجد تاريخ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من 3 إلى 6 أشهر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خلال 90 يوماً</w:t>
            </w:r>
          </w:p>
        </w:tc>
      </w:tr>
    </w:tbl>
    <w:p/>
    <w:p>
      <w:pPr>
        <w:spacing w:after="120"/>
        <w:bidi/>
        <w:jc w:val="right"/>
      </w:pPr>
      <w:r>
        <w:rPr>
          <w:rFonts w:ascii="Arial" w:hAnsi="Arial" w:cs="Arial" w:eastAsia="Arial"/>
          <w:b/>
          <w:color w:val="15131F"/>
          <w:sz w:val="26"/>
          <w:rtl/>
          <w:szCs w:val="26"/>
        </w:rPr>
        <w:t>ماذا تفعل في كل حالة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الحالة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متى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ماذا تفعل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ساخن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من 8 إلى 10 نقاط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احجز مكالمة الآن، أو سلّمه لمسؤول مبيعات خلال ساعة.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دافئ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من 5 إلى 7 نقاط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أرسل شيئاً مفيداً وأنشئ مهمة متابعة بتاريخ محدد.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بارد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من 0 إلى 4 نقاط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أضفه إلى النشرة البريدية أو إلى متابعة طويلة الأمد، من دون وقت من فريق المبيعات.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غير مناسب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0 في الملاءمة أو الميزانية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استخدم سكريبت الاعتذار المهذب وسجّل السبب.</w:t>
            </w:r>
          </w:p>
        </w:tc>
      </w:tr>
    </w:tbl>
    <w:p/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30"/>
          <w:rtl/>
          <w:szCs w:val="30"/>
        </w:rPr>
        <w:t>مثال مكتمل: دردشة على الموقع تنتهي بمكالمة محجوزة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السكريبت 1 أثناء العمل لدى شركة تجديد خيالية، مع ملاحظة التسليم والتقييم الناتجين عنه.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الزائر: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مرحباً، هل تقومون بتجديد المطابخ؟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الموظف: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مرحباً، شكراً لتواصلك مع Northstar Renovations. نعم، المطابخ هي معظم عملنا. ما الذي تودين تغييره في مطبخك؟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الزائر: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خزائن وأسطح عمل جديدة، وربما نقل الحوض.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الموظف: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يبدو مشروعاً رائعاً. أين يقع المنزل؟ نعمل في أوستن والبلدات القريبة منها.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الزائر: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في راوند روك.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الموظف: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إنها ضمن منطقتنا. متى تودين البدء؟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الزائر: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في مارس إن أمكن.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الموظف: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تتراوح تكلفة مشاريع المطابخ المشابهة عادة بين $25,000 و$45,000. هل يناسب ذلك ما كنتِ تتوقعينه؟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الزائر: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نعم، خصصنا نحو $35,000.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الموظف: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هل سيشارك أحد آخر في القرار؟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الزائر: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زوجي. يريد أن يحضر المكالمة.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الموظف: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ممتاز. الخطوة التالية مكالمة مجانية مدتها 30 دقيقة مع دان، مدير المشاريع لدينا. هذا رابط الحجز. إلى أي بريد إلكتروني أرسل التأكيد؟</w:t>
      </w: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الزائر: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حجزت يوم الثلاثاء الساعة 5:30 مساءً. استخدمت بريد العمل.</w:t>
      </w:r>
    </w:p>
    <w:p>
      <w:pPr>
        <w:spacing w:after="80"/>
        <w:bidi/>
        <w:jc w:val="right"/>
      </w:pPr>
    </w:p>
    <w:p>
      <w:pPr>
        <w:spacing w:after="60"/>
        <w:ind w:left="0" w:right="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ملاحظة التسليم: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ماريا ل.، مالكة منزل في راوند روك. تريد تجديد المطبخ: خزائن وأسطح عمل جديدة، وربما نقل الحوض. البدء: مارس. الميزانية: نحو $35,000 (نطاقنا من $25,000 إلى $45,000). صاحبا القرار: ماريا وزوجها، وكلاهما سيحضر المكالمة. التقييم: 9/10، ساخن. الخطوة التالية: مكالمة مع دان يوم الثلاثاء الساعة 5:30 مساءً. المصدر: دردشة الموقع.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المعيار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التقييم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الحاجة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مشكلة واضحة نحلها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2/2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الملاءمة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ضمن منطقتنا ونطاق عملنا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2/2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الميزانية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ضمن نطاق أسعارنا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2/2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الصلاحية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صاحبا القرار كلاهما في المكالمة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2/2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التوقيت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البدء بعد نحو 5 أشهر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1/2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المجموع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ساخن: احجز المكالمة الآن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9/10</w:t>
            </w:r>
          </w:p>
        </w:tc>
      </w:tr>
    </w:tbl>
    <w:p/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18"/>
          <w:rtl/>
          <w:szCs w:val="18"/>
        </w:rPr>
        <w:t>قالب مجاني من CRMsoftware.pro. انسخه وعدّله واستخدمه في عملك.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6B3CF0"/>
          <w:sz w:val="18"/>
          <w:rtl/>
          <w:szCs w:val="18"/>
        </w:rPr>
        <w:t>https://crmsoftware.pro/ar/templates/lead-qualification-script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سكريبتات تأهيل العملاء المحتملين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