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قوالب وأمثلة العرض البيعي</w:t>
      </w:r>
    </w:p>
    <w:p>
      <w:pPr>
        <w:spacing w:after="80"/>
        <w:bidi/>
        <w:jc w:val="right"/>
      </w:pPr>
      <w:r>
        <w:rPr>
          <w:rFonts w:ascii="Arial" w:hAnsi="Arial" w:cs="Arial" w:eastAsia="Arial"/>
          <w:b w:val="0"/>
          <w:color w:val="5D5A70"/>
          <w:sz w:val="22"/>
          <w:rtl/>
          <w:szCs w:val="22"/>
        </w:rPr>
        <w:t>منشئ العرض البيعي، وعروض بجملة واحدة و30 ثانية ودقيقتين وبالبريد الإلكتروني والدردشة، وجمل افتتاحية لـ14 قطاعاً. من CRMsoftware.pro.</w:t>
      </w:r>
    </w:p>
    <w:p>
      <w:pPr>
        <w:spacing w:after="280"/>
        <w:bidi/>
        <w:jc w:val="right"/>
      </w:pPr>
      <w:r>
        <w:rPr>
          <w:rFonts w:ascii="Arial" w:hAnsi="Arial" w:cs="Arial" w:eastAsia="Arial"/>
          <w:b w:val="0"/>
          <w:color w:val="5D5A70"/>
          <w:sz w:val="21"/>
          <w:rtl/>
          <w:szCs w:val="21"/>
        </w:rPr>
        <w:t>املأ الأسطر الخمسة مما قاله لك المشتري: مشكلته بكلماته، والتكلفة بأرقامه، وما تقدّمه، وإثبات واحد، وطلب واحد. ثم اختر الصيغة المناسبة لمدتك وقناتك، واستبدل كل كلمة بين [أقواس]. وقيّم كل عرض في سجل العروض البيعية في Excel، وأصلح المعيار الذي يفوتك أكثر من غيره.</w:t>
      </w:r>
    </w:p>
    <w:p>
      <w:pPr>
        <w:spacing w:after="160"/>
        <w:bidi/>
        <w:jc w:val="right"/>
      </w:pPr>
      <w:r>
        <w:rPr>
          <w:rFonts w:ascii="Arial" w:hAnsi="Arial" w:cs="Arial" w:eastAsia="Arial"/>
          <w:b/>
          <w:color w:val="15131F"/>
          <w:sz w:val="32"/>
          <w:rtl/>
          <w:szCs w:val="32"/>
        </w:rPr>
        <w:t>القوالب</w:t>
      </w:r>
    </w:p>
    <w:p>
      <w:pPr>
        <w:spacing w:after="60"/>
        <w:bidi/>
        <w:jc w:val="right"/>
      </w:pPr>
      <w:r>
        <w:rPr>
          <w:rFonts w:ascii="Arial" w:hAnsi="Arial" w:cs="Arial" w:eastAsia="Arial"/>
          <w:b/>
          <w:color w:val="15131F"/>
          <w:sz w:val="28"/>
          <w:rtl/>
          <w:szCs w:val="28"/>
        </w:rPr>
        <w:t>1. قالب العرض البيعي: املأ 5 أسطر قبل أن تبدأ العرض</w:t>
      </w:r>
    </w:p>
    <w:p>
      <w:pPr>
        <w:spacing w:after="80"/>
        <w:bidi/>
        <w:jc w:val="right"/>
      </w:pPr>
      <w:r>
        <w:rPr>
          <w:rFonts w:ascii="Arial" w:hAnsi="Arial" w:cs="Arial" w:eastAsia="Arial"/>
          <w:b w:val="0"/>
          <w:color w:val="5D5A70"/>
          <w:sz w:val="20"/>
          <w:rtl/>
          <w:szCs w:val="20"/>
        </w:rPr>
        <w:t>الأسطر: 5 · الإثبات: واحد، الأقوى · الطلب: واحد، بيوم محدد</w:t>
      </w:r>
    </w:p>
    <w:p>
      <w:pPr>
        <w:spacing w:after="80"/>
        <w:bidi/>
        <w:jc w:val="right"/>
      </w:pPr>
      <w:r>
        <w:rPr>
          <w:rFonts w:ascii="Arial" w:hAnsi="Arial" w:cs="Arial" w:eastAsia="Arial"/>
          <w:b w:val="0"/>
          <w:color w:val="15131F"/>
          <w:sz w:val="21"/>
          <w:rtl/>
          <w:szCs w:val="21"/>
        </w:rPr>
        <w:t>كل عرض بيعي في هذه الصفحة مبني على هذه الأسطر الخمسة. املأها بعد أن يخبرك المشتري بمشكلته. وإن لم يفعل، فاسأل أولاً: الأسئلة موجودة في سكريبت مكالمة الاستكشاف.</w:t>
      </w:r>
    </w:p>
    <w:p>
      <w:pPr>
        <w:spacing w:after="40"/>
        <w:bidi/>
        <w:jc w:val="right"/>
      </w:pPr>
      <w:r>
        <w:rPr>
          <w:rFonts w:ascii="Arial" w:hAnsi="Arial" w:cs="Arial" w:eastAsia="Arial"/>
          <w:b/>
          <w:color w:val="6B3CF0"/>
          <w:sz w:val="21"/>
          <w:rtl/>
          <w:szCs w:val="21"/>
        </w:rPr>
        <w:t>الأسطر الخمسة</w:t>
      </w:r>
    </w:p>
    <w:p>
      <w:pPr>
        <w:spacing w:after="40"/>
        <w:bidi/>
        <w:jc w:val="right"/>
      </w:pPr>
      <w:r>
        <w:rPr>
          <w:rFonts w:ascii="Arial" w:hAnsi="Arial" w:cs="Arial" w:eastAsia="Arial"/>
          <w:b w:val="0"/>
          <w:color w:val="15131F"/>
          <w:sz w:val="21"/>
          <w:rtl/>
          <w:szCs w:val="21"/>
        </w:rPr>
        <w:t>1. مشكلة المشتري، بكلماته: كما قالها المشتري، لا بمصطلحات منتجك.</w:t>
      </w:r>
    </w:p>
    <w:p>
      <w:pPr>
        <w:spacing w:after="40"/>
        <w:bidi/>
        <w:jc w:val="right"/>
      </w:pPr>
      <w:r>
        <w:rPr>
          <w:rFonts w:ascii="Arial" w:hAnsi="Arial" w:cs="Arial" w:eastAsia="Arial"/>
          <w:b w:val="0"/>
          <w:color w:val="15131F"/>
          <w:sz w:val="21"/>
          <w:rtl/>
          <w:szCs w:val="21"/>
        </w:rPr>
        <w:t>2. التكلفة، بأرقامه: ساعات أو مال أو أعمال ضائعة أو موعد فائت، من سجلاته. لم يذكر رقماً؟ استخدم كلماته وتجاوز الحساب.</w:t>
      </w:r>
    </w:p>
    <w:p>
      <w:pPr>
        <w:spacing w:after="40"/>
        <w:bidi/>
        <w:jc w:val="right"/>
      </w:pPr>
      <w:r>
        <w:rPr>
          <w:rFonts w:ascii="Arial" w:hAnsi="Arial" w:cs="Arial" w:eastAsia="Arial"/>
          <w:b w:val="0"/>
          <w:color w:val="15131F"/>
          <w:sz w:val="21"/>
          <w:rtl/>
          <w:szCs w:val="21"/>
        </w:rPr>
        <w:t>3. ما تقدّمه، في جملة واحدة: ما ستفعله، وما سيحصل عليه، ومتى. من دون قائمة ميزات.</w:t>
      </w:r>
    </w:p>
    <w:p>
      <w:pPr>
        <w:spacing w:after="40"/>
        <w:bidi/>
        <w:jc w:val="right"/>
      </w:pPr>
      <w:r>
        <w:rPr>
          <w:rFonts w:ascii="Arial" w:hAnsi="Arial" w:cs="Arial" w:eastAsia="Arial"/>
          <w:b w:val="0"/>
          <w:color w:val="15131F"/>
          <w:sz w:val="21"/>
          <w:rtl/>
          <w:szCs w:val="21"/>
        </w:rPr>
        <w:t>4. إثبات واحد: أقوى ما لديك: نتيجة عميل تشاركها بإذنه، أو مقارنة قبل وبعد، أو عينة، أو ضمان مكتوب.</w:t>
      </w:r>
    </w:p>
    <w:p>
      <w:pPr>
        <w:spacing w:after="40"/>
        <w:bidi/>
        <w:jc w:val="right"/>
      </w:pPr>
      <w:r>
        <w:rPr>
          <w:rFonts w:ascii="Arial" w:hAnsi="Arial" w:cs="Arial" w:eastAsia="Arial"/>
          <w:b w:val="0"/>
          <w:color w:val="15131F"/>
          <w:sz w:val="21"/>
          <w:rtl/>
          <w:szCs w:val="21"/>
        </w:rPr>
        <w:t>5. طلب واحد، بيوم وساعة: خطوة تالية واحدة: زيارة، أو مكالمة من 20 دقيقة، أو تجربة، أو عرض سعر بحلول تاريخ محدد.</w:t>
      </w:r>
    </w:p>
    <w:p>
      <w:pPr>
        <w:spacing w:after="60"/>
        <w:bidi/>
        <w:jc w:val="right"/>
      </w:pPr>
      <w:r>
        <w:rPr>
          <w:rFonts w:ascii="Arial" w:hAnsi="Arial" w:cs="Arial" w:eastAsia="Arial"/>
          <w:b/>
          <w:color w:val="6B3CF0"/>
          <w:sz w:val="21"/>
          <w:rtl/>
          <w:szCs w:val="21"/>
        </w:rPr>
        <w:t xml:space="preserve">العرض البيعي في نَفَس واحد: </w:t>
      </w:r>
      <w:r>
        <w:rPr>
          <w:rFonts w:ascii="Arial" w:hAnsi="Arial" w:cs="Arial" w:eastAsia="Arial"/>
          <w:b w:val="0"/>
          <w:color w:val="15131F"/>
          <w:sz w:val="21"/>
          <w:rtl/>
          <w:szCs w:val="21"/>
        </w:rPr>
        <w:t>[مشكلة المشتري، بكلماته]. قلت إن ذلك يكلفك [رقمه]. ما نقدّمه: [ما تقدّمه]. [إثبات واحد]. هل يمكننا [طلب واحد] يوم [اليوم] الساعة [الساعة]؟</w:t>
      </w:r>
    </w:p>
    <w:p>
      <w:pPr>
        <w:spacing w:after="60"/>
        <w:bidi/>
        <w:jc w:val="right"/>
      </w:pPr>
      <w:r>
        <w:rPr>
          <w:rFonts w:ascii="Arial" w:hAnsi="Arial" w:cs="Arial" w:eastAsia="Arial"/>
          <w:b/>
          <w:color w:val="6B3CF0"/>
          <w:sz w:val="21"/>
          <w:rtl/>
          <w:szCs w:val="21"/>
        </w:rPr>
        <w:t xml:space="preserve">اختبار الجاهزية: </w:t>
      </w:r>
      <w:r>
        <w:rPr>
          <w:rFonts w:ascii="Arial" w:hAnsi="Arial" w:cs="Arial" w:eastAsia="Arial"/>
          <w:b w:val="0"/>
          <w:color w:val="5D5A70"/>
          <w:sz w:val="21"/>
          <w:rtl/>
          <w:szCs w:val="21"/>
        </w:rPr>
        <w:t>إن لم تستطع ملء السطرين 1 و2 مما قاله لك المشتري، فأنت لست مستعداً للعرض بعد. اسأل، ثم اعرض.</w:t>
      </w:r>
    </w:p>
    <w:p>
      <w:pPr>
        <w:spacing w:after="60"/>
        <w:bidi/>
        <w:jc w:val="right"/>
      </w:pPr>
      <w:r>
        <w:rPr>
          <w:rFonts w:ascii="Arial" w:hAnsi="Arial" w:cs="Arial" w:eastAsia="Arial"/>
          <w:b/>
          <w:color w:val="6B3CF0"/>
          <w:sz w:val="21"/>
          <w:rtl/>
          <w:szCs w:val="21"/>
        </w:rPr>
        <w:t xml:space="preserve">استبعد: </w:t>
      </w:r>
      <w:r>
        <w:rPr>
          <w:rFonts w:ascii="Arial" w:hAnsi="Arial" w:cs="Arial" w:eastAsia="Arial"/>
          <w:b w:val="0"/>
          <w:color w:val="5D5A70"/>
          <w:sz w:val="21"/>
          <w:rtl/>
          <w:szCs w:val="21"/>
        </w:rPr>
        <w:t>جولة في الميزات, أرقام لا تستطيع إثباتها, طلب ثانٍ</w:t>
      </w:r>
    </w:p>
    <w:p>
      <w:pPr>
        <w:spacing w:after="160"/>
        <w:bidi/>
        <w:jc w:val="right"/>
      </w:pPr>
    </w:p>
    <w:p>
      <w:pPr>
        <w:spacing w:after="60"/>
        <w:bidi/>
        <w:jc w:val="right"/>
      </w:pPr>
      <w:r>
        <w:rPr>
          <w:rFonts w:ascii="Arial" w:hAnsi="Arial" w:cs="Arial" w:eastAsia="Arial"/>
          <w:b/>
          <w:color w:val="15131F"/>
          <w:sz w:val="28"/>
          <w:rtl/>
          <w:szCs w:val="28"/>
        </w:rPr>
        <w:t>2. العرض البيعي في جملة واحدة: من تساعد وكيف</w:t>
      </w:r>
    </w:p>
    <w:p>
      <w:pPr>
        <w:spacing w:after="80"/>
        <w:bidi/>
        <w:jc w:val="right"/>
      </w:pPr>
      <w:r>
        <w:rPr>
          <w:rFonts w:ascii="Arial" w:hAnsi="Arial" w:cs="Arial" w:eastAsia="Arial"/>
          <w:b w:val="0"/>
          <w:color w:val="5D5A70"/>
          <w:sz w:val="20"/>
          <w:rtl/>
          <w:szCs w:val="20"/>
        </w:rPr>
        <w:t>المدة: جملة واحدة · الخاتمة: سؤال</w:t>
      </w:r>
    </w:p>
    <w:p>
      <w:pPr>
        <w:spacing w:after="40"/>
        <w:bidi/>
        <w:jc w:val="right"/>
      </w:pPr>
      <w:r>
        <w:rPr>
          <w:rFonts w:ascii="Arial" w:hAnsi="Arial" w:cs="Arial" w:eastAsia="Arial"/>
          <w:b/>
          <w:color w:val="6B3CF0"/>
          <w:sz w:val="21"/>
          <w:rtl/>
          <w:szCs w:val="21"/>
        </w:rPr>
        <w:t>استخدمه عندما</w:t>
      </w:r>
    </w:p>
    <w:p>
      <w:pPr>
        <w:spacing w:after="40"/>
        <w:ind w:right="283"/>
        <w:bidi/>
        <w:jc w:val="right"/>
      </w:pPr>
      <w:r>
        <w:rPr>
          <w:rFonts w:ascii="Arial" w:hAnsi="Arial" w:cs="Arial" w:eastAsia="Arial"/>
          <w:b w:val="0"/>
          <w:color w:val="15131F"/>
          <w:sz w:val="21"/>
          <w:rtl/>
          <w:szCs w:val="21"/>
        </w:rPr>
        <w:t>• يسألك أحدهم «ماذا تعمل؟» في فعالية أو مكالمة أو رسالة، أو تحتاج إلى سطر أول لموقعك أو ملفك الشخصي.</w:t>
      </w:r>
    </w:p>
    <w:p>
      <w:pPr>
        <w:spacing w:after="40"/>
        <w:ind w:right="283"/>
        <w:bidi/>
        <w:jc w:val="right"/>
      </w:pPr>
      <w:r>
        <w:rPr>
          <w:rFonts w:ascii="Arial" w:hAnsi="Arial" w:cs="Arial" w:eastAsia="Arial"/>
          <w:b w:val="0"/>
          <w:color w:val="15131F"/>
          <w:sz w:val="21"/>
          <w:rtl/>
          <w:szCs w:val="21"/>
        </w:rPr>
        <w:t>• لا تعرف مشكلة المشتري بعد. عندها اختم بسؤال، لا بمزيد من العرض.</w:t>
      </w:r>
    </w:p>
    <w:p>
      <w:pPr>
        <w:spacing w:after="60"/>
        <w:bidi/>
        <w:jc w:val="right"/>
      </w:pPr>
      <w:r>
        <w:rPr>
          <w:rFonts w:ascii="Arial" w:hAnsi="Arial" w:cs="Arial" w:eastAsia="Arial"/>
          <w:b/>
          <w:color w:val="6B3CF0"/>
          <w:sz w:val="21"/>
          <w:rtl/>
          <w:szCs w:val="21"/>
        </w:rPr>
        <w:t xml:space="preserve">القالب: </w:t>
      </w:r>
      <w:r>
        <w:rPr>
          <w:rFonts w:ascii="Arial" w:hAnsi="Arial" w:cs="Arial" w:eastAsia="Arial"/>
          <w:b w:val="0"/>
          <w:color w:val="15131F"/>
          <w:sz w:val="21"/>
          <w:rtl/>
          <w:szCs w:val="21"/>
        </w:rPr>
        <w:t>تساعد [الشركة] [من تساعدهم]: [ما تقدّمه].</w:t>
      </w:r>
    </w:p>
    <w:p>
      <w:pPr>
        <w:spacing w:after="60"/>
        <w:bidi/>
        <w:jc w:val="right"/>
      </w:pPr>
      <w:r>
        <w:rPr>
          <w:rFonts w:ascii="Arial" w:hAnsi="Arial" w:cs="Arial" w:eastAsia="Arial"/>
          <w:b/>
          <w:color w:val="6B3CF0"/>
          <w:sz w:val="21"/>
          <w:rtl/>
          <w:szCs w:val="21"/>
        </w:rPr>
        <w:t xml:space="preserve">مثال، Sunvale Solar: </w:t>
      </w:r>
      <w:r>
        <w:rPr>
          <w:rFonts w:ascii="Arial" w:hAnsi="Arial" w:cs="Arial" w:eastAsia="Arial"/>
          <w:b w:val="0"/>
          <w:color w:val="15131F"/>
          <w:sz w:val="21"/>
          <w:rtl/>
          <w:szCs w:val="21"/>
        </w:rPr>
        <w:t>تساعد Sunvale Solar الشركات الصغيرة في توسان ذات فواتير الكهرباء الصيفية المرتفعة: ألواح شمسية على السطح بحجم محسوب من فواتيرك لآخر 12 شهراً، مع الإنتاج المتوقع والسعر في عرض سعر مكتوب.</w:t>
      </w:r>
    </w:p>
    <w:p>
      <w:pPr>
        <w:spacing w:after="60"/>
        <w:bidi/>
        <w:jc w:val="right"/>
      </w:pPr>
      <w:r>
        <w:rPr>
          <w:rFonts w:ascii="Arial" w:hAnsi="Arial" w:cs="Arial" w:eastAsia="Arial"/>
          <w:b/>
          <w:color w:val="6B3CF0"/>
          <w:sz w:val="21"/>
          <w:rtl/>
          <w:szCs w:val="21"/>
        </w:rPr>
        <w:t xml:space="preserve">حين تعرف مشكلته: </w:t>
      </w:r>
      <w:r>
        <w:rPr>
          <w:rFonts w:ascii="Arial" w:hAnsi="Arial" w:cs="Arial" w:eastAsia="Arial"/>
          <w:b w:val="0"/>
          <w:color w:val="15131F"/>
          <w:sz w:val="21"/>
          <w:rtl/>
          <w:szCs w:val="21"/>
        </w:rPr>
        <w:t>قلت إن [مشكلة المشتري، بكلماته]. نحن نساعد [من تساعدهم] في هذا تحديداً: [ما تقدّمه]. هل يفيدك [طلب واحد]؟</w:t>
      </w:r>
    </w:p>
    <w:p>
      <w:pPr>
        <w:spacing w:after="60"/>
        <w:bidi/>
        <w:jc w:val="right"/>
      </w:pPr>
      <w:r>
        <w:rPr>
          <w:rFonts w:ascii="Arial" w:hAnsi="Arial" w:cs="Arial" w:eastAsia="Arial"/>
          <w:b/>
          <w:color w:val="6B3CF0"/>
          <w:sz w:val="21"/>
          <w:rtl/>
          <w:szCs w:val="21"/>
        </w:rPr>
        <w:t xml:space="preserve">حين لا تعرفها بعد: </w:t>
      </w:r>
      <w:r>
        <w:rPr>
          <w:rFonts w:ascii="Arial" w:hAnsi="Arial" w:cs="Arial" w:eastAsia="Arial"/>
          <w:b w:val="0"/>
          <w:color w:val="15131F"/>
          <w:sz w:val="21"/>
          <w:rtl/>
          <w:szCs w:val="21"/>
        </w:rPr>
        <w:t>نساعد [من تساعدهم] في [المشكلة التي تحلها]. ما أكبر مصدر إزعاج لك في [مجال عمله] الآن؟</w:t>
      </w:r>
    </w:p>
    <w:p>
      <w:pPr>
        <w:spacing w:after="60"/>
        <w:bidi/>
        <w:jc w:val="right"/>
      </w:pPr>
      <w:r>
        <w:rPr>
          <w:rFonts w:ascii="Arial" w:hAnsi="Arial" w:cs="Arial" w:eastAsia="Arial"/>
          <w:b/>
          <w:color w:val="6B3CF0"/>
          <w:sz w:val="21"/>
          <w:rtl/>
          <w:szCs w:val="21"/>
        </w:rPr>
        <w:t xml:space="preserve">مناسب لـ: </w:t>
      </w:r>
      <w:r>
        <w:rPr>
          <w:rFonts w:ascii="Arial" w:hAnsi="Arial" w:cs="Arial" w:eastAsia="Arial"/>
          <w:b w:val="0"/>
          <w:color w:val="5D5A70"/>
          <w:sz w:val="21"/>
          <w:rtl/>
          <w:szCs w:val="21"/>
        </w:rPr>
        <w:t>الفعاليات, الملفات الشخصية, البريد الصوتي</w:t>
      </w:r>
    </w:p>
    <w:p>
      <w:pPr>
        <w:spacing w:after="160"/>
        <w:bidi/>
        <w:jc w:val="right"/>
      </w:pPr>
    </w:p>
    <w:p>
      <w:pPr>
        <w:spacing w:after="60"/>
        <w:bidi/>
        <w:jc w:val="right"/>
      </w:pPr>
      <w:r>
        <w:rPr>
          <w:rFonts w:ascii="Arial" w:hAnsi="Arial" w:cs="Arial" w:eastAsia="Arial"/>
          <w:b/>
          <w:color w:val="15131F"/>
          <w:sz w:val="28"/>
          <w:rtl/>
          <w:szCs w:val="28"/>
        </w:rPr>
        <w:t>3. خطاب المصعد للمبيعات في 30 ثانية، بصوت عالٍ</w:t>
      </w:r>
    </w:p>
    <w:p>
      <w:pPr>
        <w:spacing w:after="80"/>
        <w:bidi/>
        <w:jc w:val="right"/>
      </w:pPr>
      <w:r>
        <w:rPr>
          <w:rFonts w:ascii="Arial" w:hAnsi="Arial" w:cs="Arial" w:eastAsia="Arial"/>
          <w:b w:val="0"/>
          <w:color w:val="5D5A70"/>
          <w:sz w:val="20"/>
          <w:rtl/>
          <w:szCs w:val="20"/>
        </w:rPr>
        <w:t>المدة: 30 ثانية · الطلب: 15 دقيقة</w:t>
      </w:r>
    </w:p>
    <w:p>
      <w:pPr>
        <w:spacing w:after="40"/>
        <w:bidi/>
        <w:jc w:val="right"/>
      </w:pPr>
      <w:r>
        <w:rPr>
          <w:rFonts w:ascii="Arial" w:hAnsi="Arial" w:cs="Arial" w:eastAsia="Arial"/>
          <w:b/>
          <w:color w:val="6B3CF0"/>
          <w:sz w:val="21"/>
          <w:rtl/>
          <w:szCs w:val="21"/>
        </w:rPr>
        <w:t>استخدمه عندما</w:t>
      </w:r>
    </w:p>
    <w:p>
      <w:pPr>
        <w:spacing w:after="40"/>
        <w:ind w:right="283"/>
        <w:bidi/>
        <w:jc w:val="right"/>
      </w:pPr>
      <w:r>
        <w:rPr>
          <w:rFonts w:ascii="Arial" w:hAnsi="Arial" w:cs="Arial" w:eastAsia="Arial"/>
          <w:b w:val="0"/>
          <w:color w:val="15131F"/>
          <w:sz w:val="21"/>
          <w:rtl/>
          <w:szCs w:val="21"/>
        </w:rPr>
        <w:t>• في مكالمة أولى، حين يقول المشتري «أخبرني ماذا تعملون» قبل أن تعرف عنه الكثير، أو للتعريف بنفسك في فعالية.</w:t>
      </w:r>
    </w:p>
    <w:p>
      <w:pPr>
        <w:spacing w:after="40"/>
        <w:ind w:right="283"/>
        <w:bidi/>
        <w:jc w:val="right"/>
      </w:pPr>
      <w:r>
        <w:rPr>
          <w:rFonts w:ascii="Arial" w:hAnsi="Arial" w:cs="Arial" w:eastAsia="Arial"/>
          <w:b w:val="0"/>
          <w:color w:val="15131F"/>
          <w:sz w:val="21"/>
          <w:rtl/>
          <w:szCs w:val="21"/>
        </w:rPr>
        <w:t>• قِس الوقت: اقرأه بصوت عالٍ مع مؤقت، واختصر حتى يتسع لـ30 ثانية.</w:t>
      </w:r>
    </w:p>
    <w:p>
      <w:pPr>
        <w:spacing w:after="60"/>
        <w:bidi/>
        <w:jc w:val="right"/>
      </w:pPr>
      <w:r>
        <w:rPr>
          <w:rFonts w:ascii="Arial" w:hAnsi="Arial" w:cs="Arial" w:eastAsia="Arial"/>
          <w:b/>
          <w:color w:val="6B3CF0"/>
          <w:sz w:val="21"/>
          <w:rtl/>
          <w:szCs w:val="21"/>
        </w:rPr>
        <w:t xml:space="preserve">القالب: </w:t>
      </w:r>
      <w:r>
        <w:rPr>
          <w:rFonts w:ascii="Arial" w:hAnsi="Arial" w:cs="Arial" w:eastAsia="Arial"/>
          <w:b w:val="0"/>
          <w:color w:val="15131F"/>
          <w:sz w:val="21"/>
          <w:rtl/>
          <w:szCs w:val="21"/>
        </w:rPr>
        <w:t>مرحباً [الاسم الأول]، أنا [اسمك] من [الشركة]. نعمل مع [من تساعدهم]، وعادةً حين [المشكلة التي يعرفونها]. [ما تقدّمه، في جملة واحدة]. [إثبات واحد]. هل يمكن أن نخصص 15 دقيقة يوم [اليوم]، لأسألك عن [نشاطه] وأخبرك بصراحة إن كنا مناسبين لك؟</w:t>
      </w:r>
    </w:p>
    <w:p>
      <w:pPr>
        <w:spacing w:after="60"/>
        <w:bidi/>
        <w:jc w:val="right"/>
      </w:pPr>
      <w:r>
        <w:rPr>
          <w:rFonts w:ascii="Arial" w:hAnsi="Arial" w:cs="Arial" w:eastAsia="Arial"/>
          <w:b/>
          <w:color w:val="6B3CF0"/>
          <w:sz w:val="21"/>
          <w:rtl/>
          <w:szCs w:val="21"/>
        </w:rPr>
        <w:t xml:space="preserve">مثال، لو التقى ماركوس ليديا في فعالية: </w:t>
      </w:r>
      <w:r>
        <w:rPr>
          <w:rFonts w:ascii="Arial" w:hAnsi="Arial" w:cs="Arial" w:eastAsia="Arial"/>
          <w:b w:val="0"/>
          <w:color w:val="15131F"/>
          <w:sz w:val="21"/>
          <w:rtl/>
          <w:szCs w:val="21"/>
        </w:rPr>
        <w:t>مرحباً ليديا، أنا ماركوس بيل من Sunvale Solar. نعمل مع الشركات الصغيرة في توسان التي تكون فواتير الكهرباء الصيفية فيها التكلفة الوحيدة الخارجة عن سيطرتها. نركّب ألواحاً شمسية على السطح بحجم محسوب من فواتيرك لآخر 12 شهراً، مع الإنتاج والسعر في عرض سعر مكتوب. وافق ديف روميرو من Romero Brake &amp; Muffler على أن يطلع أصحاب الأعمال الذين يسألونه على فواتيره. هل يمكن أن نخصص 15 دقيقة هذا الأسبوع، لأسألك عن ورشتك وأخبرك بصراحة إن كان ذلك مناسباً؟</w:t>
      </w:r>
    </w:p>
    <w:p>
      <w:pPr>
        <w:spacing w:after="60"/>
        <w:bidi/>
        <w:jc w:val="right"/>
      </w:pPr>
      <w:r>
        <w:rPr>
          <w:rFonts w:ascii="Arial" w:hAnsi="Arial" w:cs="Arial" w:eastAsia="Arial"/>
          <w:b/>
          <w:color w:val="6B3CF0"/>
          <w:sz w:val="21"/>
          <w:rtl/>
          <w:szCs w:val="21"/>
        </w:rPr>
        <w:t xml:space="preserve">اسأل، ثم توقف: </w:t>
      </w:r>
      <w:r>
        <w:rPr>
          <w:rFonts w:ascii="Arial" w:hAnsi="Arial" w:cs="Arial" w:eastAsia="Arial"/>
          <w:b w:val="0"/>
          <w:color w:val="5D5A70"/>
          <w:sz w:val="21"/>
          <w:rtl/>
          <w:szCs w:val="21"/>
        </w:rPr>
        <w:t>اختم بالسؤال وتوقف عن الكلام. العرض البيعي في 30 ثانية يكسب لك محادثة، لا صفقة.</w:t>
      </w:r>
    </w:p>
    <w:p>
      <w:pPr>
        <w:spacing w:after="60"/>
        <w:bidi/>
        <w:jc w:val="right"/>
      </w:pPr>
      <w:r>
        <w:rPr>
          <w:rFonts w:ascii="Arial" w:hAnsi="Arial" w:cs="Arial" w:eastAsia="Arial"/>
          <w:b/>
          <w:color w:val="6B3CF0"/>
          <w:sz w:val="21"/>
          <w:rtl/>
          <w:szCs w:val="21"/>
        </w:rPr>
        <w:t xml:space="preserve">قل بصوت عالٍ: </w:t>
      </w:r>
      <w:r>
        <w:rPr>
          <w:rFonts w:ascii="Arial" w:hAnsi="Arial" w:cs="Arial" w:eastAsia="Arial"/>
          <w:b w:val="0"/>
          <w:color w:val="5D5A70"/>
          <w:sz w:val="21"/>
          <w:rtl/>
          <w:szCs w:val="21"/>
        </w:rPr>
        <w:t>من تساعدهم, إثبات واحد, طلب واحد</w:t>
      </w:r>
    </w:p>
    <w:p>
      <w:pPr>
        <w:spacing w:after="160"/>
        <w:bidi/>
        <w:jc w:val="right"/>
      </w:pPr>
    </w:p>
    <w:p>
      <w:pPr>
        <w:spacing w:after="60"/>
        <w:bidi/>
        <w:jc w:val="right"/>
      </w:pPr>
      <w:r>
        <w:rPr>
          <w:rFonts w:ascii="Arial" w:hAnsi="Arial" w:cs="Arial" w:eastAsia="Arial"/>
          <w:b/>
          <w:color w:val="15131F"/>
          <w:sz w:val="28"/>
          <w:rtl/>
          <w:szCs w:val="28"/>
        </w:rPr>
        <w:t>4. العرض البيعي في دقيقتين لمكالمة أو اجتماع</w:t>
      </w:r>
    </w:p>
    <w:p>
      <w:pPr>
        <w:spacing w:after="80"/>
        <w:bidi/>
        <w:jc w:val="right"/>
      </w:pPr>
      <w:r>
        <w:rPr>
          <w:rFonts w:ascii="Arial" w:hAnsi="Arial" w:cs="Arial" w:eastAsia="Arial"/>
          <w:b w:val="0"/>
          <w:color w:val="5D5A70"/>
          <w:sz w:val="20"/>
          <w:rtl/>
          <w:szCs w:val="20"/>
        </w:rPr>
        <w:t>المدة: أقل من دقيقتين · الأجزاء: 5 · بعدها: استمع</w:t>
      </w:r>
    </w:p>
    <w:p>
      <w:pPr>
        <w:spacing w:after="40"/>
        <w:bidi/>
        <w:jc w:val="right"/>
      </w:pPr>
      <w:r>
        <w:rPr>
          <w:rFonts w:ascii="Arial" w:hAnsi="Arial" w:cs="Arial" w:eastAsia="Arial"/>
          <w:b/>
          <w:color w:val="6B3CF0"/>
          <w:sz w:val="21"/>
          <w:rtl/>
          <w:szCs w:val="21"/>
        </w:rPr>
        <w:t>استخدمه عندما</w:t>
      </w:r>
    </w:p>
    <w:p>
      <w:pPr>
        <w:spacing w:after="40"/>
        <w:ind w:right="283"/>
        <w:bidi/>
        <w:jc w:val="right"/>
      </w:pPr>
      <w:r>
        <w:rPr>
          <w:rFonts w:ascii="Arial" w:hAnsi="Arial" w:cs="Arial" w:eastAsia="Arial"/>
          <w:b w:val="0"/>
          <w:color w:val="15131F"/>
          <w:sz w:val="21"/>
          <w:rtl/>
          <w:szCs w:val="21"/>
        </w:rPr>
        <w:t>• بعد الاستكشاف: تعرف مشكلة المشتري، وما تكلفه، ومن يقرر. في المكالمة نفسها أو في اجتماع ثانٍ.</w:t>
      </w:r>
    </w:p>
    <w:p>
      <w:pPr>
        <w:spacing w:after="40"/>
        <w:ind w:right="283"/>
        <w:bidi/>
        <w:jc w:val="right"/>
      </w:pPr>
      <w:r>
        <w:rPr>
          <w:rFonts w:ascii="Arial" w:hAnsi="Arial" w:cs="Arial" w:eastAsia="Arial"/>
          <w:b w:val="0"/>
          <w:color w:val="15131F"/>
          <w:sz w:val="21"/>
          <w:rtl/>
          <w:szCs w:val="21"/>
        </w:rPr>
        <w:t>• دقيقتان هما الحد الأقصى. ثم توقف ودعه يتكلم.</w:t>
      </w:r>
    </w:p>
    <w:p>
      <w:pPr>
        <w:spacing w:after="40"/>
        <w:bidi/>
        <w:jc w:val="right"/>
      </w:pPr>
      <w:r>
        <w:rPr>
          <w:rFonts w:ascii="Arial" w:hAnsi="Arial" w:cs="Arial" w:eastAsia="Arial"/>
          <w:b/>
          <w:color w:val="6B3CF0"/>
          <w:sz w:val="21"/>
          <w:rtl/>
          <w:szCs w:val="21"/>
        </w:rPr>
        <w:t>خمسة أجزاء، في أقل من دقيقتين</w:t>
      </w:r>
    </w:p>
    <w:p>
      <w:pPr>
        <w:spacing w:after="40"/>
        <w:bidi/>
        <w:jc w:val="right"/>
      </w:pPr>
      <w:r>
        <w:rPr>
          <w:rFonts w:ascii="Arial" w:hAnsi="Arial" w:cs="Arial" w:eastAsia="Arial"/>
          <w:b w:val="0"/>
          <w:color w:val="15131F"/>
          <w:sz w:val="21"/>
          <w:rtl/>
          <w:szCs w:val="21"/>
        </w:rPr>
        <w:t>1. كرّر المشكلة: أريد أن أتأكد أنني فهمتك جيداً: [مشكلة المشتري، بكلماته]. هل هذا صحيح؟</w:t>
      </w:r>
    </w:p>
    <w:p>
      <w:pPr>
        <w:spacing w:after="40"/>
        <w:bidi/>
        <w:jc w:val="right"/>
      </w:pPr>
      <w:r>
        <w:rPr>
          <w:rFonts w:ascii="Arial" w:hAnsi="Arial" w:cs="Arial" w:eastAsia="Arial"/>
          <w:b w:val="0"/>
          <w:color w:val="15131F"/>
          <w:sz w:val="21"/>
          <w:rtl/>
          <w:szCs w:val="21"/>
        </w:rPr>
        <w:t>2. التكلفة: قلت إن ذلك يكلفك [رقمه]. [ما تعطّله المشكلة، بكلماته].</w:t>
      </w:r>
    </w:p>
    <w:p>
      <w:pPr>
        <w:spacing w:after="40"/>
        <w:bidi/>
        <w:jc w:val="right"/>
      </w:pPr>
      <w:r>
        <w:rPr>
          <w:rFonts w:ascii="Arial" w:hAnsi="Arial" w:cs="Arial" w:eastAsia="Arial"/>
          <w:b w:val="0"/>
          <w:color w:val="15131F"/>
          <w:sz w:val="21"/>
          <w:rtl/>
          <w:szCs w:val="21"/>
        </w:rPr>
        <w:t>3. ما تقدّمه: ما نقدّمه: [ما تقدّمه]. ستحصل على [ما سيحصل عليه] بحلول [التاريخ].</w:t>
      </w:r>
    </w:p>
    <w:p>
      <w:pPr>
        <w:spacing w:after="40"/>
        <w:bidi/>
        <w:jc w:val="right"/>
      </w:pPr>
      <w:r>
        <w:rPr>
          <w:rFonts w:ascii="Arial" w:hAnsi="Arial" w:cs="Arial" w:eastAsia="Arial"/>
          <w:b w:val="0"/>
          <w:color w:val="15131F"/>
          <w:sz w:val="21"/>
          <w:rtl/>
          <w:szCs w:val="21"/>
        </w:rPr>
        <w:t>4. إثبات واحد: [اسم العميل] من [شركته] كانت لديه المشكلة نفسها. [ما تغيّر، بأرقامه]. ووافق على أن تتصل به.</w:t>
      </w:r>
    </w:p>
    <w:p>
      <w:pPr>
        <w:spacing w:after="40"/>
        <w:bidi/>
        <w:jc w:val="right"/>
      </w:pPr>
      <w:r>
        <w:rPr>
          <w:rFonts w:ascii="Arial" w:hAnsi="Arial" w:cs="Arial" w:eastAsia="Arial"/>
          <w:b w:val="0"/>
          <w:color w:val="15131F"/>
          <w:sz w:val="21"/>
          <w:rtl/>
          <w:szCs w:val="21"/>
        </w:rPr>
        <w:t>5. طلب واحد: الخطوة التالية: [طلب واحد] يوم [اليوم] الساعة [الساعة]. هل يناسبك ذلك؟</w:t>
      </w:r>
    </w:p>
    <w:p>
      <w:pPr>
        <w:spacing w:after="60"/>
        <w:bidi/>
        <w:jc w:val="right"/>
      </w:pPr>
      <w:r>
        <w:rPr>
          <w:rFonts w:ascii="Arial" w:hAnsi="Arial" w:cs="Arial" w:eastAsia="Arial"/>
          <w:b/>
          <w:color w:val="6B3CF0"/>
          <w:sz w:val="21"/>
          <w:rtl/>
          <w:szCs w:val="21"/>
        </w:rPr>
        <w:t xml:space="preserve">مثال، Sunvale Solar: </w:t>
      </w:r>
      <w:r>
        <w:rPr>
          <w:rFonts w:ascii="Arial" w:hAnsi="Arial" w:cs="Arial" w:eastAsia="Arial"/>
          <w:b w:val="0"/>
          <w:color w:val="15131F"/>
          <w:sz w:val="21"/>
          <w:rtl/>
          <w:szCs w:val="21"/>
        </w:rPr>
        <w:t>أريد أن أتأكد أنني فهمتك جيداً: فواتير الصيف هي التكلفة الوحيدة الخارجة عن سيطرتك، لأن مبرّدات الورشة وضاغط الهواء تعمل طوال اليوم. يوليو وأغسطس وحدهما كلّفاك $3,900.</w:t>
        <w:br/>
        <w:t>ما نقدّمه: نقيس سطحك، ونراجع آخر 12 فاتورة لك، ونرسل عرض سعر مكتوباً فيه حجم النظام والإنتاج المتوقع والسعر.</w:t>
        <w:br/>
        <w:t>ديف روميرو من Romero Brake &amp; Muffler، على بُعد ميلين منك، كان لديه القلق نفسه، ووافق على أن يطلعك على فواتيره ويتلقى اتصالك.</w:t>
        <w:br/>
        <w:t>الخطوة التالية: 45 دقيقة يوم الجمعة الساعة 7:30، قبل فتح الورشة، لقياس السطح. هل يناسبك ذلك؟</w:t>
      </w:r>
    </w:p>
    <w:p>
      <w:pPr>
        <w:spacing w:after="60"/>
        <w:bidi/>
        <w:jc w:val="right"/>
      </w:pPr>
      <w:r>
        <w:rPr>
          <w:rFonts w:ascii="Arial" w:hAnsi="Arial" w:cs="Arial" w:eastAsia="Arial"/>
          <w:b/>
          <w:color w:val="6B3CF0"/>
          <w:sz w:val="21"/>
          <w:rtl/>
          <w:szCs w:val="21"/>
        </w:rPr>
        <w:t xml:space="preserve">بعد الطلب: </w:t>
      </w:r>
      <w:r>
        <w:rPr>
          <w:rFonts w:ascii="Arial" w:hAnsi="Arial" w:cs="Arial" w:eastAsia="Arial"/>
          <w:b w:val="0"/>
          <w:color w:val="5D5A70"/>
          <w:sz w:val="21"/>
          <w:rtl/>
          <w:szCs w:val="21"/>
        </w:rPr>
        <w:t>توقف عن الكلام. إن قال نعم، فاحجز الموعد قبل إنهاء المكالمة. وإن اعترض على السعر أو التوقيت أو قال «أرسل لي معلومات»، فاستخدم قالب ردود على اعتراضات المبيعات.</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جولة في الميزات, طلبان, رقم لم يعطك إياه</w:t>
      </w:r>
    </w:p>
    <w:p>
      <w:pPr>
        <w:spacing w:after="160"/>
        <w:bidi/>
        <w:jc w:val="right"/>
      </w:pPr>
    </w:p>
    <w:p>
      <w:pPr>
        <w:spacing w:after="60"/>
        <w:bidi/>
        <w:jc w:val="right"/>
      </w:pPr>
      <w:r>
        <w:rPr>
          <w:rFonts w:ascii="Arial" w:hAnsi="Arial" w:cs="Arial" w:eastAsia="Arial"/>
          <w:b/>
          <w:color w:val="15131F"/>
          <w:sz w:val="28"/>
          <w:rtl/>
          <w:szCs w:val="28"/>
        </w:rPr>
        <w:t>5. رسالة عرض بيعي بالبريد الإلكتروني بعد مكالمة أو استفسار</w:t>
      </w:r>
    </w:p>
    <w:p>
      <w:pPr>
        <w:spacing w:after="80"/>
        <w:bidi/>
        <w:jc w:val="right"/>
      </w:pPr>
      <w:r>
        <w:rPr>
          <w:rFonts w:ascii="Arial" w:hAnsi="Arial" w:cs="Arial" w:eastAsia="Arial"/>
          <w:b w:val="0"/>
          <w:color w:val="5D5A70"/>
          <w:sz w:val="20"/>
          <w:rtl/>
          <w:szCs w:val="20"/>
        </w:rPr>
        <w:t>الإرسال: في اليوم نفسه · الطول: أقل من 120 كلمة</w:t>
      </w:r>
    </w:p>
    <w:p>
      <w:pPr>
        <w:spacing w:after="40"/>
        <w:bidi/>
        <w:jc w:val="right"/>
      </w:pPr>
      <w:r>
        <w:rPr>
          <w:rFonts w:ascii="Arial" w:hAnsi="Arial" w:cs="Arial" w:eastAsia="Arial"/>
          <w:b/>
          <w:color w:val="6B3CF0"/>
          <w:sz w:val="21"/>
          <w:rtl/>
          <w:szCs w:val="21"/>
        </w:rPr>
        <w:t>متى ترسلها</w:t>
      </w:r>
    </w:p>
    <w:p>
      <w:pPr>
        <w:spacing w:after="40"/>
        <w:ind w:right="283"/>
        <w:bidi/>
        <w:jc w:val="right"/>
      </w:pPr>
      <w:r>
        <w:rPr>
          <w:rFonts w:ascii="Arial" w:hAnsi="Arial" w:cs="Arial" w:eastAsia="Arial"/>
          <w:b w:val="0"/>
          <w:color w:val="15131F"/>
          <w:sz w:val="21"/>
          <w:rtl/>
          <w:szCs w:val="21"/>
        </w:rPr>
        <w:t>• في يوم المكالمة نفسه، أو خلال يوم عمل واحد من الاستفسار.</w:t>
      </w:r>
    </w:p>
    <w:p>
      <w:pPr>
        <w:spacing w:after="40"/>
        <w:ind w:right="283"/>
        <w:bidi/>
        <w:jc w:val="right"/>
      </w:pPr>
      <w:r>
        <w:rPr>
          <w:rFonts w:ascii="Arial" w:hAnsi="Arial" w:cs="Arial" w:eastAsia="Arial"/>
          <w:b w:val="0"/>
          <w:color w:val="15131F"/>
          <w:sz w:val="21"/>
          <w:rtl/>
          <w:szCs w:val="21"/>
        </w:rPr>
        <w:t>• فقط لمن تحدث معك أو طلب معلومات. للرسائل الأولى إلى من لا يعرفك: استخدم قوالب البريد الإلكتروني البارد.</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[شركته]: [مشكلته، في كلمات قليلة]، و[الخطوة التالية]</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 الأول]،</w:t>
        <w:br/>
        <w:br/>
        <w:t>شكراً على [مكالمة اليوم]. قلت إن [مشكلة المشتري، بكلماته]، وإن ذلك يكلفك [رقمه].</w:t>
        <w:br/>
        <w:br/>
        <w:t>ما نقدّمه: [ما تقدّمه].</w:t>
        <w:br/>
        <w:br/>
        <w:t>[إثبات واحد، باسم وافق العميل على ذكره].</w:t>
        <w:br/>
        <w:br/>
        <w:t>الخطوة التالية: [طلب واحد] يوم [اليوم] الساعة [الساعة]. هل ما زال ذلك يناسبك؟</w:t>
        <w:br/>
        <w:br/>
        <w:t>[اسمك]</w:t>
        <w:br/>
        <w:t>[الشركة]، [الهاتف]</w:t>
      </w:r>
    </w:p>
    <w:p>
      <w:pPr>
        <w:spacing w:after="60"/>
        <w:bidi/>
        <w:jc w:val="right"/>
      </w:pPr>
      <w:r>
        <w:rPr>
          <w:rFonts w:ascii="Arial" w:hAnsi="Arial" w:cs="Arial" w:eastAsia="Arial"/>
          <w:b/>
          <w:color w:val="6B3CF0"/>
          <w:sz w:val="21"/>
          <w:rtl/>
          <w:szCs w:val="21"/>
        </w:rPr>
        <w:t xml:space="preserve">مثال، Sunvale Solar: </w:t>
      </w:r>
      <w:r>
        <w:rPr>
          <w:rFonts w:ascii="Arial" w:hAnsi="Arial" w:cs="Arial" w:eastAsia="Arial"/>
          <w:b w:val="0"/>
          <w:color w:val="15131F"/>
          <w:sz w:val="21"/>
          <w:rtl/>
          <w:szCs w:val="21"/>
        </w:rPr>
        <w:t>الموضوع: Pinecrest: فواتيرك في الصيف، والجمعة الساعة 7:30</w:t>
        <w:br/>
        <w:br/>
        <w:t>مرحباً ليديا،</w:t>
        <w:br/>
        <w:br/>
        <w:t>شكراً على مكالمة اليوم. قلتِ إن فواتير الصيف هي التكلفة الوحيدة الخارجة عن سيطرتك: $3,900 لشهرَي يوليو وأغسطس.</w:t>
        <w:br/>
        <w:br/>
        <w:t>ما نقدّمه: نقيس سطحك، ونراجع آخر 12 فاتورة لك، ونرسل عرض سعر مكتوباً فيه حجم النظام والإنتاج المتوقع والسعر.</w:t>
        <w:br/>
        <w:br/>
        <w:t>ديف روميرو من Romero Brake &amp; Muffler ينتظر اتصالك على 520-555-0193.</w:t>
        <w:br/>
        <w:br/>
        <w:t>الخطوة التالية: زيارة السطح يوم الجمعة 9 أكتوبر الساعة 7:30، قبل فتح الورشة. ويصلك عرض السعر المكتوب بحلول الأربعاء 14 أكتوبر.</w:t>
        <w:br/>
        <w:br/>
        <w:t>ماركوس بيل</w:t>
        <w:br/>
        <w:t>Sunvale Solar، 520-555-0127</w:t>
      </w:r>
    </w:p>
    <w:p>
      <w:pPr>
        <w:spacing w:after="60"/>
        <w:bidi/>
        <w:jc w:val="right"/>
      </w:pPr>
      <w:r>
        <w:rPr>
          <w:rFonts w:ascii="Arial" w:hAnsi="Arial" w:cs="Arial" w:eastAsia="Arial"/>
          <w:b/>
          <w:color w:val="6B3CF0"/>
          <w:sz w:val="21"/>
          <w:rtl/>
          <w:szCs w:val="21"/>
        </w:rPr>
        <w:t xml:space="preserve">نسخة قصيرة، رسالة نصية أو WhatsApp: </w:t>
      </w:r>
      <w:r>
        <w:rPr>
          <w:rFonts w:ascii="Arial" w:hAnsi="Arial" w:cs="Arial" w:eastAsia="Arial"/>
          <w:b w:val="0"/>
          <w:color w:val="15131F"/>
          <w:sz w:val="21"/>
          <w:rtl/>
          <w:szCs w:val="21"/>
        </w:rPr>
        <w:t>مرحباً [الاسم الأول]، معك [اسمك] من [الشركة]. كما اتفقنا: [طلب واحد] يوم [اليوم] الساعة [الساعة]. إن تغيّر أي شيء، فردّ هنا.</w:t>
      </w:r>
    </w:p>
    <w:p>
      <w:pPr>
        <w:spacing w:after="60"/>
        <w:bidi/>
        <w:jc w:val="right"/>
      </w:pPr>
      <w:r>
        <w:rPr>
          <w:rFonts w:ascii="Arial" w:hAnsi="Arial" w:cs="Arial" w:eastAsia="Arial"/>
          <w:b/>
          <w:color w:val="6B3CF0"/>
          <w:sz w:val="21"/>
          <w:rtl/>
          <w:szCs w:val="21"/>
        </w:rPr>
        <w:t xml:space="preserve">أقل من 120 كلمة: </w:t>
      </w:r>
      <w:r>
        <w:rPr>
          <w:rFonts w:ascii="Arial" w:hAnsi="Arial" w:cs="Arial" w:eastAsia="Arial"/>
          <w:b w:val="0"/>
          <w:color w:val="5D5A70"/>
          <w:sz w:val="21"/>
          <w:rtl/>
          <w:szCs w:val="21"/>
        </w:rPr>
        <w:t>مشكلة واحدة، وإثبات واحد، وطلب واحد. لا ترفق شيئاً لم يطلبه: الأسعار والتفاصيل مكانها العرض التجاري.</w:t>
      </w:r>
    </w:p>
    <w:p>
      <w:pPr>
        <w:spacing w:after="60"/>
        <w:bidi/>
        <w:jc w:val="right"/>
      </w:pPr>
      <w:r>
        <w:rPr>
          <w:rFonts w:ascii="Arial" w:hAnsi="Arial" w:cs="Arial" w:eastAsia="Arial"/>
          <w:b/>
          <w:color w:val="6B3CF0"/>
          <w:sz w:val="21"/>
          <w:rtl/>
          <w:szCs w:val="21"/>
        </w:rPr>
        <w:t xml:space="preserve">لا تضف أبداً: </w:t>
      </w:r>
      <w:r>
        <w:rPr>
          <w:rFonts w:ascii="Arial" w:hAnsi="Arial" w:cs="Arial" w:eastAsia="Arial"/>
          <w:b w:val="0"/>
          <w:color w:val="5D5A70"/>
          <w:sz w:val="21"/>
          <w:rtl/>
          <w:szCs w:val="21"/>
        </w:rPr>
        <w:t>عرضاً ثانياً, مرفقات لم تُطلب, موعداً نهائياً وهمياً</w:t>
      </w:r>
    </w:p>
    <w:p>
      <w:pPr>
        <w:spacing w:after="160"/>
        <w:bidi/>
        <w:jc w:val="right"/>
      </w:pPr>
    </w:p>
    <w:p>
      <w:pPr>
        <w:spacing w:after="60"/>
        <w:bidi/>
        <w:jc w:val="right"/>
      </w:pPr>
      <w:r>
        <w:rPr>
          <w:rFonts w:ascii="Arial" w:hAnsi="Arial" w:cs="Arial" w:eastAsia="Arial"/>
          <w:b/>
          <w:color w:val="15131F"/>
          <w:sz w:val="28"/>
          <w:rtl/>
          <w:szCs w:val="28"/>
        </w:rPr>
        <w:t>6. العرض البيعي في دردشة موقعك ولوكيل الذكاء الاصطناعي</w:t>
      </w:r>
    </w:p>
    <w:p>
      <w:pPr>
        <w:spacing w:after="80"/>
        <w:bidi/>
        <w:jc w:val="right"/>
      </w:pPr>
      <w:r>
        <w:rPr>
          <w:rFonts w:ascii="Arial" w:hAnsi="Arial" w:cs="Arial" w:eastAsia="Arial"/>
          <w:b w:val="0"/>
          <w:color w:val="5D5A70"/>
          <w:sz w:val="20"/>
          <w:rtl/>
          <w:szCs w:val="20"/>
        </w:rPr>
        <w:t>الطول: 2 أو 3 جمل · بعدها: بيانات التواصل ومكالمة</w:t>
      </w:r>
    </w:p>
    <w:p>
      <w:pPr>
        <w:spacing w:after="40"/>
        <w:bidi/>
        <w:jc w:val="right"/>
      </w:pPr>
      <w:r>
        <w:rPr>
          <w:rFonts w:ascii="Arial" w:hAnsi="Arial" w:cs="Arial" w:eastAsia="Arial"/>
          <w:b/>
          <w:color w:val="6B3CF0"/>
          <w:sz w:val="21"/>
          <w:rtl/>
          <w:szCs w:val="21"/>
        </w:rPr>
        <w:t>استخدمه عندما</w:t>
      </w:r>
    </w:p>
    <w:p>
      <w:pPr>
        <w:spacing w:after="40"/>
        <w:ind w:right="283"/>
        <w:bidi/>
        <w:jc w:val="right"/>
      </w:pPr>
      <w:r>
        <w:rPr>
          <w:rFonts w:ascii="Arial" w:hAnsi="Arial" w:cs="Arial" w:eastAsia="Arial"/>
          <w:b w:val="0"/>
          <w:color w:val="15131F"/>
          <w:sz w:val="21"/>
          <w:rtl/>
          <w:szCs w:val="21"/>
        </w:rPr>
        <w:t>• يسأل زائر في دردشة الموقع «ماذا تعملون؟» أو «لماذا أنتم؟» أو «هل هذا مناسب لي؟».</w:t>
      </w:r>
    </w:p>
    <w:p>
      <w:pPr>
        <w:spacing w:after="40"/>
        <w:ind w:right="283"/>
        <w:bidi/>
        <w:jc w:val="right"/>
      </w:pPr>
      <w:r>
        <w:rPr>
          <w:rFonts w:ascii="Arial" w:hAnsi="Arial" w:cs="Arial" w:eastAsia="Arial"/>
          <w:b w:val="0"/>
          <w:color w:val="15131F"/>
          <w:sz w:val="21"/>
          <w:rtl/>
          <w:szCs w:val="21"/>
        </w:rPr>
        <w:t>• يجيب وكيل الذكاء الاصطناعي أولاً، لذا يحتاج إلى ما تقدّمه والإثبات والحدود نفسها التي لدى فريقك.</w:t>
      </w:r>
    </w:p>
    <w:p>
      <w:pPr>
        <w:spacing w:after="60"/>
        <w:bidi/>
        <w:jc w:val="right"/>
      </w:pPr>
      <w:r>
        <w:rPr>
          <w:rFonts w:ascii="Arial" w:hAnsi="Arial" w:cs="Arial" w:eastAsia="Arial"/>
          <w:b/>
          <w:color w:val="6B3CF0"/>
          <w:sz w:val="21"/>
          <w:rtl/>
          <w:szCs w:val="21"/>
        </w:rPr>
        <w:t xml:space="preserve">رد الدردشة: </w:t>
      </w:r>
      <w:r>
        <w:rPr>
          <w:rFonts w:ascii="Arial" w:hAnsi="Arial" w:cs="Arial" w:eastAsia="Arial"/>
          <w:b w:val="0"/>
          <w:color w:val="15131F"/>
          <w:sz w:val="21"/>
          <w:rtl/>
          <w:szCs w:val="21"/>
        </w:rPr>
        <w:t>[مشكلة المشتري، بكلماته] هي بالضبط ما نعمل عليه: [ما تقدّمه]. [إثبات واحد]. بإمكان [اسمك] الاتصال بك لمدة [15 دقيقة] لنرى إن كان ذلك يناسبك. ما الرقم والوقت المناسبان لك؟</w:t>
      </w:r>
    </w:p>
    <w:p>
      <w:pPr>
        <w:spacing w:after="60"/>
        <w:bidi/>
        <w:jc w:val="right"/>
      </w:pPr>
      <w:r>
        <w:rPr>
          <w:rFonts w:ascii="Arial" w:hAnsi="Arial" w:cs="Arial" w:eastAsia="Arial"/>
          <w:b/>
          <w:color w:val="6B3CF0"/>
          <w:sz w:val="21"/>
          <w:rtl/>
          <w:szCs w:val="21"/>
        </w:rPr>
        <w:t xml:space="preserve">تعليمات لوكيل الذكاء الاصطناعي، عدّلها والصقها: </w:t>
      </w:r>
      <w:r>
        <w:rPr>
          <w:rFonts w:ascii="Arial" w:hAnsi="Arial" w:cs="Arial" w:eastAsia="Arial"/>
          <w:b w:val="0"/>
          <w:color w:val="15131F"/>
          <w:sz w:val="21"/>
          <w:rtl/>
          <w:szCs w:val="21"/>
        </w:rPr>
        <w:t>عندما يسأل زائر عمّا نفعله، أو لماذا نحن، أو إن كنا مناسبين له، أجب في 2 أو 3 جمل: كرّر مشكلته بكلماته، وصِف [ما تقدّمه]، وقدّم [إثبات واحد] من قاعدة المعرفة. ثم اطلب اسمه ورقم هاتفه والوقت المناسب لمكالمة مع [اسمك]. لا تذكر أبداً أي توفير أو أسعار أو نتائج أو حوافز أو ضمانات غير موجودة في قاعدة المعرفة.</w:t>
      </w:r>
    </w:p>
    <w:p>
      <w:pPr>
        <w:spacing w:after="60"/>
        <w:bidi/>
        <w:jc w:val="right"/>
      </w:pPr>
      <w:r>
        <w:rPr>
          <w:rFonts w:ascii="Arial" w:hAnsi="Arial" w:cs="Arial" w:eastAsia="Arial"/>
          <w:b/>
          <w:color w:val="6B3CF0"/>
          <w:sz w:val="21"/>
          <w:rtl/>
          <w:szCs w:val="21"/>
        </w:rPr>
        <w:t xml:space="preserve">الادعاءات نفسها في كل مكان: </w:t>
      </w:r>
      <w:r>
        <w:rPr>
          <w:rFonts w:ascii="Arial" w:hAnsi="Arial" w:cs="Arial" w:eastAsia="Arial"/>
          <w:b w:val="0"/>
          <w:color w:val="5D5A70"/>
          <w:sz w:val="21"/>
          <w:rtl/>
          <w:szCs w:val="21"/>
        </w:rPr>
        <w:t>ضع ما تقدّمه والإثبات في قاعدة المعرفة، حرفياً كما يقولهما فريقك. يكرر وكيل الذكاء الاصطناعي ما تعطيه، فلا تعطه إلا ما تستطيع إثباته.</w:t>
      </w:r>
    </w:p>
    <w:p>
      <w:pPr>
        <w:spacing w:after="60"/>
        <w:bidi/>
        <w:jc w:val="right"/>
      </w:pPr>
      <w:r>
        <w:rPr>
          <w:rFonts w:ascii="Arial" w:hAnsi="Arial" w:cs="Arial" w:eastAsia="Arial"/>
          <w:b/>
          <w:color w:val="6B3CF0"/>
          <w:sz w:val="21"/>
          <w:rtl/>
          <w:szCs w:val="21"/>
        </w:rPr>
        <w:t xml:space="preserve">لا يقول أبداً: </w:t>
      </w:r>
      <w:r>
        <w:rPr>
          <w:rFonts w:ascii="Arial" w:hAnsi="Arial" w:cs="Arial" w:eastAsia="Arial"/>
          <w:b w:val="0"/>
          <w:color w:val="5D5A70"/>
          <w:sz w:val="21"/>
          <w:rtl/>
          <w:szCs w:val="21"/>
        </w:rPr>
        <w:t>أرقام التوفير, أسعاراً لم تُعطَ له, ضمانات</w:t>
      </w:r>
    </w:p>
    <w:p>
      <w:pPr>
        <w:spacing w:after="160"/>
        <w:bidi/>
        <w:jc w:val="right"/>
      </w:pPr>
    </w:p>
    <w:p>
      <w:pPr>
        <w:spacing w:after="60"/>
        <w:bidi/>
        <w:jc w:val="right"/>
      </w:pPr>
      <w:r>
        <w:rPr>
          <w:rFonts w:ascii="Arial" w:hAnsi="Arial" w:cs="Arial" w:eastAsia="Arial"/>
          <w:b/>
          <w:color w:val="15131F"/>
          <w:sz w:val="28"/>
          <w:rtl/>
          <w:szCs w:val="28"/>
        </w:rPr>
        <w:t>7. أمثلة على العرض البيعي لقطاعات B2B</w:t>
      </w:r>
    </w:p>
    <w:p>
      <w:pPr>
        <w:spacing w:after="80"/>
        <w:bidi/>
        <w:jc w:val="right"/>
      </w:pPr>
      <w:r>
        <w:rPr>
          <w:rFonts w:ascii="Arial" w:hAnsi="Arial" w:cs="Arial" w:eastAsia="Arial"/>
          <w:b w:val="0"/>
          <w:color w:val="5D5A70"/>
          <w:sz w:val="20"/>
          <w:rtl/>
          <w:szCs w:val="20"/>
        </w:rPr>
        <w:t>القطاعات: 7 · لكل قطاع: جملة افتتاحية، وإثبات، وطلب</w:t>
      </w:r>
    </w:p>
    <w:p>
      <w:pPr>
        <w:spacing w:after="80"/>
        <w:bidi/>
        <w:jc w:val="right"/>
      </w:pPr>
      <w:r>
        <w:rPr>
          <w:rFonts w:ascii="Arial" w:hAnsi="Arial" w:cs="Arial" w:eastAsia="Arial"/>
          <w:b w:val="0"/>
          <w:color w:val="15131F"/>
          <w:sz w:val="21"/>
          <w:rtl/>
          <w:szCs w:val="21"/>
        </w:rPr>
        <w:t>في كل قطاع تتغير ثلاثة أشياء: المشكلة، والإثبات الذي يثق به المشتري، وحجم الطلب. قل الجملة الافتتاحية بعد أسئلتك، ثم أكمل بالعرض البيعي في دقيقتين.</w:t>
      </w:r>
    </w:p>
    <w:p>
      <w:pPr>
        <w:spacing w:after="40"/>
        <w:bidi/>
        <w:jc w:val="right"/>
      </w:pPr>
      <w:r>
        <w:rPr>
          <w:rFonts w:ascii="Arial" w:hAnsi="Arial" w:cs="Arial" w:eastAsia="Arial"/>
          <w:b/>
          <w:color w:val="15131F"/>
          <w:sz w:val="22"/>
          <w:rtl/>
          <w:szCs w:val="22"/>
        </w:rPr>
        <w:t>7.1 خدمات B2B</w:t>
      </w:r>
    </w:p>
    <w:p>
      <w:pPr>
        <w:spacing w:after="60"/>
        <w:bidi/>
        <w:jc w:val="right"/>
      </w:pPr>
      <w:r>
        <w:rPr>
          <w:rFonts w:ascii="Arial" w:hAnsi="Arial" w:cs="Arial" w:eastAsia="Arial"/>
          <w:b/>
          <w:color w:val="6B3CF0"/>
          <w:sz w:val="21"/>
          <w:rtl/>
          <w:szCs w:val="21"/>
        </w:rPr>
        <w:t xml:space="preserve">إثبات مناسب: </w:t>
      </w:r>
      <w:r>
        <w:rPr>
          <w:rFonts w:ascii="Arial" w:hAnsi="Arial" w:cs="Arial" w:eastAsia="Arial"/>
          <w:b w:val="0"/>
          <w:color w:val="5D5A70"/>
          <w:sz w:val="21"/>
          <w:rtl/>
          <w:szCs w:val="21"/>
        </w:rPr>
        <w:t>نتائج عميل مشابه قبل وبعد، بإذنه.</w:t>
      </w:r>
    </w:p>
    <w:p>
      <w:pPr>
        <w:spacing w:after="60"/>
        <w:bidi/>
        <w:jc w:val="right"/>
      </w:pPr>
      <w:r>
        <w:rPr>
          <w:rFonts w:ascii="Arial" w:hAnsi="Arial" w:cs="Arial" w:eastAsia="Arial"/>
          <w:b/>
          <w:color w:val="6B3CF0"/>
          <w:sz w:val="21"/>
          <w:rtl/>
          <w:szCs w:val="21"/>
        </w:rPr>
        <w:t xml:space="preserve">الطلب: </w:t>
      </w:r>
      <w:r>
        <w:rPr>
          <w:rFonts w:ascii="Arial" w:hAnsi="Arial" w:cs="Arial" w:eastAsia="Arial"/>
          <w:b w:val="0"/>
          <w:color w:val="5D5A70"/>
          <w:sz w:val="21"/>
          <w:rtl/>
          <w:szCs w:val="21"/>
        </w:rPr>
        <w:t>20 دقيقة مع صاحب القرار.</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قلت إن [هدف العمل] هو ما يُقاس عليه أداؤك، وإن [مشكلته] تعيقك باستمرار. هذا كل ما أريد الحديث عنه اليوم.</w:t>
      </w:r>
    </w:p>
    <w:p>
      <w:pPr>
        <w:spacing w:after="40"/>
        <w:bidi/>
        <w:jc w:val="right"/>
      </w:pPr>
    </w:p>
    <w:p>
      <w:pPr>
        <w:spacing w:after="40"/>
        <w:bidi/>
        <w:jc w:val="right"/>
      </w:pPr>
      <w:r>
        <w:rPr>
          <w:rFonts w:ascii="Arial" w:hAnsi="Arial" w:cs="Arial" w:eastAsia="Arial"/>
          <w:b/>
          <w:color w:val="15131F"/>
          <w:sz w:val="22"/>
          <w:rtl/>
          <w:szCs w:val="22"/>
        </w:rPr>
        <w:t>7.2 الاستشارات</w:t>
      </w:r>
    </w:p>
    <w:p>
      <w:pPr>
        <w:spacing w:after="60"/>
        <w:bidi/>
        <w:jc w:val="right"/>
      </w:pPr>
      <w:r>
        <w:rPr>
          <w:rFonts w:ascii="Arial" w:hAnsi="Arial" w:cs="Arial" w:eastAsia="Arial"/>
          <w:b/>
          <w:color w:val="6B3CF0"/>
          <w:sz w:val="21"/>
          <w:rtl/>
          <w:szCs w:val="21"/>
        </w:rPr>
        <w:t xml:space="preserve">إثبات مناسب: </w:t>
      </w:r>
      <w:r>
        <w:rPr>
          <w:rFonts w:ascii="Arial" w:hAnsi="Arial" w:cs="Arial" w:eastAsia="Arial"/>
          <w:b w:val="0"/>
          <w:color w:val="5D5A70"/>
          <w:sz w:val="21"/>
          <w:rtl/>
          <w:szCs w:val="21"/>
        </w:rPr>
        <w:t>حالة قصيرة: الأعراض، والسبب، والنتيجة.</w:t>
      </w:r>
    </w:p>
    <w:p>
      <w:pPr>
        <w:spacing w:after="60"/>
        <w:bidi/>
        <w:jc w:val="right"/>
      </w:pPr>
      <w:r>
        <w:rPr>
          <w:rFonts w:ascii="Arial" w:hAnsi="Arial" w:cs="Arial" w:eastAsia="Arial"/>
          <w:b/>
          <w:color w:val="6B3CF0"/>
          <w:sz w:val="21"/>
          <w:rtl/>
          <w:szCs w:val="21"/>
        </w:rPr>
        <w:t xml:space="preserve">الطلب: </w:t>
      </w:r>
      <w:r>
        <w:rPr>
          <w:rFonts w:ascii="Arial" w:hAnsi="Arial" w:cs="Arial" w:eastAsia="Arial"/>
          <w:b w:val="0"/>
          <w:color w:val="5D5A70"/>
          <w:sz w:val="21"/>
          <w:rtl/>
          <w:szCs w:val="21"/>
        </w:rPr>
        <w:t>جلسة مدفوعة لتحديد النطاق، أو خطة من صفحة واحدة بحلول تاريخ محدد.</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ذكرت [الأعراض]. من خبرتي، نادراً ما تكون هذه هي المشكلة الحقيقية، لذا أريد أن أبدأ بما يكمن تحتها.</w:t>
      </w:r>
    </w:p>
    <w:p>
      <w:pPr>
        <w:spacing w:after="40"/>
        <w:bidi/>
        <w:jc w:val="right"/>
      </w:pPr>
    </w:p>
    <w:p>
      <w:pPr>
        <w:spacing w:after="40"/>
        <w:bidi/>
        <w:jc w:val="right"/>
      </w:pPr>
      <w:r>
        <w:rPr>
          <w:rFonts w:ascii="Arial" w:hAnsi="Arial" w:cs="Arial" w:eastAsia="Arial"/>
          <w:b/>
          <w:color w:val="15131F"/>
          <w:sz w:val="22"/>
          <w:rtl/>
          <w:szCs w:val="22"/>
        </w:rPr>
        <w:t>7.3 خدمات تقنية المعلومات</w:t>
      </w:r>
    </w:p>
    <w:p>
      <w:pPr>
        <w:spacing w:after="60"/>
        <w:bidi/>
        <w:jc w:val="right"/>
      </w:pPr>
      <w:r>
        <w:rPr>
          <w:rFonts w:ascii="Arial" w:hAnsi="Arial" w:cs="Arial" w:eastAsia="Arial"/>
          <w:b/>
          <w:color w:val="6B3CF0"/>
          <w:sz w:val="21"/>
          <w:rtl/>
          <w:szCs w:val="21"/>
        </w:rPr>
        <w:t xml:space="preserve">إثبات مناسب: </w:t>
      </w:r>
      <w:r>
        <w:rPr>
          <w:rFonts w:ascii="Arial" w:hAnsi="Arial" w:cs="Arial" w:eastAsia="Arial"/>
          <w:b w:val="0"/>
          <w:color w:val="5D5A70"/>
          <w:sz w:val="21"/>
          <w:rtl/>
          <w:szCs w:val="21"/>
        </w:rPr>
        <w:t>أوقات الاستجابة لعميل بالحجم نفسه، بإذنه.</w:t>
      </w:r>
    </w:p>
    <w:p>
      <w:pPr>
        <w:spacing w:after="60"/>
        <w:bidi/>
        <w:jc w:val="right"/>
      </w:pPr>
      <w:r>
        <w:rPr>
          <w:rFonts w:ascii="Arial" w:hAnsi="Arial" w:cs="Arial" w:eastAsia="Arial"/>
          <w:b/>
          <w:color w:val="6B3CF0"/>
          <w:sz w:val="21"/>
          <w:rtl/>
          <w:szCs w:val="21"/>
        </w:rPr>
        <w:t xml:space="preserve">الطلب: </w:t>
      </w:r>
      <w:r>
        <w:rPr>
          <w:rFonts w:ascii="Arial" w:hAnsi="Arial" w:cs="Arial" w:eastAsia="Arial"/>
          <w:b w:val="0"/>
          <w:color w:val="5D5A70"/>
          <w:sz w:val="21"/>
          <w:rtl/>
          <w:szCs w:val="21"/>
        </w:rPr>
        <w:t>تقييم مع ملخص مكتوب بحلول تاريخ محدد.</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قلت إن آخر انقطاع كلّف فريقك [رقمه] ساعة، وإن الإعداد الذي تسبب فيه ما زال قائماً.</w:t>
      </w:r>
    </w:p>
    <w:p>
      <w:pPr>
        <w:spacing w:after="40"/>
        <w:bidi/>
        <w:jc w:val="right"/>
      </w:pPr>
    </w:p>
    <w:p>
      <w:pPr>
        <w:spacing w:after="40"/>
        <w:bidi/>
        <w:jc w:val="right"/>
      </w:pPr>
      <w:r>
        <w:rPr>
          <w:rFonts w:ascii="Arial" w:hAnsi="Arial" w:cs="Arial" w:eastAsia="Arial"/>
          <w:b/>
          <w:color w:val="15131F"/>
          <w:sz w:val="22"/>
          <w:rtl/>
          <w:szCs w:val="22"/>
        </w:rPr>
        <w:t>7.4 التصنيع</w:t>
      </w:r>
    </w:p>
    <w:p>
      <w:pPr>
        <w:spacing w:after="60"/>
        <w:bidi/>
        <w:jc w:val="right"/>
      </w:pPr>
      <w:r>
        <w:rPr>
          <w:rFonts w:ascii="Arial" w:hAnsi="Arial" w:cs="Arial" w:eastAsia="Arial"/>
          <w:b/>
          <w:color w:val="6B3CF0"/>
          <w:sz w:val="21"/>
          <w:rtl/>
          <w:szCs w:val="21"/>
        </w:rPr>
        <w:t xml:space="preserve">إثبات مناسب: </w:t>
      </w:r>
      <w:r>
        <w:rPr>
          <w:rFonts w:ascii="Arial" w:hAnsi="Arial" w:cs="Arial" w:eastAsia="Arial"/>
          <w:b w:val="0"/>
          <w:color w:val="5D5A70"/>
          <w:sz w:val="21"/>
          <w:rtl/>
          <w:szCs w:val="21"/>
        </w:rPr>
        <w:t>سجلاتك في التسليم في الموعد ونسبة العيوب لنوع القطعة نفسه.</w:t>
      </w:r>
    </w:p>
    <w:p>
      <w:pPr>
        <w:spacing w:after="60"/>
        <w:bidi/>
        <w:jc w:val="right"/>
      </w:pPr>
      <w:r>
        <w:rPr>
          <w:rFonts w:ascii="Arial" w:hAnsi="Arial" w:cs="Arial" w:eastAsia="Arial"/>
          <w:b/>
          <w:color w:val="6B3CF0"/>
          <w:sz w:val="21"/>
          <w:rtl/>
          <w:szCs w:val="21"/>
        </w:rPr>
        <w:t xml:space="preserve">الطلب: </w:t>
      </w:r>
      <w:r>
        <w:rPr>
          <w:rFonts w:ascii="Arial" w:hAnsi="Arial" w:cs="Arial" w:eastAsia="Arial"/>
          <w:b w:val="0"/>
          <w:color w:val="5D5A70"/>
          <w:sz w:val="21"/>
          <w:rtl/>
          <w:szCs w:val="21"/>
        </w:rPr>
        <w:t>دفعة عينة أو طلب أول صغير.</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تشتري [القطعة أو المادة]، ومما قلته، يقلقك تأخر التسليم الذي يوقف خط الإنتاج أكثر من السعر.</w:t>
      </w:r>
    </w:p>
    <w:p>
      <w:pPr>
        <w:spacing w:after="40"/>
        <w:bidi/>
        <w:jc w:val="right"/>
      </w:pPr>
    </w:p>
    <w:p>
      <w:pPr>
        <w:spacing w:after="40"/>
        <w:bidi/>
        <w:jc w:val="right"/>
      </w:pPr>
      <w:r>
        <w:rPr>
          <w:rFonts w:ascii="Arial" w:hAnsi="Arial" w:cs="Arial" w:eastAsia="Arial"/>
          <w:b/>
          <w:color w:val="15131F"/>
          <w:sz w:val="22"/>
          <w:rtl/>
          <w:szCs w:val="22"/>
        </w:rPr>
        <w:t>7.5 وكالات التسويق</w:t>
      </w:r>
    </w:p>
    <w:p>
      <w:pPr>
        <w:spacing w:after="60"/>
        <w:bidi/>
        <w:jc w:val="right"/>
      </w:pPr>
      <w:r>
        <w:rPr>
          <w:rFonts w:ascii="Arial" w:hAnsi="Arial" w:cs="Arial" w:eastAsia="Arial"/>
          <w:b/>
          <w:color w:val="6B3CF0"/>
          <w:sz w:val="21"/>
          <w:rtl/>
          <w:szCs w:val="21"/>
        </w:rPr>
        <w:t xml:space="preserve">إثبات مناسب: </w:t>
      </w:r>
      <w:r>
        <w:rPr>
          <w:rFonts w:ascii="Arial" w:hAnsi="Arial" w:cs="Arial" w:eastAsia="Arial"/>
          <w:b w:val="0"/>
          <w:color w:val="5D5A70"/>
          <w:sz w:val="21"/>
          <w:rtl/>
          <w:szCs w:val="21"/>
        </w:rPr>
        <w:t>العملاء المحتملون لدى عميل واحد قبل وبعد، بإذنه.</w:t>
      </w:r>
    </w:p>
    <w:p>
      <w:pPr>
        <w:spacing w:after="60"/>
        <w:bidi/>
        <w:jc w:val="right"/>
      </w:pPr>
      <w:r>
        <w:rPr>
          <w:rFonts w:ascii="Arial" w:hAnsi="Arial" w:cs="Arial" w:eastAsia="Arial"/>
          <w:b/>
          <w:color w:val="6B3CF0"/>
          <w:sz w:val="21"/>
          <w:rtl/>
          <w:szCs w:val="21"/>
        </w:rPr>
        <w:t xml:space="preserve">الطلب: </w:t>
      </w:r>
      <w:r>
        <w:rPr>
          <w:rFonts w:ascii="Arial" w:hAnsi="Arial" w:cs="Arial" w:eastAsia="Arial"/>
          <w:b w:val="0"/>
          <w:color w:val="5D5A70"/>
          <w:sz w:val="21"/>
          <w:rtl/>
          <w:szCs w:val="21"/>
        </w:rPr>
        <w:t>تدقيق قناة واحدة، وثلاث نتائج بحلول تاريخ محدد.</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قلت إنك تنفق [رقمه] شهرياً على الإعلانات ولا تعرف أي العملاء المحتملين تجلبهم.</w:t>
      </w:r>
    </w:p>
    <w:p>
      <w:pPr>
        <w:spacing w:after="40"/>
        <w:bidi/>
        <w:jc w:val="right"/>
      </w:pPr>
    </w:p>
    <w:p>
      <w:pPr>
        <w:spacing w:after="40"/>
        <w:bidi/>
        <w:jc w:val="right"/>
      </w:pPr>
      <w:r>
        <w:rPr>
          <w:rFonts w:ascii="Arial" w:hAnsi="Arial" w:cs="Arial" w:eastAsia="Arial"/>
          <w:b/>
          <w:color w:val="15131F"/>
          <w:sz w:val="22"/>
          <w:rtl/>
          <w:szCs w:val="22"/>
        </w:rPr>
        <w:t>7.6 SaaS</w:t>
      </w:r>
    </w:p>
    <w:p>
      <w:pPr>
        <w:spacing w:after="60"/>
        <w:bidi/>
        <w:jc w:val="right"/>
      </w:pPr>
      <w:r>
        <w:rPr>
          <w:rFonts w:ascii="Arial" w:hAnsi="Arial" w:cs="Arial" w:eastAsia="Arial"/>
          <w:b/>
          <w:color w:val="6B3CF0"/>
          <w:sz w:val="21"/>
          <w:rtl/>
          <w:szCs w:val="21"/>
        </w:rPr>
        <w:t xml:space="preserve">إثبات مناسب: </w:t>
      </w:r>
      <w:r>
        <w:rPr>
          <w:rFonts w:ascii="Arial" w:hAnsi="Arial" w:cs="Arial" w:eastAsia="Arial"/>
          <w:b w:val="0"/>
          <w:color w:val="5D5A70"/>
          <w:sz w:val="21"/>
          <w:rtl/>
          <w:szCs w:val="21"/>
        </w:rPr>
        <w:t>تجربة على بياناته، أو عميل بالحجم نفسه.</w:t>
      </w:r>
    </w:p>
    <w:p>
      <w:pPr>
        <w:spacing w:after="60"/>
        <w:bidi/>
        <w:jc w:val="right"/>
      </w:pPr>
      <w:r>
        <w:rPr>
          <w:rFonts w:ascii="Arial" w:hAnsi="Arial" w:cs="Arial" w:eastAsia="Arial"/>
          <w:b/>
          <w:color w:val="6B3CF0"/>
          <w:sz w:val="21"/>
          <w:rtl/>
          <w:szCs w:val="21"/>
        </w:rPr>
        <w:t xml:space="preserve">الطلب: </w:t>
      </w:r>
      <w:r>
        <w:rPr>
          <w:rFonts w:ascii="Arial" w:hAnsi="Arial" w:cs="Arial" w:eastAsia="Arial"/>
          <w:b w:val="0"/>
          <w:color w:val="5D5A70"/>
          <w:sz w:val="21"/>
          <w:rtl/>
          <w:szCs w:val="21"/>
        </w:rPr>
        <w:t>تجربة بمقياس نجاح واحد وتاريخ للمراجعة.</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قلت إن فريقك يخسر نحو [رقمه] ساعة أسبوعياً في [المهمة]، وإن أي بديل يجب أن يعمل مع [أدواته].</w:t>
      </w:r>
    </w:p>
    <w:p>
      <w:pPr>
        <w:spacing w:after="40"/>
        <w:bidi/>
        <w:jc w:val="right"/>
      </w:pPr>
    </w:p>
    <w:p>
      <w:pPr>
        <w:spacing w:after="40"/>
        <w:bidi/>
        <w:jc w:val="right"/>
      </w:pPr>
      <w:r>
        <w:rPr>
          <w:rFonts w:ascii="Arial" w:hAnsi="Arial" w:cs="Arial" w:eastAsia="Arial"/>
          <w:b/>
          <w:color w:val="15131F"/>
          <w:sz w:val="22"/>
          <w:rtl/>
          <w:szCs w:val="22"/>
        </w:rPr>
        <w:t>7.7 الشركات الناشئة، بقيادة المؤسس</w:t>
      </w:r>
    </w:p>
    <w:p>
      <w:pPr>
        <w:spacing w:after="60"/>
        <w:bidi/>
        <w:jc w:val="right"/>
      </w:pPr>
      <w:r>
        <w:rPr>
          <w:rFonts w:ascii="Arial" w:hAnsi="Arial" w:cs="Arial" w:eastAsia="Arial"/>
          <w:b/>
          <w:color w:val="6B3CF0"/>
          <w:sz w:val="21"/>
          <w:rtl/>
          <w:szCs w:val="21"/>
        </w:rPr>
        <w:t xml:space="preserve">إثبات مناسب: </w:t>
      </w:r>
      <w:r>
        <w:rPr>
          <w:rFonts w:ascii="Arial" w:hAnsi="Arial" w:cs="Arial" w:eastAsia="Arial"/>
          <w:b w:val="0"/>
          <w:color w:val="5D5A70"/>
          <w:sz w:val="21"/>
          <w:rtl/>
          <w:szCs w:val="21"/>
        </w:rPr>
        <w:t>نتائج أوائل العملاء، صغيرة وصادقة، بإذنهم.</w:t>
      </w:r>
    </w:p>
    <w:p>
      <w:pPr>
        <w:spacing w:after="60"/>
        <w:bidi/>
        <w:jc w:val="right"/>
      </w:pPr>
      <w:r>
        <w:rPr>
          <w:rFonts w:ascii="Arial" w:hAnsi="Arial" w:cs="Arial" w:eastAsia="Arial"/>
          <w:b/>
          <w:color w:val="6B3CF0"/>
          <w:sz w:val="21"/>
          <w:rtl/>
          <w:szCs w:val="21"/>
        </w:rPr>
        <w:t xml:space="preserve">الطلب: </w:t>
      </w:r>
      <w:r>
        <w:rPr>
          <w:rFonts w:ascii="Arial" w:hAnsi="Arial" w:cs="Arial" w:eastAsia="Arial"/>
          <w:b w:val="0"/>
          <w:color w:val="5D5A70"/>
          <w:sz w:val="21"/>
          <w:rtl/>
          <w:szCs w:val="21"/>
        </w:rPr>
        <w:t>تجربة قصيرة بمقياس نجاح واحد.</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أنا المؤسس، لذا سأكون مباشراً: قلت إن [مشكلته] تكلفك [رقمه] شهرياً، ولا أحد مسؤول عن حلها.</w:t>
      </w:r>
    </w:p>
    <w:p>
      <w:pPr>
        <w:spacing w:after="40"/>
        <w:bidi/>
        <w:jc w:val="right"/>
      </w:pPr>
    </w:p>
    <w:p>
      <w:pPr>
        <w:spacing w:after="60"/>
        <w:bidi/>
        <w:jc w:val="right"/>
      </w:pPr>
      <w:r>
        <w:rPr>
          <w:rFonts w:ascii="Arial" w:hAnsi="Arial" w:cs="Arial" w:eastAsia="Arial"/>
          <w:b/>
          <w:color w:val="6B3CF0"/>
          <w:sz w:val="21"/>
          <w:rtl/>
          <w:szCs w:val="21"/>
        </w:rPr>
        <w:t xml:space="preserve">ثم استخدم: </w:t>
      </w:r>
      <w:r>
        <w:rPr>
          <w:rFonts w:ascii="Arial" w:hAnsi="Arial" w:cs="Arial" w:eastAsia="Arial"/>
          <w:b w:val="0"/>
          <w:color w:val="5D5A70"/>
          <w:sz w:val="21"/>
          <w:rtl/>
          <w:szCs w:val="21"/>
        </w:rPr>
        <w:t>العرض في دقيقتين, العرض بالبريد الإلكتروني, الرد على الاعتراضات</w:t>
      </w:r>
    </w:p>
    <w:p>
      <w:pPr>
        <w:spacing w:after="160"/>
        <w:bidi/>
        <w:jc w:val="right"/>
      </w:pPr>
    </w:p>
    <w:p>
      <w:pPr>
        <w:spacing w:after="60"/>
        <w:bidi/>
        <w:jc w:val="right"/>
      </w:pPr>
      <w:r>
        <w:rPr>
          <w:rFonts w:ascii="Arial" w:hAnsi="Arial" w:cs="Arial" w:eastAsia="Arial"/>
          <w:b/>
          <w:color w:val="15131F"/>
          <w:sz w:val="28"/>
          <w:rtl/>
          <w:szCs w:val="28"/>
        </w:rPr>
        <w:t>8. أمثلة على العرض البيعي للأعمال المحلية والاستهلاكية</w:t>
      </w:r>
    </w:p>
    <w:p>
      <w:pPr>
        <w:spacing w:after="80"/>
        <w:bidi/>
        <w:jc w:val="right"/>
      </w:pPr>
      <w:r>
        <w:rPr>
          <w:rFonts w:ascii="Arial" w:hAnsi="Arial" w:cs="Arial" w:eastAsia="Arial"/>
          <w:b w:val="0"/>
          <w:color w:val="5D5A70"/>
          <w:sz w:val="20"/>
          <w:rtl/>
          <w:szCs w:val="20"/>
        </w:rPr>
        <w:t>القطاعات: 7 · الأرقام: أرقامه، أو مكتوبة</w:t>
      </w:r>
    </w:p>
    <w:p>
      <w:pPr>
        <w:spacing w:after="80"/>
        <w:bidi/>
        <w:jc w:val="right"/>
      </w:pPr>
      <w:r>
        <w:rPr>
          <w:rFonts w:ascii="Arial" w:hAnsi="Arial" w:cs="Arial" w:eastAsia="Arial"/>
          <w:b w:val="0"/>
          <w:color w:val="15131F"/>
          <w:sz w:val="21"/>
          <w:rtl/>
          <w:szCs w:val="21"/>
        </w:rPr>
        <w:t>هؤلاء المشترون أصحاب أعمال، أو أعضاء، أو مرضى، أو متبرعون، أو أصحاب منازل، وفي عدد من هذه القطاعات قواعد صارمة لما يجوز لك أن تعد به. استخدم فقط الأرقام الواردة في سجلاتهم أو في عرض سعر مكتوب.</w:t>
      </w:r>
    </w:p>
    <w:p>
      <w:pPr>
        <w:spacing w:after="40"/>
        <w:bidi/>
        <w:jc w:val="right"/>
      </w:pPr>
      <w:r>
        <w:rPr>
          <w:rFonts w:ascii="Arial" w:hAnsi="Arial" w:cs="Arial" w:eastAsia="Arial"/>
          <w:b/>
          <w:color w:val="15131F"/>
          <w:sz w:val="22"/>
          <w:rtl/>
          <w:szCs w:val="22"/>
        </w:rPr>
        <w:t>8.1 التجارة الإلكترونية</w:t>
      </w:r>
    </w:p>
    <w:p>
      <w:pPr>
        <w:spacing w:after="60"/>
        <w:bidi/>
        <w:jc w:val="right"/>
      </w:pPr>
      <w:r>
        <w:rPr>
          <w:rFonts w:ascii="Arial" w:hAnsi="Arial" w:cs="Arial" w:eastAsia="Arial"/>
          <w:b/>
          <w:color w:val="6B3CF0"/>
          <w:sz w:val="21"/>
          <w:rtl/>
          <w:szCs w:val="21"/>
        </w:rPr>
        <w:t xml:space="preserve">إثبات مناسب: </w:t>
      </w:r>
      <w:r>
        <w:rPr>
          <w:rFonts w:ascii="Arial" w:hAnsi="Arial" w:cs="Arial" w:eastAsia="Arial"/>
          <w:b w:val="0"/>
          <w:color w:val="5D5A70"/>
          <w:sz w:val="21"/>
          <w:rtl/>
          <w:szCs w:val="21"/>
        </w:rPr>
        <w:t>متجر بالحجم نفسه، بأرقام وافق على مشاركتها.</w:t>
      </w:r>
    </w:p>
    <w:p>
      <w:pPr>
        <w:spacing w:after="60"/>
        <w:bidi/>
        <w:jc w:val="right"/>
      </w:pPr>
      <w:r>
        <w:rPr>
          <w:rFonts w:ascii="Arial" w:hAnsi="Arial" w:cs="Arial" w:eastAsia="Arial"/>
          <w:b/>
          <w:color w:val="6B3CF0"/>
          <w:sz w:val="21"/>
          <w:rtl/>
          <w:szCs w:val="21"/>
        </w:rPr>
        <w:t xml:space="preserve">الطلب: </w:t>
      </w:r>
      <w:r>
        <w:rPr>
          <w:rFonts w:ascii="Arial" w:hAnsi="Arial" w:cs="Arial" w:eastAsia="Arial"/>
          <w:b w:val="0"/>
          <w:color w:val="5D5A70"/>
          <w:sz w:val="21"/>
          <w:rtl/>
          <w:szCs w:val="21"/>
        </w:rPr>
        <w:t>15 دقيقة نراجع فيها متجره معاً.</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قلت إن معظم الزوار يغادرون عند [الخطوة]، ولا تعرف السبب.</w:t>
      </w:r>
    </w:p>
    <w:p>
      <w:pPr>
        <w:spacing w:after="40"/>
        <w:bidi/>
        <w:jc w:val="right"/>
      </w:pPr>
    </w:p>
    <w:p>
      <w:pPr>
        <w:spacing w:after="40"/>
        <w:bidi/>
        <w:jc w:val="right"/>
      </w:pPr>
      <w:r>
        <w:rPr>
          <w:rFonts w:ascii="Arial" w:hAnsi="Arial" w:cs="Arial" w:eastAsia="Arial"/>
          <w:b/>
          <w:color w:val="15131F"/>
          <w:sz w:val="22"/>
          <w:rtl/>
          <w:szCs w:val="22"/>
        </w:rPr>
        <w:t>8.2 اللياقة البدنية</w:t>
      </w:r>
    </w:p>
    <w:p>
      <w:pPr>
        <w:spacing w:after="60"/>
        <w:bidi/>
        <w:jc w:val="right"/>
      </w:pPr>
      <w:r>
        <w:rPr>
          <w:rFonts w:ascii="Arial" w:hAnsi="Arial" w:cs="Arial" w:eastAsia="Arial"/>
          <w:b/>
          <w:color w:val="6B3CF0"/>
          <w:sz w:val="21"/>
          <w:rtl/>
          <w:szCs w:val="21"/>
        </w:rPr>
        <w:t xml:space="preserve">إثبات مناسب: </w:t>
      </w:r>
      <w:r>
        <w:rPr>
          <w:rFonts w:ascii="Arial" w:hAnsi="Arial" w:cs="Arial" w:eastAsia="Arial"/>
          <w:b w:val="0"/>
          <w:color w:val="5D5A70"/>
          <w:sz w:val="21"/>
          <w:rtl/>
          <w:szCs w:val="21"/>
        </w:rPr>
        <w:t>عضو له الهدف نفسه وافق على مشاركة قصته.</w:t>
      </w:r>
    </w:p>
    <w:p>
      <w:pPr>
        <w:spacing w:after="60"/>
        <w:bidi/>
        <w:jc w:val="right"/>
      </w:pPr>
      <w:r>
        <w:rPr>
          <w:rFonts w:ascii="Arial" w:hAnsi="Arial" w:cs="Arial" w:eastAsia="Arial"/>
          <w:b/>
          <w:color w:val="6B3CF0"/>
          <w:sz w:val="21"/>
          <w:rtl/>
          <w:szCs w:val="21"/>
        </w:rPr>
        <w:t xml:space="preserve">الطلب: </w:t>
      </w:r>
      <w:r>
        <w:rPr>
          <w:rFonts w:ascii="Arial" w:hAnsi="Arial" w:cs="Arial" w:eastAsia="Arial"/>
          <w:b w:val="0"/>
          <w:color w:val="5D5A70"/>
          <w:sz w:val="21"/>
          <w:rtl/>
          <w:szCs w:val="21"/>
        </w:rPr>
        <w:t>أسبوع تجريبي أو جلسة أولى بتاريخ محدد.</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قلت إنك جئت لأنك تريد [الهدف] بحلول [التاريخ]. كل ما سأريك إياه اليوم يخدم هذا الهدف.</w:t>
      </w:r>
    </w:p>
    <w:p>
      <w:pPr>
        <w:spacing w:after="40"/>
        <w:bidi/>
        <w:jc w:val="right"/>
      </w:pPr>
    </w:p>
    <w:p>
      <w:pPr>
        <w:spacing w:after="40"/>
        <w:bidi/>
        <w:jc w:val="right"/>
      </w:pPr>
      <w:r>
        <w:rPr>
          <w:rFonts w:ascii="Arial" w:hAnsi="Arial" w:cs="Arial" w:eastAsia="Arial"/>
          <w:b/>
          <w:color w:val="15131F"/>
          <w:sz w:val="22"/>
          <w:rtl/>
          <w:szCs w:val="22"/>
        </w:rPr>
        <w:t>8.3 الرعاية الصحية</w:t>
      </w:r>
    </w:p>
    <w:p>
      <w:pPr>
        <w:spacing w:after="60"/>
        <w:bidi/>
        <w:jc w:val="right"/>
      </w:pPr>
      <w:r>
        <w:rPr>
          <w:rFonts w:ascii="Arial" w:hAnsi="Arial" w:cs="Arial" w:eastAsia="Arial"/>
          <w:b/>
          <w:color w:val="6B3CF0"/>
          <w:sz w:val="21"/>
          <w:rtl/>
          <w:szCs w:val="21"/>
        </w:rPr>
        <w:t xml:space="preserve">إثبات مناسب: </w:t>
      </w:r>
      <w:r>
        <w:rPr>
          <w:rFonts w:ascii="Arial" w:hAnsi="Arial" w:cs="Arial" w:eastAsia="Arial"/>
          <w:b w:val="0"/>
          <w:color w:val="5D5A70"/>
          <w:sz w:val="21"/>
          <w:rtl/>
          <w:szCs w:val="21"/>
        </w:rPr>
        <w:t>عيادة بالحجم نفسه، بإذنها. ولا بيانات مرضى أبداً.</w:t>
      </w:r>
    </w:p>
    <w:p>
      <w:pPr>
        <w:spacing w:after="60"/>
        <w:bidi/>
        <w:jc w:val="right"/>
      </w:pPr>
      <w:r>
        <w:rPr>
          <w:rFonts w:ascii="Arial" w:hAnsi="Arial" w:cs="Arial" w:eastAsia="Arial"/>
          <w:b/>
          <w:color w:val="6B3CF0"/>
          <w:sz w:val="21"/>
          <w:rtl/>
          <w:szCs w:val="21"/>
        </w:rPr>
        <w:t xml:space="preserve">الطلب: </w:t>
      </w:r>
      <w:r>
        <w:rPr>
          <w:rFonts w:ascii="Arial" w:hAnsi="Arial" w:cs="Arial" w:eastAsia="Arial"/>
          <w:b w:val="0"/>
          <w:color w:val="5D5A70"/>
          <w:sz w:val="21"/>
          <w:rtl/>
          <w:szCs w:val="21"/>
        </w:rPr>
        <w:t>عرض توضيحي قصير لمسؤول الاستقبال.</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قلت إن موظفي الاستقبال لديك يقضون [رقمه] ساعة يومياً على الهاتف، وما زال المرضى ينتظرون الإجابات.</w:t>
      </w:r>
    </w:p>
    <w:p>
      <w:pPr>
        <w:spacing w:after="40"/>
        <w:bidi/>
        <w:jc w:val="right"/>
      </w:pPr>
    </w:p>
    <w:p>
      <w:pPr>
        <w:spacing w:after="40"/>
        <w:bidi/>
        <w:jc w:val="right"/>
      </w:pPr>
      <w:r>
        <w:rPr>
          <w:rFonts w:ascii="Arial" w:hAnsi="Arial" w:cs="Arial" w:eastAsia="Arial"/>
          <w:b/>
          <w:color w:val="15131F"/>
          <w:sz w:val="22"/>
          <w:rtl/>
          <w:szCs w:val="22"/>
        </w:rPr>
        <w:t>8.4 التأمين</w:t>
      </w:r>
    </w:p>
    <w:p>
      <w:pPr>
        <w:spacing w:after="60"/>
        <w:bidi/>
        <w:jc w:val="right"/>
      </w:pPr>
      <w:r>
        <w:rPr>
          <w:rFonts w:ascii="Arial" w:hAnsi="Arial" w:cs="Arial" w:eastAsia="Arial"/>
          <w:b/>
          <w:color w:val="6B3CF0"/>
          <w:sz w:val="21"/>
          <w:rtl/>
          <w:szCs w:val="21"/>
        </w:rPr>
        <w:t xml:space="preserve">إثبات مناسب: </w:t>
      </w:r>
      <w:r>
        <w:rPr>
          <w:rFonts w:ascii="Arial" w:hAnsi="Arial" w:cs="Arial" w:eastAsia="Arial"/>
          <w:b w:val="0"/>
          <w:color w:val="5D5A70"/>
          <w:sz w:val="21"/>
          <w:rtl/>
          <w:szCs w:val="21"/>
        </w:rPr>
        <w:t>وثيقته وخيارك جنباً إلى جنب، مكتوبين.</w:t>
      </w:r>
    </w:p>
    <w:p>
      <w:pPr>
        <w:spacing w:after="60"/>
        <w:bidi/>
        <w:jc w:val="right"/>
      </w:pPr>
      <w:r>
        <w:rPr>
          <w:rFonts w:ascii="Arial" w:hAnsi="Arial" w:cs="Arial" w:eastAsia="Arial"/>
          <w:b/>
          <w:color w:val="6B3CF0"/>
          <w:sz w:val="21"/>
          <w:rtl/>
          <w:szCs w:val="21"/>
        </w:rPr>
        <w:t xml:space="preserve">الطلب: </w:t>
      </w:r>
      <w:r>
        <w:rPr>
          <w:rFonts w:ascii="Arial" w:hAnsi="Arial" w:cs="Arial" w:eastAsia="Arial"/>
          <w:b w:val="0"/>
          <w:color w:val="5D5A70"/>
          <w:sz w:val="21"/>
          <w:rtl/>
          <w:szCs w:val="21"/>
        </w:rPr>
        <w:t>مراجعة مستندات وثيقته الحالية.</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قبل أن نتحدث عن السعر، أريد أن أريك كتابةً [الثغرة التي وجدتها] في وثيقتك الحالية.</w:t>
      </w:r>
    </w:p>
    <w:p>
      <w:pPr>
        <w:spacing w:after="40"/>
        <w:bidi/>
        <w:jc w:val="right"/>
      </w:pPr>
    </w:p>
    <w:p>
      <w:pPr>
        <w:spacing w:after="40"/>
        <w:bidi/>
        <w:jc w:val="right"/>
      </w:pPr>
      <w:r>
        <w:rPr>
          <w:rFonts w:ascii="Arial" w:hAnsi="Arial" w:cs="Arial" w:eastAsia="Arial"/>
          <w:b/>
          <w:color w:val="15131F"/>
          <w:sz w:val="22"/>
          <w:rtl/>
          <w:szCs w:val="22"/>
        </w:rPr>
        <w:t>8.5 التمويل العقاري</w:t>
      </w:r>
    </w:p>
    <w:p>
      <w:pPr>
        <w:spacing w:after="60"/>
        <w:bidi/>
        <w:jc w:val="right"/>
      </w:pPr>
      <w:r>
        <w:rPr>
          <w:rFonts w:ascii="Arial" w:hAnsi="Arial" w:cs="Arial" w:eastAsia="Arial"/>
          <w:b/>
          <w:color w:val="6B3CF0"/>
          <w:sz w:val="21"/>
          <w:rtl/>
          <w:szCs w:val="21"/>
        </w:rPr>
        <w:t xml:space="preserve">إثبات مناسب: </w:t>
      </w:r>
      <w:r>
        <w:rPr>
          <w:rFonts w:ascii="Arial" w:hAnsi="Arial" w:cs="Arial" w:eastAsia="Arial"/>
          <w:b w:val="0"/>
          <w:color w:val="5D5A70"/>
          <w:sz w:val="21"/>
          <w:rtl/>
          <w:szCs w:val="21"/>
        </w:rPr>
        <w:t>تقدير مكتوب مبني على ملفه، لا سعر فائدة معلن.</w:t>
      </w:r>
    </w:p>
    <w:p>
      <w:pPr>
        <w:spacing w:after="60"/>
        <w:bidi/>
        <w:jc w:val="right"/>
      </w:pPr>
      <w:r>
        <w:rPr>
          <w:rFonts w:ascii="Arial" w:hAnsi="Arial" w:cs="Arial" w:eastAsia="Arial"/>
          <w:b/>
          <w:color w:val="6B3CF0"/>
          <w:sz w:val="21"/>
          <w:rtl/>
          <w:szCs w:val="21"/>
        </w:rPr>
        <w:t xml:space="preserve">الطلب: </w:t>
      </w:r>
      <w:r>
        <w:rPr>
          <w:rFonts w:ascii="Arial" w:hAnsi="Arial" w:cs="Arial" w:eastAsia="Arial"/>
          <w:b w:val="0"/>
          <w:color w:val="5D5A70"/>
          <w:sz w:val="21"/>
          <w:rtl/>
          <w:szCs w:val="21"/>
        </w:rPr>
        <w:t>المستندات اللازمة لتقدير مكتوب، بحلول تاريخ محدد.</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أخبرتني أن قسطك [رقمه] وأنك تريد [الهدف] بحلول [التاريخ]. سأريك كتابةً ما يتيحه ملفك اليوم.</w:t>
      </w:r>
    </w:p>
    <w:p>
      <w:pPr>
        <w:spacing w:after="40"/>
        <w:bidi/>
        <w:jc w:val="right"/>
      </w:pPr>
    </w:p>
    <w:p>
      <w:pPr>
        <w:spacing w:after="40"/>
        <w:bidi/>
        <w:jc w:val="right"/>
      </w:pPr>
      <w:r>
        <w:rPr>
          <w:rFonts w:ascii="Arial" w:hAnsi="Arial" w:cs="Arial" w:eastAsia="Arial"/>
          <w:b/>
          <w:color w:val="15131F"/>
          <w:sz w:val="22"/>
          <w:rtl/>
          <w:szCs w:val="22"/>
        </w:rPr>
        <w:t>8.6 القطاع غير الربحي</w:t>
      </w:r>
    </w:p>
    <w:p>
      <w:pPr>
        <w:spacing w:after="60"/>
        <w:bidi/>
        <w:jc w:val="right"/>
      </w:pPr>
      <w:r>
        <w:rPr>
          <w:rFonts w:ascii="Arial" w:hAnsi="Arial" w:cs="Arial" w:eastAsia="Arial"/>
          <w:b/>
          <w:color w:val="6B3CF0"/>
          <w:sz w:val="21"/>
          <w:rtl/>
          <w:szCs w:val="21"/>
        </w:rPr>
        <w:t xml:space="preserve">إثبات مناسب: </w:t>
      </w:r>
      <w:r>
        <w:rPr>
          <w:rFonts w:ascii="Arial" w:hAnsi="Arial" w:cs="Arial" w:eastAsia="Arial"/>
          <w:b w:val="0"/>
          <w:color w:val="5D5A70"/>
          <w:sz w:val="21"/>
          <w:rtl/>
          <w:szCs w:val="21"/>
        </w:rPr>
        <w:t>نتائج العام الماضي، بالأرقام التي تعلنونها.</w:t>
      </w:r>
    </w:p>
    <w:p>
      <w:pPr>
        <w:spacing w:after="60"/>
        <w:bidi/>
        <w:jc w:val="right"/>
      </w:pPr>
      <w:r>
        <w:rPr>
          <w:rFonts w:ascii="Arial" w:hAnsi="Arial" w:cs="Arial" w:eastAsia="Arial"/>
          <w:b/>
          <w:color w:val="6B3CF0"/>
          <w:sz w:val="21"/>
          <w:rtl/>
          <w:szCs w:val="21"/>
        </w:rPr>
        <w:t xml:space="preserve">الطلب: </w:t>
      </w:r>
      <w:r>
        <w:rPr>
          <w:rFonts w:ascii="Arial" w:hAnsi="Arial" w:cs="Arial" w:eastAsia="Arial"/>
          <w:b w:val="0"/>
          <w:color w:val="5D5A70"/>
          <w:sz w:val="21"/>
          <w:rtl/>
          <w:szCs w:val="21"/>
        </w:rPr>
        <w:t>تبرع محدد، أو مستوى رعاية، أو زيارة ميدانية.</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قبل أن أحدثك عنّا، دعني أحدثك عن [لحظة حقيقية واحدة] في [المجتمع] هذا العام.</w:t>
      </w:r>
    </w:p>
    <w:p>
      <w:pPr>
        <w:spacing w:after="40"/>
        <w:bidi/>
        <w:jc w:val="right"/>
      </w:pPr>
    </w:p>
    <w:p>
      <w:pPr>
        <w:spacing w:after="40"/>
        <w:bidi/>
        <w:jc w:val="right"/>
      </w:pPr>
      <w:r>
        <w:rPr>
          <w:rFonts w:ascii="Arial" w:hAnsi="Arial" w:cs="Arial" w:eastAsia="Arial"/>
          <w:b/>
          <w:color w:val="15131F"/>
          <w:sz w:val="22"/>
          <w:rtl/>
          <w:szCs w:val="22"/>
        </w:rPr>
        <w:t>8.7 الطاقة الشمسية</w:t>
      </w:r>
    </w:p>
    <w:p>
      <w:pPr>
        <w:spacing w:after="60"/>
        <w:bidi/>
        <w:jc w:val="right"/>
      </w:pPr>
      <w:r>
        <w:rPr>
          <w:rFonts w:ascii="Arial" w:hAnsi="Arial" w:cs="Arial" w:eastAsia="Arial"/>
          <w:b/>
          <w:color w:val="6B3CF0"/>
          <w:sz w:val="21"/>
          <w:rtl/>
          <w:szCs w:val="21"/>
        </w:rPr>
        <w:t xml:space="preserve">إثبات مناسب: </w:t>
      </w:r>
      <w:r>
        <w:rPr>
          <w:rFonts w:ascii="Arial" w:hAnsi="Arial" w:cs="Arial" w:eastAsia="Arial"/>
          <w:b w:val="0"/>
          <w:color w:val="5D5A70"/>
          <w:sz w:val="21"/>
          <w:rtl/>
          <w:szCs w:val="21"/>
        </w:rPr>
        <w:t>فواتير عميل قبل وبعد، بإذنه. والحوافز من مصدرها الرسمي فقط، بعد التحقق منها في اليوم نفسه.</w:t>
      </w:r>
    </w:p>
    <w:p>
      <w:pPr>
        <w:spacing w:after="60"/>
        <w:bidi/>
        <w:jc w:val="right"/>
      </w:pPr>
      <w:r>
        <w:rPr>
          <w:rFonts w:ascii="Arial" w:hAnsi="Arial" w:cs="Arial" w:eastAsia="Arial"/>
          <w:b/>
          <w:color w:val="6B3CF0"/>
          <w:sz w:val="21"/>
          <w:rtl/>
          <w:szCs w:val="21"/>
        </w:rPr>
        <w:t xml:space="preserve">الطلب: </w:t>
      </w:r>
      <w:r>
        <w:rPr>
          <w:rFonts w:ascii="Arial" w:hAnsi="Arial" w:cs="Arial" w:eastAsia="Arial"/>
          <w:b w:val="0"/>
          <w:color w:val="5D5A70"/>
          <w:sz w:val="21"/>
          <w:rtl/>
          <w:szCs w:val="21"/>
        </w:rPr>
        <w:t>زيارة للسطح وفواتيره لآخر 12 شهراً.</w:t>
      </w:r>
    </w:p>
    <w:p>
      <w:pPr>
        <w:spacing w:after="60"/>
        <w:bidi/>
        <w:jc w:val="right"/>
      </w:pPr>
      <w:r>
        <w:rPr>
          <w:rFonts w:ascii="Arial" w:hAnsi="Arial" w:cs="Arial" w:eastAsia="Arial"/>
          <w:b/>
          <w:color w:val="6B3CF0"/>
          <w:sz w:val="21"/>
          <w:rtl/>
          <w:szCs w:val="21"/>
        </w:rPr>
        <w:t xml:space="preserve">الجملة الافتتاحية: </w:t>
      </w:r>
      <w:r>
        <w:rPr>
          <w:rFonts w:ascii="Arial" w:hAnsi="Arial" w:cs="Arial" w:eastAsia="Arial"/>
          <w:b w:val="0"/>
          <w:color w:val="15131F"/>
          <w:sz w:val="21"/>
          <w:rtl/>
          <w:szCs w:val="21"/>
        </w:rPr>
        <w:t>قلت إن فاتورتك كانت [رقمه] في يوليو و[رقمه] في أغسطس. لن أعدك بأي توفير اليوم، لكن يمكنني أن أريك كتابةً ما سينتجه سطحك.</w:t>
      </w:r>
    </w:p>
    <w:p>
      <w:pPr>
        <w:spacing w:after="40"/>
        <w:bidi/>
        <w:jc w:val="right"/>
      </w:pPr>
    </w:p>
    <w:p>
      <w:pPr>
        <w:spacing w:after="60"/>
        <w:bidi/>
        <w:jc w:val="right"/>
      </w:pPr>
      <w:r>
        <w:rPr>
          <w:rFonts w:ascii="Arial" w:hAnsi="Arial" w:cs="Arial" w:eastAsia="Arial"/>
          <w:b/>
          <w:color w:val="6B3CF0"/>
          <w:sz w:val="21"/>
          <w:rtl/>
          <w:szCs w:val="21"/>
        </w:rPr>
        <w:t xml:space="preserve">القطاعات الخاضعة للتنظيم: </w:t>
      </w:r>
      <w:r>
        <w:rPr>
          <w:rFonts w:ascii="Arial" w:hAnsi="Arial" w:cs="Arial" w:eastAsia="Arial"/>
          <w:b w:val="0"/>
          <w:color w:val="5D5A70"/>
          <w:sz w:val="21"/>
          <w:rtl/>
          <w:szCs w:val="21"/>
        </w:rPr>
        <w:t>في التأمين والتمويل العقاري والرعاية الصحية والطاقة الشمسية، لا تعد أبداً بسعر أو تغطية أو توفير أو حافز غير مكتوب من مصدره. والتزم بترخيصك وبقواعد الامتثال في شركتك.</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بسعر, بتوفير, بحافز</w:t>
      </w:r>
    </w:p>
    <w:p>
      <w:pPr>
        <w:spacing w:after="160"/>
        <w:bidi/>
        <w:jc w:val="right"/>
      </w:pPr>
    </w:p>
    <w:p>
      <w:pPr>
        <w:spacing w:after="80"/>
        <w:bidi/>
        <w:jc w:val="right"/>
      </w:pPr>
      <w:r>
        <w:rPr>
          <w:rFonts w:ascii="Arial" w:hAnsi="Arial" w:cs="Arial" w:eastAsia="Arial"/>
          <w:b/>
          <w:color w:val="15131F"/>
          <w:sz w:val="28"/>
          <w:rtl/>
          <w:szCs w:val="28"/>
        </w:rPr>
        <w:t>مثال: من سؤال في الدردشة إلى زيارة سطح محجوزة</w:t>
      </w:r>
    </w:p>
    <w:p>
      <w:pPr>
        <w:spacing w:after="120"/>
        <w:bidi/>
        <w:jc w:val="right"/>
      </w:pPr>
      <w:r>
        <w:rPr>
          <w:rFonts w:ascii="Arial" w:hAnsi="Arial" w:cs="Arial" w:eastAsia="Arial"/>
          <w:b w:val="0"/>
          <w:color w:val="5D5A70"/>
          <w:sz w:val="21"/>
          <w:rtl/>
          <w:szCs w:val="21"/>
        </w:rPr>
        <w:t>تطبّق Sunvale Solar، وهي شركة خيالية لتركيب أنظمة الطاقة الشمسية التجارية في توسان، أريزونا، هذه الأمثلة على العرض البيعي مع ليديا تشين، صاحبة Pinecrest Auto Repair. يقدّم وكيل الذكاء الاصطناعي العرض في الدردشة، ويسأل ماركوس بيل قبل أن يعرض. كل رقم هنا هو رقم ليديا نفسها: لا أحد يعدها بأي رقم للتوفير.</w:t>
      </w:r>
    </w:p>
    <w:p>
      <w:pPr>
        <w:spacing w:after="60"/>
        <w:bidi/>
        <w:jc w:val="right"/>
      </w:pPr>
      <w:r>
        <w:rPr>
          <w:rFonts w:ascii="Arial" w:hAnsi="Arial" w:cs="Arial" w:eastAsia="Arial"/>
          <w:b/>
          <w:color w:val="6B3CF0"/>
          <w:sz w:val="21"/>
          <w:rtl/>
          <w:szCs w:val="21"/>
        </w:rPr>
        <w:t xml:space="preserve">المشترية: </w:t>
      </w:r>
      <w:r>
        <w:rPr>
          <w:rFonts w:ascii="Arial" w:hAnsi="Arial" w:cs="Arial" w:eastAsia="Arial"/>
          <w:b w:val="0"/>
          <w:color w:val="15131F"/>
          <w:sz w:val="21"/>
          <w:rtl/>
          <w:szCs w:val="21"/>
        </w:rPr>
        <w:t>الاثنين 5 أكتوبر، 20:40: مرحباً، أنا ليديا تشين، صاحبة Pinecrest Auto Repair، ورشة واحدة بأربعة مواقع صيانة. كانت فاتورة الكهرباء لدينا $1,840 في يوليو و$2,060 في أغسطس. هل الطاقة الشمسية مجدية لورشة مثل ورشتي؟</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يا ليديا. فواتير الصيف مثل $1,840 و$2,060 هي بالضبط ما نعمل عليه: ألواح شمسية على السطح للشركات الصغيرة في توسان، بحجم محسوب من فواتيرك لآخر 12 شهراً، مع الإنتاج المتوقع والسعر في عرض سعر مكتوب. وافق ديف روميرو من Romero Brake &amp; Muffler، وهي ورشة مثل ورشتك، على أن يطلع أصحاب الأعمال الذين يسألونه على فواتيره. بإمكان ماركوس بيل الاتصال بك لمدة 15 دقيقة لنرى إن كان سطحك مناسباً. ما الرقم والوقت المناسبان لك؟</w:t>
      </w:r>
    </w:p>
    <w:p>
      <w:pPr>
        <w:spacing w:after="60"/>
        <w:bidi/>
        <w:jc w:val="right"/>
      </w:pPr>
      <w:r>
        <w:rPr>
          <w:rFonts w:ascii="Arial" w:hAnsi="Arial" w:cs="Arial" w:eastAsia="Arial"/>
          <w:b/>
          <w:color w:val="6B3CF0"/>
          <w:sz w:val="21"/>
          <w:rtl/>
          <w:szCs w:val="21"/>
        </w:rPr>
        <w:t xml:space="preserve">المشترية: </w:t>
      </w:r>
      <w:r>
        <w:rPr>
          <w:rFonts w:ascii="Arial" w:hAnsi="Arial" w:cs="Arial" w:eastAsia="Arial"/>
          <w:b w:val="0"/>
          <w:color w:val="15131F"/>
          <w:sz w:val="21"/>
          <w:rtl/>
          <w:szCs w:val="21"/>
        </w:rPr>
        <w:t>520-555-0148، غداً الساعة 12:30. هذه استراحة الغداء عندي.</w:t>
      </w:r>
    </w:p>
    <w:p>
      <w:pPr>
        <w:spacing w:after="60"/>
        <w:bidi/>
        <w:jc w:val="right"/>
      </w:pPr>
      <w:r>
        <w:rPr>
          <w:rFonts w:ascii="Arial" w:hAnsi="Arial" w:cs="Arial" w:eastAsia="Arial"/>
          <w:b/>
          <w:color w:val="6B3CF0"/>
          <w:sz w:val="21"/>
          <w:rtl/>
          <w:szCs w:val="21"/>
        </w:rPr>
        <w:t xml:space="preserve">ماركوس (المبيعات): </w:t>
      </w:r>
      <w:r>
        <w:rPr>
          <w:rFonts w:ascii="Arial" w:hAnsi="Arial" w:cs="Arial" w:eastAsia="Arial"/>
          <w:b w:val="0"/>
          <w:color w:val="15131F"/>
          <w:sz w:val="21"/>
          <w:rtl/>
          <w:szCs w:val="21"/>
        </w:rPr>
        <w:t>الثلاثاء 6 أكتوبر، 12:30، مكالمة: شكراً يا ليديا. قبل أن أقول أي شيء عن الطاقة الشمسية، هل أستطيع أن أطرح بعض الأسئلة عن الورشة والفواتير؟</w:t>
      </w:r>
    </w:p>
    <w:p>
      <w:pPr>
        <w:spacing w:after="60"/>
        <w:bidi/>
        <w:jc w:val="right"/>
      </w:pPr>
      <w:r>
        <w:rPr>
          <w:rFonts w:ascii="Arial" w:hAnsi="Arial" w:cs="Arial" w:eastAsia="Arial"/>
          <w:b/>
          <w:color w:val="6B3CF0"/>
          <w:sz w:val="21"/>
          <w:rtl/>
          <w:szCs w:val="21"/>
        </w:rPr>
        <w:t xml:space="preserve">المشترية: </w:t>
      </w:r>
      <w:r>
        <w:rPr>
          <w:rFonts w:ascii="Arial" w:hAnsi="Arial" w:cs="Arial" w:eastAsia="Arial"/>
          <w:b w:val="0"/>
          <w:color w:val="15131F"/>
          <w:sz w:val="21"/>
          <w:rtl/>
          <w:szCs w:val="21"/>
        </w:rPr>
        <w:t>12:38: الصيف هو المشكلة. مبرّدات الورشة وضاغط الهواء تعمل طوال اليوم، ولا أستطيع إطفاءها والسيارات على الرافعات. أريد فقط رقماً أستطيع التخطيط على أساسه.</w:t>
      </w:r>
    </w:p>
    <w:p>
      <w:pPr>
        <w:spacing w:after="60"/>
        <w:bidi/>
        <w:jc w:val="right"/>
      </w:pPr>
      <w:r>
        <w:rPr>
          <w:rFonts w:ascii="Arial" w:hAnsi="Arial" w:cs="Arial" w:eastAsia="Arial"/>
          <w:b/>
          <w:color w:val="6B3CF0"/>
          <w:sz w:val="21"/>
          <w:rtl/>
          <w:szCs w:val="21"/>
        </w:rPr>
        <w:t xml:space="preserve">ماركوس (المبيعات): </w:t>
      </w:r>
      <w:r>
        <w:rPr>
          <w:rFonts w:ascii="Arial" w:hAnsi="Arial" w:cs="Arial" w:eastAsia="Arial"/>
          <w:b w:val="0"/>
          <w:color w:val="15131F"/>
          <w:sz w:val="21"/>
          <w:rtl/>
          <w:szCs w:val="21"/>
        </w:rPr>
        <w:t>12:41: أريد أن أتأكد أنني فهمتك جيداً: فواتير الصيف هي التكلفة الوحيدة الخارجة عن سيطرتك، لأن مبرّدات الورشة وضاغط الهواء تعمل طوال اليوم. يوليو وأغسطس وحدهما كلّفاك $3,900. ما نقدّمه: نقيس سطحك، ونراجع آخر 12 فاتورة لك، ونرسل عرض سعر مكتوباً فيه حجم النظام والإنتاج المتوقع والسعر. ديف روميرو من Romero Brake &amp; Muffler، على بُعد ميلين منك، كان لديه القلق نفسه، ووافق على أن يطلعك على فواتيره ويتلقى اتصالك. الخطوة التالية: 45 دقيقة يوم الجمعة الساعة 7:30، قبل فتح الورشة، لقياس السطح. هل يناسبك ذلك؟</w:t>
      </w:r>
    </w:p>
    <w:p>
      <w:pPr>
        <w:spacing w:after="60"/>
        <w:bidi/>
        <w:jc w:val="right"/>
      </w:pPr>
      <w:r>
        <w:rPr>
          <w:rFonts w:ascii="Arial" w:hAnsi="Arial" w:cs="Arial" w:eastAsia="Arial"/>
          <w:b/>
          <w:color w:val="6B3CF0"/>
          <w:sz w:val="21"/>
          <w:rtl/>
          <w:szCs w:val="21"/>
        </w:rPr>
        <w:t xml:space="preserve">المشترية: </w:t>
      </w:r>
      <w:r>
        <w:rPr>
          <w:rFonts w:ascii="Arial" w:hAnsi="Arial" w:cs="Arial" w:eastAsia="Arial"/>
          <w:b w:val="0"/>
          <w:color w:val="15131F"/>
          <w:sz w:val="21"/>
          <w:rtl/>
          <w:szCs w:val="21"/>
        </w:rPr>
        <w:t>الجمعة الساعة 7:30 يناسبني. كم يكلفني عرض السعر؟</w:t>
      </w:r>
    </w:p>
    <w:p>
      <w:pPr>
        <w:spacing w:after="60"/>
        <w:bidi/>
        <w:jc w:val="right"/>
      </w:pPr>
      <w:r>
        <w:rPr>
          <w:rFonts w:ascii="Arial" w:hAnsi="Arial" w:cs="Arial" w:eastAsia="Arial"/>
          <w:b/>
          <w:color w:val="6B3CF0"/>
          <w:sz w:val="21"/>
          <w:rtl/>
          <w:szCs w:val="21"/>
        </w:rPr>
        <w:t xml:space="preserve">ماركوس (المبيعات): </w:t>
      </w:r>
      <w:r>
        <w:rPr>
          <w:rFonts w:ascii="Arial" w:hAnsi="Arial" w:cs="Arial" w:eastAsia="Arial"/>
          <w:b w:val="0"/>
          <w:color w:val="15131F"/>
          <w:sz w:val="21"/>
          <w:rtl/>
          <w:szCs w:val="21"/>
        </w:rPr>
        <w:t>لا شيء. يصلك مكتوباً بحلول الأربعاء 14 أكتوبر، وإن لم تكن الأرقام مناسبة لورشتك، فسأخبرك بذلك.</w:t>
      </w:r>
    </w:p>
    <w:p>
      <w:pPr>
        <w:spacing w:after="60"/>
        <w:bidi/>
        <w:jc w:val="right"/>
      </w:pPr>
      <w:r>
        <w:rPr>
          <w:rFonts w:ascii="Arial" w:hAnsi="Arial" w:cs="Arial" w:eastAsia="Arial"/>
          <w:b/>
          <w:color w:val="6B3CF0"/>
          <w:sz w:val="21"/>
          <w:rtl/>
          <w:szCs w:val="21"/>
        </w:rPr>
        <w:t xml:space="preserve">ماركوس (المبيعات): </w:t>
      </w:r>
      <w:r>
        <w:rPr>
          <w:rFonts w:ascii="Arial" w:hAnsi="Arial" w:cs="Arial" w:eastAsia="Arial"/>
          <w:b w:val="0"/>
          <w:color w:val="15131F"/>
          <w:sz w:val="21"/>
          <w:rtl/>
          <w:szCs w:val="21"/>
        </w:rPr>
        <w:t>13:05، بريد إلكتروني بعنوان «Pinecrest: فواتيرك في الصيف، والجمعة الساعة 7:30»: الأسطر الخمسة نفسها في أقل من 120 كلمة، مع رقم هاتف ديف روميرو وتاريخ عرض السعر، الأربعاء 14 أكتوبر.</w:t>
      </w:r>
    </w:p>
    <w:p>
      <w:pPr>
        <w:spacing w:after="80"/>
        <w:bidi/>
        <w:jc w:val="right"/>
      </w:pPr>
    </w:p>
    <w:p>
      <w:pPr>
        <w:spacing w:after="80"/>
        <w:bidi/>
        <w:jc w:val="right"/>
      </w:pPr>
      <w:r>
        <w:rPr>
          <w:rFonts w:ascii="Arial" w:hAnsi="Arial" w:cs="Arial" w:eastAsia="Arial"/>
          <w:b/>
          <w:color w:val="15131F"/>
          <w:sz w:val="24"/>
          <w:rtl/>
          <w:szCs w:val="24"/>
        </w:rPr>
        <w:t>منشئ العرض البيعي: Pinecrest Auto Repair</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مشكلتها، بكلماتها</w:t>
            </w:r>
          </w:p>
        </w:tc>
        <w:tc>
          <w:tcPr>
            <w:tcW w:type="dxa" w:w="4986"/>
          </w:tcPr>
          <w:p>
            <w:pPr>
              <w:bidi/>
              <w:jc w:val="right"/>
            </w:pPr>
            <w:r/>
            <w:r>
              <w:rPr>
                <w:rFonts w:ascii="Arial" w:hAnsi="Arial" w:cs="Arial" w:eastAsia="Arial"/>
                <w:b w:val="0"/>
                <w:color w:val="15131F"/>
                <w:sz w:val="19"/>
                <w:rtl/>
                <w:szCs w:val="19"/>
              </w:rPr>
              <w:t>فواتير الصيف الخارجة عن سيطرتها: مبرّدات الورشة وضاغط الهواء تعمل طوال اليوم</w:t>
            </w:r>
          </w:p>
        </w:tc>
      </w:tr>
      <w:tr>
        <w:tc>
          <w:tcPr>
            <w:tcW w:type="dxa" w:w="4986"/>
          </w:tcPr>
          <w:p>
            <w:pPr>
              <w:bidi/>
              <w:jc w:val="right"/>
            </w:pPr>
            <w:r/>
            <w:r>
              <w:rPr>
                <w:rFonts w:ascii="Arial" w:hAnsi="Arial" w:cs="Arial" w:eastAsia="Arial"/>
                <w:b/>
                <w:color w:val="15131F"/>
                <w:sz w:val="19"/>
                <w:rtl/>
                <w:szCs w:val="19"/>
              </w:rPr>
              <w:t>التكلفة، بأرقامها</w:t>
            </w:r>
          </w:p>
        </w:tc>
        <w:tc>
          <w:tcPr>
            <w:tcW w:type="dxa" w:w="4986"/>
          </w:tcPr>
          <w:p>
            <w:pPr>
              <w:bidi/>
              <w:jc w:val="right"/>
            </w:pPr>
            <w:r/>
            <w:r>
              <w:rPr>
                <w:rFonts w:ascii="Arial" w:hAnsi="Arial" w:cs="Arial" w:eastAsia="Arial"/>
                <w:b w:val="0"/>
                <w:color w:val="15131F"/>
                <w:sz w:val="19"/>
                <w:rtl/>
                <w:szCs w:val="19"/>
              </w:rPr>
              <w:t>$1,840 في يوليو و$2,060 في أغسطس: $3,900</w:t>
            </w:r>
          </w:p>
        </w:tc>
      </w:tr>
      <w:tr>
        <w:tc>
          <w:tcPr>
            <w:tcW w:type="dxa" w:w="4986"/>
          </w:tcPr>
          <w:p>
            <w:pPr>
              <w:bidi/>
              <w:jc w:val="right"/>
            </w:pPr>
            <w:r/>
            <w:r>
              <w:rPr>
                <w:rFonts w:ascii="Arial" w:hAnsi="Arial" w:cs="Arial" w:eastAsia="Arial"/>
                <w:b/>
                <w:color w:val="15131F"/>
                <w:sz w:val="19"/>
                <w:rtl/>
                <w:szCs w:val="19"/>
              </w:rPr>
              <w:t>ما نقدّمه</w:t>
            </w:r>
          </w:p>
        </w:tc>
        <w:tc>
          <w:tcPr>
            <w:tcW w:type="dxa" w:w="4986"/>
          </w:tcPr>
          <w:p>
            <w:pPr>
              <w:bidi/>
              <w:jc w:val="right"/>
            </w:pPr>
            <w:r/>
            <w:r>
              <w:rPr>
                <w:rFonts w:ascii="Arial" w:hAnsi="Arial" w:cs="Arial" w:eastAsia="Arial"/>
                <w:b w:val="0"/>
                <w:color w:val="15131F"/>
                <w:sz w:val="19"/>
                <w:rtl/>
                <w:szCs w:val="19"/>
              </w:rPr>
              <w:t>قياس السطح، وقراءة 12 فاتورة، وعرض سعر مكتوب بالحجم والإنتاج والسعر</w:t>
            </w:r>
          </w:p>
        </w:tc>
      </w:tr>
      <w:tr>
        <w:tc>
          <w:tcPr>
            <w:tcW w:type="dxa" w:w="4986"/>
          </w:tcPr>
          <w:p>
            <w:pPr>
              <w:bidi/>
              <w:jc w:val="right"/>
            </w:pPr>
            <w:r/>
            <w:r>
              <w:rPr>
                <w:rFonts w:ascii="Arial" w:hAnsi="Arial" w:cs="Arial" w:eastAsia="Arial"/>
                <w:b/>
                <w:color w:val="15131F"/>
                <w:sz w:val="19"/>
                <w:rtl/>
                <w:szCs w:val="19"/>
              </w:rPr>
              <w:t>إثبات واحد</w:t>
            </w:r>
          </w:p>
        </w:tc>
        <w:tc>
          <w:tcPr>
            <w:tcW w:type="dxa" w:w="4986"/>
          </w:tcPr>
          <w:p>
            <w:pPr>
              <w:bidi/>
              <w:jc w:val="right"/>
            </w:pPr>
            <w:r/>
            <w:r>
              <w:rPr>
                <w:rFonts w:ascii="Arial" w:hAnsi="Arial" w:cs="Arial" w:eastAsia="Arial"/>
                <w:b w:val="0"/>
                <w:color w:val="15131F"/>
                <w:sz w:val="19"/>
                <w:rtl/>
                <w:szCs w:val="19"/>
              </w:rPr>
              <w:t>ديف روميرو، Romero Brake &amp; Muffler: يطلعها على فواتيره ويتلقى اتصالها</w:t>
            </w:r>
          </w:p>
        </w:tc>
      </w:tr>
      <w:tr>
        <w:tc>
          <w:tcPr>
            <w:tcW w:type="dxa" w:w="4986"/>
          </w:tcPr>
          <w:p>
            <w:pPr>
              <w:bidi/>
              <w:jc w:val="right"/>
            </w:pPr>
            <w:r/>
            <w:r>
              <w:rPr>
                <w:rFonts w:ascii="Arial" w:hAnsi="Arial" w:cs="Arial" w:eastAsia="Arial"/>
                <w:b/>
                <w:color w:val="15131F"/>
                <w:sz w:val="19"/>
                <w:rtl/>
                <w:szCs w:val="19"/>
              </w:rPr>
              <w:t>طلب واحد</w:t>
            </w:r>
          </w:p>
        </w:tc>
        <w:tc>
          <w:tcPr>
            <w:tcW w:type="dxa" w:w="4986"/>
          </w:tcPr>
          <w:p>
            <w:pPr>
              <w:bidi/>
              <w:jc w:val="right"/>
            </w:pPr>
            <w:r/>
            <w:r>
              <w:rPr>
                <w:rFonts w:ascii="Arial" w:hAnsi="Arial" w:cs="Arial" w:eastAsia="Arial"/>
                <w:b w:val="0"/>
                <w:color w:val="15131F"/>
                <w:sz w:val="19"/>
                <w:rtl/>
                <w:szCs w:val="19"/>
              </w:rPr>
              <w:t>زيارة السطح الجمعة 9 أكتوبر، 7:30، قبل فتح الورشة</w:t>
            </w:r>
          </w:p>
        </w:tc>
      </w:tr>
    </w:tbl>
    <w:p/>
    <w:p>
      <w:pPr>
        <w:spacing w:after="80"/>
        <w:bidi/>
        <w:jc w:val="right"/>
      </w:pPr>
      <w:r>
        <w:rPr>
          <w:rFonts w:ascii="Arial" w:hAnsi="Arial" w:cs="Arial" w:eastAsia="Arial"/>
          <w:b/>
          <w:color w:val="15131F"/>
          <w:sz w:val="24"/>
          <w:rtl/>
          <w:szCs w:val="24"/>
        </w:rPr>
        <w:t>بطاقة التقييم: العرض البيعي في دقيقتين</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المعيار</w:t>
            </w:r>
          </w:p>
        </w:tc>
        <w:tc>
          <w:tcPr>
            <w:tcW w:type="dxa" w:w="4986"/>
            <w:shd w:val="clear" w:color="auto" w:fill="EFE9FF"/>
          </w:tcPr>
          <w:p>
            <w:pPr>
              <w:bidi/>
              <w:jc w:val="right"/>
            </w:pPr>
            <w:r/>
            <w:r>
              <w:rPr>
                <w:rFonts w:ascii="Arial" w:hAnsi="Arial" w:cs="Arial" w:eastAsia="Arial"/>
                <w:b/>
                <w:color w:val="15131F"/>
                <w:sz w:val="19"/>
                <w:rtl/>
                <w:szCs w:val="19"/>
              </w:rPr>
              <w:t>النتيجة</w:t>
            </w:r>
          </w:p>
        </w:tc>
      </w:tr>
      <w:tr>
        <w:tc>
          <w:tcPr>
            <w:tcW w:type="dxa" w:w="4986"/>
          </w:tcPr>
          <w:p>
            <w:pPr>
              <w:bidi/>
              <w:jc w:val="right"/>
            </w:pPr>
            <w:r/>
            <w:r>
              <w:rPr>
                <w:rFonts w:ascii="Arial" w:hAnsi="Arial" w:cs="Arial" w:eastAsia="Arial"/>
                <w:b w:val="0"/>
                <w:color w:val="15131F"/>
                <w:sz w:val="19"/>
                <w:rtl/>
                <w:szCs w:val="19"/>
              </w:rPr>
              <w:t>كرّر مشكلتها بكلماتها</w:t>
            </w:r>
          </w:p>
        </w:tc>
        <w:tc>
          <w:tcPr>
            <w:tcW w:type="dxa" w:w="4986"/>
          </w:tcPr>
          <w:p>
            <w:pPr>
              <w:bidi/>
              <w:jc w:val="right"/>
            </w:pPr>
            <w:r/>
            <w:r>
              <w:rPr>
                <w:rFonts w:ascii="Arial" w:hAnsi="Arial" w:cs="Arial" w:eastAsia="Arial"/>
                <w:b w:val="0"/>
                <w:color w:val="15131F"/>
                <w:sz w:val="19"/>
                <w:rtl/>
                <w:szCs w:val="19"/>
              </w:rPr>
              <w:t>نعم</w:t>
            </w:r>
          </w:p>
        </w:tc>
      </w:tr>
      <w:tr>
        <w:tc>
          <w:tcPr>
            <w:tcW w:type="dxa" w:w="4986"/>
          </w:tcPr>
          <w:p>
            <w:pPr>
              <w:bidi/>
              <w:jc w:val="right"/>
            </w:pPr>
            <w:r/>
            <w:r>
              <w:rPr>
                <w:rFonts w:ascii="Arial" w:hAnsi="Arial" w:cs="Arial" w:eastAsia="Arial"/>
                <w:b w:val="0"/>
                <w:color w:val="15131F"/>
                <w:sz w:val="19"/>
                <w:rtl/>
                <w:szCs w:val="19"/>
              </w:rPr>
              <w:t>إثبات واحد</w:t>
            </w:r>
          </w:p>
        </w:tc>
        <w:tc>
          <w:tcPr>
            <w:tcW w:type="dxa" w:w="4986"/>
          </w:tcPr>
          <w:p>
            <w:pPr>
              <w:bidi/>
              <w:jc w:val="right"/>
            </w:pPr>
            <w:r/>
            <w:r>
              <w:rPr>
                <w:rFonts w:ascii="Arial" w:hAnsi="Arial" w:cs="Arial" w:eastAsia="Arial"/>
                <w:b w:val="0"/>
                <w:color w:val="15131F"/>
                <w:sz w:val="19"/>
                <w:rtl/>
                <w:szCs w:val="19"/>
              </w:rPr>
              <w:t>نعم</w:t>
            </w:r>
          </w:p>
        </w:tc>
      </w:tr>
      <w:tr>
        <w:tc>
          <w:tcPr>
            <w:tcW w:type="dxa" w:w="4986"/>
          </w:tcPr>
          <w:p>
            <w:pPr>
              <w:bidi/>
              <w:jc w:val="right"/>
            </w:pPr>
            <w:r/>
            <w:r>
              <w:rPr>
                <w:rFonts w:ascii="Arial" w:hAnsi="Arial" w:cs="Arial" w:eastAsia="Arial"/>
                <w:b w:val="0"/>
                <w:color w:val="15131F"/>
                <w:sz w:val="19"/>
                <w:rtl/>
                <w:szCs w:val="19"/>
              </w:rPr>
              <w:t>طلب واحد، بيوم وساعة</w:t>
            </w:r>
          </w:p>
        </w:tc>
        <w:tc>
          <w:tcPr>
            <w:tcW w:type="dxa" w:w="4986"/>
          </w:tcPr>
          <w:p>
            <w:pPr>
              <w:bidi/>
              <w:jc w:val="right"/>
            </w:pPr>
            <w:r/>
            <w:r>
              <w:rPr>
                <w:rFonts w:ascii="Arial" w:hAnsi="Arial" w:cs="Arial" w:eastAsia="Arial"/>
                <w:b w:val="0"/>
                <w:color w:val="15131F"/>
                <w:sz w:val="19"/>
                <w:rtl/>
                <w:szCs w:val="19"/>
              </w:rPr>
              <w:t>نعم</w:t>
            </w:r>
          </w:p>
        </w:tc>
      </w:tr>
      <w:tr>
        <w:tc>
          <w:tcPr>
            <w:tcW w:type="dxa" w:w="4986"/>
          </w:tcPr>
          <w:p>
            <w:pPr>
              <w:bidi/>
              <w:jc w:val="right"/>
            </w:pPr>
            <w:r/>
            <w:r>
              <w:rPr>
                <w:rFonts w:ascii="Arial" w:hAnsi="Arial" w:cs="Arial" w:eastAsia="Arial"/>
                <w:b w:val="0"/>
                <w:color w:val="15131F"/>
                <w:sz w:val="19"/>
                <w:rtl/>
                <w:szCs w:val="19"/>
              </w:rPr>
              <w:t>أقل من دقيقتين</w:t>
            </w:r>
          </w:p>
        </w:tc>
        <w:tc>
          <w:tcPr>
            <w:tcW w:type="dxa" w:w="4986"/>
          </w:tcPr>
          <w:p>
            <w:pPr>
              <w:bidi/>
              <w:jc w:val="right"/>
            </w:pPr>
            <w:r/>
            <w:r>
              <w:rPr>
                <w:rFonts w:ascii="Arial" w:hAnsi="Arial" w:cs="Arial" w:eastAsia="Arial"/>
                <w:b w:val="0"/>
                <w:color w:val="15131F"/>
                <w:sz w:val="19"/>
                <w:rtl/>
                <w:szCs w:val="19"/>
              </w:rPr>
              <w:t>نعم</w:t>
            </w:r>
          </w:p>
        </w:tc>
      </w:tr>
      <w:tr>
        <w:tc>
          <w:tcPr>
            <w:tcW w:type="dxa" w:w="4986"/>
          </w:tcPr>
          <w:p>
            <w:pPr>
              <w:bidi/>
              <w:jc w:val="right"/>
            </w:pPr>
            <w:r/>
            <w:r>
              <w:rPr>
                <w:rFonts w:ascii="Arial" w:hAnsi="Arial" w:cs="Arial" w:eastAsia="Arial"/>
                <w:b w:val="0"/>
                <w:color w:val="15131F"/>
                <w:sz w:val="19"/>
                <w:rtl/>
                <w:szCs w:val="19"/>
              </w:rPr>
              <w:t>خطوة تالية متفق عليها</w:t>
            </w:r>
          </w:p>
        </w:tc>
        <w:tc>
          <w:tcPr>
            <w:tcW w:type="dxa" w:w="4986"/>
          </w:tcPr>
          <w:p>
            <w:pPr>
              <w:bidi/>
              <w:jc w:val="right"/>
            </w:pPr>
            <w:r/>
            <w:r>
              <w:rPr>
                <w:rFonts w:ascii="Arial" w:hAnsi="Arial" w:cs="Arial" w:eastAsia="Arial"/>
                <w:b w:val="0"/>
                <w:color w:val="15131F"/>
                <w:sz w:val="19"/>
                <w:rtl/>
                <w:szCs w:val="19"/>
              </w:rPr>
              <w:t>نعم، الجمعة 9 أكتوبر</w:t>
            </w:r>
          </w:p>
        </w:tc>
      </w:tr>
    </w:tbl>
    <w:p/>
    <w:p>
      <w:pPr>
        <w:spacing w:after="80"/>
        <w:bidi/>
        <w:jc w:val="right"/>
      </w:pPr>
      <w:r>
        <w:rPr>
          <w:rFonts w:ascii="Arial" w:hAnsi="Arial" w:cs="Arial" w:eastAsia="Arial"/>
          <w:b/>
          <w:color w:val="15131F"/>
          <w:sz w:val="24"/>
          <w:rtl/>
          <w:szCs w:val="24"/>
        </w:rPr>
        <w:t>في CRMsoftware.pro يوم 6 أكتوبر</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الصفقة</w:t>
            </w:r>
          </w:p>
        </w:tc>
        <w:tc>
          <w:tcPr>
            <w:tcW w:type="dxa" w:w="4986"/>
          </w:tcPr>
          <w:p>
            <w:pPr>
              <w:bidi/>
              <w:jc w:val="right"/>
            </w:pPr>
            <w:r/>
            <w:r>
              <w:rPr>
                <w:rFonts w:ascii="Arial" w:hAnsi="Arial" w:cs="Arial" w:eastAsia="Arial"/>
                <w:b w:val="0"/>
                <w:color w:val="15131F"/>
                <w:sz w:val="19"/>
                <w:rtl/>
                <w:szCs w:val="19"/>
              </w:rPr>
              <w:t>ألواح شمسية على السطح · Pinecrest Auto Repair</w:t>
            </w:r>
          </w:p>
        </w:tc>
      </w:tr>
      <w:tr>
        <w:tc>
          <w:tcPr>
            <w:tcW w:type="dxa" w:w="4986"/>
          </w:tcPr>
          <w:p>
            <w:pPr>
              <w:bidi/>
              <w:jc w:val="right"/>
            </w:pPr>
            <w:r/>
            <w:r>
              <w:rPr>
                <w:rFonts w:ascii="Arial" w:hAnsi="Arial" w:cs="Arial" w:eastAsia="Arial"/>
                <w:b/>
                <w:color w:val="15131F"/>
                <w:sz w:val="19"/>
                <w:rtl/>
                <w:szCs w:val="19"/>
              </w:rPr>
              <w:t>المرحلة</w:t>
            </w:r>
          </w:p>
        </w:tc>
        <w:tc>
          <w:tcPr>
            <w:tcW w:type="dxa" w:w="4986"/>
          </w:tcPr>
          <w:p>
            <w:pPr>
              <w:bidi/>
              <w:jc w:val="right"/>
            </w:pPr>
            <w:r/>
            <w:r>
              <w:rPr>
                <w:rFonts w:ascii="Arial" w:hAnsi="Arial" w:cs="Arial" w:eastAsia="Arial"/>
                <w:b w:val="0"/>
                <w:color w:val="15131F"/>
                <w:sz w:val="19"/>
                <w:rtl/>
                <w:szCs w:val="19"/>
              </w:rPr>
              <w:t>اكتمل العرض البيعي</w:t>
            </w:r>
          </w:p>
        </w:tc>
      </w:tr>
      <w:tr>
        <w:tc>
          <w:tcPr>
            <w:tcW w:type="dxa" w:w="4986"/>
          </w:tcPr>
          <w:p>
            <w:pPr>
              <w:bidi/>
              <w:jc w:val="right"/>
            </w:pPr>
            <w:r/>
            <w:r>
              <w:rPr>
                <w:rFonts w:ascii="Arial" w:hAnsi="Arial" w:cs="Arial" w:eastAsia="Arial"/>
                <w:b/>
                <w:color w:val="15131F"/>
                <w:sz w:val="19"/>
                <w:rtl/>
                <w:szCs w:val="19"/>
              </w:rPr>
              <w:t>«⁨Notes⁩»</w:t>
            </w:r>
          </w:p>
        </w:tc>
        <w:tc>
          <w:tcPr>
            <w:tcW w:type="dxa" w:w="4986"/>
          </w:tcPr>
          <w:p>
            <w:pPr>
              <w:bidi/>
              <w:jc w:val="right"/>
            </w:pPr>
            <w:r/>
            <w:r>
              <w:rPr>
                <w:rFonts w:ascii="Arial" w:hAnsi="Arial" w:cs="Arial" w:eastAsia="Arial"/>
                <w:b w:val="0"/>
                <w:color w:val="15131F"/>
                <w:sz w:val="19"/>
                <w:rtl/>
                <w:szCs w:val="19"/>
              </w:rPr>
              <w:t>كلماتها؛ $1,840 في يوليو، و$2,060 في أغسطس</w:t>
            </w:r>
          </w:p>
        </w:tc>
      </w:tr>
      <w:tr>
        <w:tc>
          <w:tcPr>
            <w:tcW w:type="dxa" w:w="4986"/>
          </w:tcPr>
          <w:p>
            <w:pPr>
              <w:bidi/>
              <w:jc w:val="right"/>
            </w:pPr>
            <w:r/>
            <w:r>
              <w:rPr>
                <w:rFonts w:ascii="Arial" w:hAnsi="Arial" w:cs="Arial" w:eastAsia="Arial"/>
                <w:b/>
                <w:color w:val="15131F"/>
                <w:sz w:val="19"/>
                <w:rtl/>
                <w:szCs w:val="19"/>
              </w:rPr>
              <w:t>«⁨Tasks⁩»</w:t>
            </w:r>
          </w:p>
        </w:tc>
        <w:tc>
          <w:tcPr>
            <w:tcW w:type="dxa" w:w="4986"/>
          </w:tcPr>
          <w:p>
            <w:pPr>
              <w:bidi/>
              <w:jc w:val="right"/>
            </w:pPr>
            <w:r/>
            <w:r>
              <w:rPr>
                <w:rFonts w:ascii="Arial" w:hAnsi="Arial" w:cs="Arial" w:eastAsia="Arial"/>
                <w:b w:val="0"/>
                <w:color w:val="15131F"/>
                <w:sz w:val="19"/>
                <w:rtl/>
                <w:szCs w:val="19"/>
              </w:rPr>
              <w:t>زيارة السطح الجمعة 9 أكتوبر، 7:30 · عرض السعر بحلول الأربعاء 14 أكتوبر</w:t>
            </w:r>
          </w:p>
        </w:tc>
      </w:tr>
      <w:tr>
        <w:tc>
          <w:tcPr>
            <w:tcW w:type="dxa" w:w="4986"/>
          </w:tcPr>
          <w:p>
            <w:pPr>
              <w:bidi/>
              <w:jc w:val="right"/>
            </w:pPr>
            <w:r/>
            <w:r>
              <w:rPr>
                <w:rFonts w:ascii="Arial" w:hAnsi="Arial" w:cs="Arial" w:eastAsia="Arial"/>
                <w:b/>
                <w:color w:val="15131F"/>
                <w:sz w:val="19"/>
                <w:rtl/>
                <w:szCs w:val="19"/>
              </w:rPr>
              <w:t>ما لم يُقل</w:t>
            </w:r>
          </w:p>
        </w:tc>
        <w:tc>
          <w:tcPr>
            <w:tcW w:type="dxa" w:w="4986"/>
          </w:tcPr>
          <w:p>
            <w:pPr>
              <w:bidi/>
              <w:jc w:val="right"/>
            </w:pPr>
            <w:r/>
            <w:r>
              <w:rPr>
                <w:rFonts w:ascii="Arial" w:hAnsi="Arial" w:cs="Arial" w:eastAsia="Arial"/>
                <w:b w:val="0"/>
                <w:color w:val="15131F"/>
                <w:sz w:val="19"/>
                <w:rtl/>
                <w:szCs w:val="19"/>
              </w:rPr>
              <w:t>لا رقم للتوفير أو للحوافز، ولا موعد نهائي</w:t>
            </w:r>
          </w:p>
        </w:tc>
      </w:tr>
    </w:tbl>
    <w:p/>
    <w:p>
      <w:pPr>
        <w:spacing w:after="240"/>
        <w:bidi/>
        <w:jc w:val="right"/>
      </w:pPr>
      <w:r>
        <w:rPr>
          <w:rFonts w:ascii="Arial" w:hAnsi="Arial" w:cs="Arial" w:eastAsia="Arial"/>
          <w:b w:val="0"/>
          <w:color w:val="5D5A70"/>
          <w:sz w:val="18"/>
          <w:rtl/>
          <w:szCs w:val="18"/>
        </w:rPr>
        <w:t>شركة ومشترية خياليتان</w:t>
      </w:r>
    </w:p>
    <w:p>
      <w:pPr>
        <w:spacing w:after="80"/>
        <w:bidi/>
        <w:jc w:val="right"/>
      </w:pPr>
      <w:r>
        <w:rPr>
          <w:rFonts w:ascii="Arial" w:hAnsi="Arial" w:cs="Arial" w:eastAsia="Arial"/>
          <w:b/>
          <w:color w:val="15131F"/>
          <w:sz w:val="28"/>
          <w:rtl/>
          <w:szCs w:val="28"/>
        </w:rPr>
        <w:t>كيف تكتب عرضاً بيعياً لكل مدة وقناة</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الصيغة</w:t>
            </w:r>
          </w:p>
        </w:tc>
        <w:tc>
          <w:tcPr>
            <w:tcW w:type="dxa" w:w="2493"/>
            <w:shd w:val="clear" w:color="auto" w:fill="EFE9FF"/>
          </w:tcPr>
          <w:p>
            <w:pPr>
              <w:bidi/>
              <w:jc w:val="right"/>
            </w:pPr>
            <w:r/>
            <w:r>
              <w:rPr>
                <w:rFonts w:ascii="Arial" w:hAnsi="Arial" w:cs="Arial" w:eastAsia="Arial"/>
                <w:b/>
                <w:color w:val="15131F"/>
                <w:sz w:val="19"/>
                <w:rtl/>
                <w:szCs w:val="19"/>
              </w:rPr>
              <w:t>أين</w:t>
            </w:r>
          </w:p>
        </w:tc>
        <w:tc>
          <w:tcPr>
            <w:tcW w:type="dxa" w:w="2493"/>
            <w:shd w:val="clear" w:color="auto" w:fill="EFE9FF"/>
          </w:tcPr>
          <w:p>
            <w:pPr>
              <w:bidi/>
              <w:jc w:val="right"/>
            </w:pPr>
            <w:r/>
            <w:r>
              <w:rPr>
                <w:rFonts w:ascii="Arial" w:hAnsi="Arial" w:cs="Arial" w:eastAsia="Arial"/>
                <w:b/>
                <w:color w:val="15131F"/>
                <w:sz w:val="19"/>
                <w:rtl/>
                <w:szCs w:val="19"/>
              </w:rPr>
              <w:t>ما تقوله</w:t>
            </w:r>
          </w:p>
        </w:tc>
        <w:tc>
          <w:tcPr>
            <w:tcW w:type="dxa" w:w="2493"/>
            <w:shd w:val="clear" w:color="auto" w:fill="EFE9FF"/>
          </w:tcPr>
          <w:p>
            <w:pPr>
              <w:bidi/>
              <w:jc w:val="right"/>
            </w:pPr>
            <w:r/>
            <w:r>
              <w:rPr>
                <w:rFonts w:ascii="Arial" w:hAnsi="Arial" w:cs="Arial" w:eastAsia="Arial"/>
                <w:b/>
                <w:color w:val="15131F"/>
                <w:sz w:val="19"/>
                <w:rtl/>
                <w:szCs w:val="19"/>
              </w:rPr>
              <w:t>الطلب</w:t>
            </w:r>
          </w:p>
        </w:tc>
      </w:tr>
      <w:tr>
        <w:tc>
          <w:tcPr>
            <w:tcW w:type="dxa" w:w="2493"/>
          </w:tcPr>
          <w:p>
            <w:pPr>
              <w:bidi/>
              <w:jc w:val="right"/>
            </w:pPr>
            <w:r/>
            <w:r>
              <w:rPr>
                <w:rFonts w:ascii="Arial" w:hAnsi="Arial" w:cs="Arial" w:eastAsia="Arial"/>
                <w:b w:val="0"/>
                <w:color w:val="15131F"/>
                <w:sz w:val="19"/>
                <w:rtl/>
                <w:szCs w:val="19"/>
              </w:rPr>
              <w:t>جملة واحدة</w:t>
            </w:r>
          </w:p>
        </w:tc>
        <w:tc>
          <w:tcPr>
            <w:tcW w:type="dxa" w:w="2493"/>
          </w:tcPr>
          <w:p>
            <w:pPr>
              <w:bidi/>
              <w:jc w:val="right"/>
            </w:pPr>
            <w:r/>
            <w:r>
              <w:rPr>
                <w:rFonts w:ascii="Arial" w:hAnsi="Arial" w:cs="Arial" w:eastAsia="Arial"/>
                <w:b w:val="0"/>
                <w:color w:val="15131F"/>
                <w:sz w:val="19"/>
                <w:rtl/>
                <w:szCs w:val="19"/>
              </w:rPr>
              <w:t>الفعاليات، والملفات الشخصية، والبريد الصوتي، وأعلى صفحة موقعك</w:t>
            </w:r>
          </w:p>
        </w:tc>
        <w:tc>
          <w:tcPr>
            <w:tcW w:type="dxa" w:w="2493"/>
          </w:tcPr>
          <w:p>
            <w:pPr>
              <w:bidi/>
              <w:jc w:val="right"/>
            </w:pPr>
            <w:r/>
            <w:r>
              <w:rPr>
                <w:rFonts w:ascii="Arial" w:hAnsi="Arial" w:cs="Arial" w:eastAsia="Arial"/>
                <w:b w:val="0"/>
                <w:color w:val="15131F"/>
                <w:sz w:val="19"/>
                <w:rtl/>
                <w:szCs w:val="19"/>
              </w:rPr>
              <w:t>من تساعد وكيف</w:t>
            </w:r>
          </w:p>
        </w:tc>
        <w:tc>
          <w:tcPr>
            <w:tcW w:type="dxa" w:w="2493"/>
          </w:tcPr>
          <w:p>
            <w:pPr>
              <w:bidi/>
              <w:jc w:val="right"/>
            </w:pPr>
            <w:r/>
            <w:r>
              <w:rPr>
                <w:rFonts w:ascii="Arial" w:hAnsi="Arial" w:cs="Arial" w:eastAsia="Arial"/>
                <w:b w:val="0"/>
                <w:color w:val="15131F"/>
                <w:sz w:val="19"/>
                <w:rtl/>
                <w:szCs w:val="19"/>
              </w:rPr>
              <w:t>سؤال عن مشكلته</w:t>
            </w:r>
          </w:p>
        </w:tc>
      </w:tr>
      <w:tr>
        <w:tc>
          <w:tcPr>
            <w:tcW w:type="dxa" w:w="2493"/>
          </w:tcPr>
          <w:p>
            <w:pPr>
              <w:bidi/>
              <w:jc w:val="right"/>
            </w:pPr>
            <w:r/>
            <w:r>
              <w:rPr>
                <w:rFonts w:ascii="Arial" w:hAnsi="Arial" w:cs="Arial" w:eastAsia="Arial"/>
                <w:b w:val="0"/>
                <w:color w:val="15131F"/>
                <w:sz w:val="19"/>
                <w:rtl/>
                <w:szCs w:val="19"/>
              </w:rPr>
              <w:t>30 ثانية</w:t>
            </w:r>
          </w:p>
        </w:tc>
        <w:tc>
          <w:tcPr>
            <w:tcW w:type="dxa" w:w="2493"/>
          </w:tcPr>
          <w:p>
            <w:pPr>
              <w:bidi/>
              <w:jc w:val="right"/>
            </w:pPr>
            <w:r/>
            <w:r>
              <w:rPr>
                <w:rFonts w:ascii="Arial" w:hAnsi="Arial" w:cs="Arial" w:eastAsia="Arial"/>
                <w:b w:val="0"/>
                <w:color w:val="15131F"/>
                <w:sz w:val="19"/>
                <w:rtl/>
                <w:szCs w:val="19"/>
              </w:rPr>
              <w:t>المكالمات الأولى، والتعارف، والمعارض التجارية</w:t>
            </w:r>
          </w:p>
        </w:tc>
        <w:tc>
          <w:tcPr>
            <w:tcW w:type="dxa" w:w="2493"/>
          </w:tcPr>
          <w:p>
            <w:pPr>
              <w:bidi/>
              <w:jc w:val="right"/>
            </w:pPr>
            <w:r/>
            <w:r>
              <w:rPr>
                <w:rFonts w:ascii="Arial" w:hAnsi="Arial" w:cs="Arial" w:eastAsia="Arial"/>
                <w:b w:val="0"/>
                <w:color w:val="15131F"/>
                <w:sz w:val="19"/>
                <w:rtl/>
                <w:szCs w:val="19"/>
              </w:rPr>
              <w:t>من تساعد، والمشكلة التي يعرفونها، وما تقدّمه، وإثبات واحد</w:t>
            </w:r>
          </w:p>
        </w:tc>
        <w:tc>
          <w:tcPr>
            <w:tcW w:type="dxa" w:w="2493"/>
          </w:tcPr>
          <w:p>
            <w:pPr>
              <w:bidi/>
              <w:jc w:val="right"/>
            </w:pPr>
            <w:r/>
            <w:r>
              <w:rPr>
                <w:rFonts w:ascii="Arial" w:hAnsi="Arial" w:cs="Arial" w:eastAsia="Arial"/>
                <w:b w:val="0"/>
                <w:color w:val="15131F"/>
                <w:sz w:val="19"/>
                <w:rtl/>
                <w:szCs w:val="19"/>
              </w:rPr>
              <w:t>15 دقيقة لطرح الأسئلة</w:t>
            </w:r>
          </w:p>
        </w:tc>
      </w:tr>
      <w:tr>
        <w:tc>
          <w:tcPr>
            <w:tcW w:type="dxa" w:w="2493"/>
          </w:tcPr>
          <w:p>
            <w:pPr>
              <w:bidi/>
              <w:jc w:val="right"/>
            </w:pPr>
            <w:r/>
            <w:r>
              <w:rPr>
                <w:rFonts w:ascii="Arial" w:hAnsi="Arial" w:cs="Arial" w:eastAsia="Arial"/>
                <w:b w:val="0"/>
                <w:color w:val="15131F"/>
                <w:sz w:val="19"/>
                <w:rtl/>
                <w:szCs w:val="19"/>
              </w:rPr>
              <w:t>دقيقتان</w:t>
            </w:r>
          </w:p>
        </w:tc>
        <w:tc>
          <w:tcPr>
            <w:tcW w:type="dxa" w:w="2493"/>
          </w:tcPr>
          <w:p>
            <w:pPr>
              <w:bidi/>
              <w:jc w:val="right"/>
            </w:pPr>
            <w:r/>
            <w:r>
              <w:rPr>
                <w:rFonts w:ascii="Arial" w:hAnsi="Arial" w:cs="Arial" w:eastAsia="Arial"/>
                <w:b w:val="0"/>
                <w:color w:val="15131F"/>
                <w:sz w:val="19"/>
                <w:rtl/>
                <w:szCs w:val="19"/>
              </w:rPr>
              <w:t>مكالمة أو اجتماع بعد الاستكشاف</w:t>
            </w:r>
          </w:p>
        </w:tc>
        <w:tc>
          <w:tcPr>
            <w:tcW w:type="dxa" w:w="2493"/>
          </w:tcPr>
          <w:p>
            <w:pPr>
              <w:bidi/>
              <w:jc w:val="right"/>
            </w:pPr>
            <w:r/>
            <w:r>
              <w:rPr>
                <w:rFonts w:ascii="Arial" w:hAnsi="Arial" w:cs="Arial" w:eastAsia="Arial"/>
                <w:b w:val="0"/>
                <w:color w:val="15131F"/>
                <w:sz w:val="19"/>
                <w:rtl/>
                <w:szCs w:val="19"/>
              </w:rPr>
              <w:t>تكرار مشكلته، والتكلفة، وما تقدّمه، وإثبات واحد</w:t>
            </w:r>
          </w:p>
        </w:tc>
        <w:tc>
          <w:tcPr>
            <w:tcW w:type="dxa" w:w="2493"/>
          </w:tcPr>
          <w:p>
            <w:pPr>
              <w:bidi/>
              <w:jc w:val="right"/>
            </w:pPr>
            <w:r/>
            <w:r>
              <w:rPr>
                <w:rFonts w:ascii="Arial" w:hAnsi="Arial" w:cs="Arial" w:eastAsia="Arial"/>
                <w:b w:val="0"/>
                <w:color w:val="15131F"/>
                <w:sz w:val="19"/>
                <w:rtl/>
                <w:szCs w:val="19"/>
              </w:rPr>
              <w:t>خطوة تالية بتاريخ: زيارة أو تجربة أو عرض سعر</w:t>
            </w:r>
          </w:p>
        </w:tc>
      </w:tr>
      <w:tr>
        <w:tc>
          <w:tcPr>
            <w:tcW w:type="dxa" w:w="2493"/>
          </w:tcPr>
          <w:p>
            <w:pPr>
              <w:bidi/>
              <w:jc w:val="right"/>
            </w:pPr>
            <w:r/>
            <w:r>
              <w:rPr>
                <w:rFonts w:ascii="Arial" w:hAnsi="Arial" w:cs="Arial" w:eastAsia="Arial"/>
                <w:b w:val="0"/>
                <w:color w:val="15131F"/>
                <w:sz w:val="19"/>
                <w:rtl/>
                <w:szCs w:val="19"/>
              </w:rPr>
              <w:t>البريد الإلكتروني</w:t>
            </w:r>
          </w:p>
        </w:tc>
        <w:tc>
          <w:tcPr>
            <w:tcW w:type="dxa" w:w="2493"/>
          </w:tcPr>
          <w:p>
            <w:pPr>
              <w:bidi/>
              <w:jc w:val="right"/>
            </w:pPr>
            <w:r/>
            <w:r>
              <w:rPr>
                <w:rFonts w:ascii="Arial" w:hAnsi="Arial" w:cs="Arial" w:eastAsia="Arial"/>
                <w:b w:val="0"/>
                <w:color w:val="15131F"/>
                <w:sz w:val="19"/>
                <w:rtl/>
                <w:szCs w:val="19"/>
              </w:rPr>
              <w:t>في يوم المكالمة أو الاستفسار نفسه</w:t>
            </w:r>
          </w:p>
        </w:tc>
        <w:tc>
          <w:tcPr>
            <w:tcW w:type="dxa" w:w="2493"/>
          </w:tcPr>
          <w:p>
            <w:pPr>
              <w:bidi/>
              <w:jc w:val="right"/>
            </w:pPr>
            <w:r/>
            <w:r>
              <w:rPr>
                <w:rFonts w:ascii="Arial" w:hAnsi="Arial" w:cs="Arial" w:eastAsia="Arial"/>
                <w:b w:val="0"/>
                <w:color w:val="15131F"/>
                <w:sz w:val="19"/>
                <w:rtl/>
                <w:szCs w:val="19"/>
              </w:rPr>
              <w:t>الأسطر الخمسة نفسها، في أقل من 120 كلمة</w:t>
            </w:r>
          </w:p>
        </w:tc>
        <w:tc>
          <w:tcPr>
            <w:tcW w:type="dxa" w:w="2493"/>
          </w:tcPr>
          <w:p>
            <w:pPr>
              <w:bidi/>
              <w:jc w:val="right"/>
            </w:pPr>
            <w:r/>
            <w:r>
              <w:rPr>
                <w:rFonts w:ascii="Arial" w:hAnsi="Arial" w:cs="Arial" w:eastAsia="Arial"/>
                <w:b w:val="0"/>
                <w:color w:val="15131F"/>
                <w:sz w:val="19"/>
                <w:rtl/>
                <w:szCs w:val="19"/>
              </w:rPr>
              <w:t>تأكيد الخطوة التالية</w:t>
            </w:r>
          </w:p>
        </w:tc>
      </w:tr>
      <w:tr>
        <w:tc>
          <w:tcPr>
            <w:tcW w:type="dxa" w:w="2493"/>
          </w:tcPr>
          <w:p>
            <w:pPr>
              <w:bidi/>
              <w:jc w:val="right"/>
            </w:pPr>
            <w:r/>
            <w:r>
              <w:rPr>
                <w:rFonts w:ascii="Arial" w:hAnsi="Arial" w:cs="Arial" w:eastAsia="Arial"/>
                <w:b w:val="0"/>
                <w:color w:val="15131F"/>
                <w:sz w:val="19"/>
                <w:rtl/>
                <w:szCs w:val="19"/>
              </w:rPr>
              <w:t>الدردشة</w:t>
            </w:r>
          </w:p>
        </w:tc>
        <w:tc>
          <w:tcPr>
            <w:tcW w:type="dxa" w:w="2493"/>
          </w:tcPr>
          <w:p>
            <w:pPr>
              <w:bidi/>
              <w:jc w:val="right"/>
            </w:pPr>
            <w:r/>
            <w:r>
              <w:rPr>
                <w:rFonts w:ascii="Arial" w:hAnsi="Arial" w:cs="Arial" w:eastAsia="Arial"/>
                <w:b w:val="0"/>
                <w:color w:val="15131F"/>
                <w:sz w:val="19"/>
                <w:rtl/>
                <w:szCs w:val="19"/>
              </w:rPr>
              <w:t>دردشة الموقع ووكيل الذكاء الاصطناعي</w:t>
            </w:r>
          </w:p>
        </w:tc>
        <w:tc>
          <w:tcPr>
            <w:tcW w:type="dxa" w:w="2493"/>
          </w:tcPr>
          <w:p>
            <w:pPr>
              <w:bidi/>
              <w:jc w:val="right"/>
            </w:pPr>
            <w:r/>
            <w:r>
              <w:rPr>
                <w:rFonts w:ascii="Arial" w:hAnsi="Arial" w:cs="Arial" w:eastAsia="Arial"/>
                <w:b w:val="0"/>
                <w:color w:val="15131F"/>
                <w:sz w:val="19"/>
                <w:rtl/>
                <w:szCs w:val="19"/>
              </w:rPr>
              <w:t>مشكلته، وما تقدّمه، وإثبات واحد في 2 أو 3 جمل</w:t>
            </w:r>
          </w:p>
        </w:tc>
        <w:tc>
          <w:tcPr>
            <w:tcW w:type="dxa" w:w="2493"/>
          </w:tcPr>
          <w:p>
            <w:pPr>
              <w:bidi/>
              <w:jc w:val="right"/>
            </w:pPr>
            <w:r/>
            <w:r>
              <w:rPr>
                <w:rFonts w:ascii="Arial" w:hAnsi="Arial" w:cs="Arial" w:eastAsia="Arial"/>
                <w:b w:val="0"/>
                <w:color w:val="15131F"/>
                <w:sz w:val="19"/>
                <w:rtl/>
                <w:szCs w:val="19"/>
              </w:rPr>
              <w:t>بيانات التواصل ومكالمة</w:t>
            </w:r>
          </w:p>
        </w:tc>
      </w:tr>
    </w:tbl>
    <w:p/>
    <w:p>
      <w:pPr>
        <w:spacing w:after="80"/>
        <w:bidi/>
        <w:jc w:val="right"/>
      </w:pPr>
      <w:r>
        <w:rPr>
          <w:rFonts w:ascii="Arial" w:hAnsi="Arial" w:cs="Arial" w:eastAsia="Arial"/>
          <w:b/>
          <w:color w:val="15131F"/>
          <w:sz w:val="28"/>
          <w:rtl/>
          <w:szCs w:val="28"/>
        </w:rPr>
        <w:t>ما لا يجب أن تقوله في العرض البيعي</w:t>
      </w:r>
    </w:p>
    <w:p>
      <w:pPr>
        <w:spacing w:after="120"/>
        <w:bidi/>
        <w:jc w:val="right"/>
      </w:pPr>
      <w:r>
        <w:rPr>
          <w:rFonts w:ascii="Arial" w:hAnsi="Arial" w:cs="Arial" w:eastAsia="Arial"/>
          <w:b w:val="0"/>
          <w:color w:val="5D5A70"/>
          <w:sz w:val="21"/>
          <w:rtl/>
          <w:szCs w:val="21"/>
        </w:rPr>
        <w:t>كل واحد من هذه يبدو قوياً في اللحظة، ثم يكلفك الثقة لاحقاً. وينطبق الأمر نفسه على المواعيد النهائية المزيفة وعلى الانتقاص من منافس.</w:t>
      </w:r>
    </w:p>
    <w:p>
      <w:pPr>
        <w:spacing w:after="40"/>
        <w:bidi/>
        <w:jc w:val="right"/>
      </w:pPr>
      <w:r>
        <w:rPr>
          <w:rFonts w:ascii="Arial" w:hAnsi="Arial" w:cs="Arial" w:eastAsia="Arial"/>
          <w:b/>
          <w:color w:val="15131F"/>
          <w:sz w:val="22"/>
          <w:rtl/>
          <w:szCs w:val="22"/>
        </w:rPr>
        <w:t>رقم لا تستطيع إثباته</w:t>
      </w:r>
    </w:p>
    <w:p>
      <w:pPr>
        <w:spacing w:after="40"/>
        <w:bidi/>
        <w:jc w:val="right"/>
      </w:pPr>
      <w:r>
        <w:rPr>
          <w:rFonts w:ascii="Arial" w:hAnsi="Arial" w:cs="Arial" w:eastAsia="Arial"/>
          <w:b w:val="0"/>
          <w:color w:val="15131F"/>
          <w:sz w:val="21"/>
          <w:rtl/>
          <w:szCs w:val="21"/>
        </w:rPr>
        <w:t>أرقام توفير أو نتائج أو «معظم العملاء» لا سجلات لديك تدعمها. استخدم أرقام المشتري، أو أرقام عميل وافق على مشاركتها. يتوقع القانون الأمريكي وجود إثبات قبل إطلاق الادعاء.</w:t>
      </w:r>
    </w:p>
    <w:p>
      <w:pPr>
        <w:spacing w:after="60"/>
        <w:bidi/>
        <w:jc w:val="right"/>
      </w:pPr>
      <w:r>
        <w:rPr>
          <w:rFonts w:ascii="Arial" w:hAnsi="Arial" w:cs="Arial" w:eastAsia="Arial"/>
          <w:b/>
          <w:color w:val="6B3CF0"/>
          <w:sz w:val="21"/>
          <w:rtl/>
          <w:szCs w:val="21"/>
        </w:rPr>
        <w:t xml:space="preserve">بدلاً من ذلك: </w:t>
      </w:r>
      <w:r>
        <w:rPr>
          <w:rFonts w:ascii="Arial" w:hAnsi="Arial" w:cs="Arial" w:eastAsia="Arial"/>
          <w:b w:val="0"/>
          <w:color w:val="15131F"/>
          <w:sz w:val="21"/>
          <w:rtl/>
          <w:szCs w:val="21"/>
        </w:rPr>
        <w:t>لن أعدك برقم اليوم. سيُظهره عرض السعر كتابةً.</w:t>
      </w:r>
    </w:p>
    <w:p>
      <w:pPr>
        <w:spacing w:after="80"/>
        <w:bidi/>
        <w:jc w:val="right"/>
      </w:pPr>
    </w:p>
    <w:p>
      <w:pPr>
        <w:spacing w:after="40"/>
        <w:bidi/>
        <w:jc w:val="right"/>
      </w:pPr>
      <w:r>
        <w:rPr>
          <w:rFonts w:ascii="Arial" w:hAnsi="Arial" w:cs="Arial" w:eastAsia="Arial"/>
          <w:b/>
          <w:color w:val="15131F"/>
          <w:sz w:val="22"/>
          <w:rtl/>
          <w:szCs w:val="22"/>
        </w:rPr>
        <w:t>شهادة لا تستطيع دعمها</w:t>
      </w:r>
    </w:p>
    <w:p>
      <w:pPr>
        <w:spacing w:after="40"/>
        <w:bidi/>
        <w:jc w:val="right"/>
      </w:pPr>
      <w:r>
        <w:rPr>
          <w:rFonts w:ascii="Arial" w:hAnsi="Arial" w:cs="Arial" w:eastAsia="Arial"/>
          <w:b w:val="0"/>
          <w:color w:val="15131F"/>
          <w:sz w:val="21"/>
          <w:rtl/>
          <w:szCs w:val="21"/>
        </w:rPr>
        <w:t>عميل مختلق، أو اقتباس أُعيدت صياغته، أو عميل لم يوافق على ذكر اسمه. استأذن أولاً، واقتبس حرفياً، ووضّح ما يحصل عليه العملاء عموماً إن كانت نتيجته جيدة على غير العادة.</w:t>
      </w:r>
    </w:p>
    <w:p>
      <w:pPr>
        <w:spacing w:after="80"/>
        <w:bidi/>
        <w:jc w:val="right"/>
      </w:pPr>
    </w:p>
    <w:p>
      <w:pPr>
        <w:spacing w:after="40"/>
        <w:bidi/>
        <w:jc w:val="right"/>
      </w:pPr>
      <w:r>
        <w:rPr>
          <w:rFonts w:ascii="Arial" w:hAnsi="Arial" w:cs="Arial" w:eastAsia="Arial"/>
          <w:b/>
          <w:color w:val="15131F"/>
          <w:sz w:val="22"/>
          <w:rtl/>
          <w:szCs w:val="22"/>
        </w:rPr>
        <w:t>جولة في الميزات</w:t>
      </w:r>
    </w:p>
    <w:p>
      <w:pPr>
        <w:spacing w:after="40"/>
        <w:bidi/>
        <w:jc w:val="right"/>
      </w:pPr>
      <w:r>
        <w:rPr>
          <w:rFonts w:ascii="Arial" w:hAnsi="Arial" w:cs="Arial" w:eastAsia="Arial"/>
          <w:b w:val="0"/>
          <w:color w:val="15131F"/>
          <w:sz w:val="21"/>
          <w:rtl/>
          <w:szCs w:val="21"/>
        </w:rPr>
        <w:t>عشر ميزات تعني عشر فرص لتفقد اهتمامه. اذكر الشيء الوحيد الذي يحل المشكلة التي أخبرك بها.</w:t>
      </w:r>
    </w:p>
    <w:p>
      <w:pPr>
        <w:spacing w:after="80"/>
        <w:bidi/>
        <w:jc w:val="right"/>
      </w:pPr>
    </w:p>
    <w:p>
      <w:pPr>
        <w:spacing w:after="40"/>
        <w:bidi/>
        <w:jc w:val="right"/>
      </w:pPr>
      <w:r>
        <w:rPr>
          <w:rFonts w:ascii="Arial" w:hAnsi="Arial" w:cs="Arial" w:eastAsia="Arial"/>
          <w:b/>
          <w:color w:val="15131F"/>
          <w:sz w:val="22"/>
          <w:rtl/>
          <w:szCs w:val="22"/>
        </w:rPr>
        <w:t>طلبان أو ثلاثة</w:t>
      </w:r>
    </w:p>
    <w:p>
      <w:pPr>
        <w:spacing w:after="40"/>
        <w:bidi/>
        <w:jc w:val="right"/>
      </w:pPr>
      <w:r>
        <w:rPr>
          <w:rFonts w:ascii="Arial" w:hAnsi="Arial" w:cs="Arial" w:eastAsia="Arial"/>
          <w:b w:val="0"/>
          <w:color w:val="15131F"/>
          <w:sz w:val="21"/>
          <w:rtl/>
          <w:szCs w:val="21"/>
        </w:rPr>
        <w:t>«عرض توضيحي، أو تجربة، أو عرض تجاري» تمنحه ثلاث طرق للتأجيل. اختر خطوة تالية واحدة بيوم وساعة. ولا بأس بموعدين للخطوة نفسها.</w:t>
      </w:r>
    </w:p>
    <w:p>
      <w:pPr>
        <w:spacing w:after="80"/>
        <w:bidi/>
        <w:jc w:val="right"/>
      </w:pPr>
    </w:p>
    <w:p>
      <w:pPr>
        <w:spacing w:after="200"/>
        <w:bidi/>
        <w:jc w:val="right"/>
      </w:pPr>
      <w:r>
        <w:rPr>
          <w:rFonts w:ascii="Arial" w:hAnsi="Arial" w:cs="Arial" w:eastAsia="Arial"/>
          <w:b w:val="0"/>
          <w:color w:val="15131F"/>
          <w:sz w:val="21"/>
          <w:rtl/>
          <w:szCs w:val="21"/>
        </w:rPr>
        <w:t>هذه الصفحة ليست استشارة قانونية. تختلف قواعد الإعلان وشهادات العملاء حسب البلد والقطاع: راجع القواعد الرسمية حيث تبيع، وقواعد ترخيصك في التأمين والتمويل العقاري والرعاية الصحية والطاقة الشمسية.</w:t>
      </w:r>
    </w:p>
    <w:p>
      <w:pPr>
        <w:spacing w:after="120"/>
        <w:bidi/>
        <w:jc w:val="right"/>
      </w:pPr>
      <w:r>
        <w:rPr>
          <w:rFonts w:ascii="Arial" w:hAnsi="Arial" w:cs="Arial" w:eastAsia="Arial"/>
          <w:b/>
          <w:color w:val="15131F"/>
          <w:sz w:val="28"/>
          <w:rtl/>
          <w:szCs w:val="28"/>
        </w:rPr>
        <w:t>كيف تستخدم قوالب العرض البيعي هذه</w:t>
      </w:r>
    </w:p>
    <w:p>
      <w:pPr>
        <w:spacing w:after="40"/>
        <w:bidi/>
        <w:jc w:val="right"/>
      </w:pPr>
      <w:r>
        <w:rPr>
          <w:rFonts w:ascii="Arial" w:hAnsi="Arial" w:cs="Arial" w:eastAsia="Arial"/>
          <w:b/>
          <w:color w:val="15131F"/>
          <w:sz w:val="22"/>
          <w:rtl/>
          <w:szCs w:val="22"/>
        </w:rPr>
        <w:t>1. اسأل قبل أن تعرض</w:t>
      </w:r>
    </w:p>
    <w:p>
      <w:pPr>
        <w:spacing w:after="120"/>
        <w:bidi/>
        <w:jc w:val="right"/>
      </w:pPr>
      <w:r>
        <w:rPr>
          <w:rFonts w:ascii="Arial" w:hAnsi="Arial" w:cs="Arial" w:eastAsia="Arial"/>
          <w:b w:val="0"/>
          <w:color w:val="15131F"/>
          <w:sz w:val="21"/>
          <w:rtl/>
          <w:szCs w:val="21"/>
        </w:rPr>
        <w:t>ابدأ بالاستكشاف، أو اسأل على الأقل ما المشكلة وما تكلفته. واكتب كلماته.</w:t>
      </w:r>
    </w:p>
    <w:p>
      <w:pPr>
        <w:spacing w:after="40"/>
        <w:bidi/>
        <w:jc w:val="right"/>
      </w:pPr>
      <w:r>
        <w:rPr>
          <w:rFonts w:ascii="Arial" w:hAnsi="Arial" w:cs="Arial" w:eastAsia="Arial"/>
          <w:b/>
          <w:color w:val="15131F"/>
          <w:sz w:val="22"/>
          <w:rtl/>
          <w:szCs w:val="22"/>
        </w:rPr>
        <w:t>2. املأ الأسطر الخمسة</w:t>
      </w:r>
    </w:p>
    <w:p>
      <w:pPr>
        <w:spacing w:after="120"/>
        <w:bidi/>
        <w:jc w:val="right"/>
      </w:pPr>
      <w:r>
        <w:rPr>
          <w:rFonts w:ascii="Arial" w:hAnsi="Arial" w:cs="Arial" w:eastAsia="Arial"/>
          <w:b w:val="0"/>
          <w:color w:val="15131F"/>
          <w:sz w:val="21"/>
          <w:rtl/>
          <w:szCs w:val="21"/>
        </w:rPr>
        <w:t>استخدم التبويب 1 أو ورقة «منشئ العرض البيعي». إن بقي سطر فارغاً، فأنت لست مستعداً.</w:t>
      </w:r>
    </w:p>
    <w:p>
      <w:pPr>
        <w:spacing w:after="40"/>
        <w:bidi/>
        <w:jc w:val="right"/>
      </w:pPr>
      <w:r>
        <w:rPr>
          <w:rFonts w:ascii="Arial" w:hAnsi="Arial" w:cs="Arial" w:eastAsia="Arial"/>
          <w:b/>
          <w:color w:val="15131F"/>
          <w:sz w:val="22"/>
          <w:rtl/>
          <w:szCs w:val="22"/>
        </w:rPr>
        <w:t>3. اختر المدة</w:t>
      </w:r>
    </w:p>
    <w:p>
      <w:pPr>
        <w:spacing w:after="120"/>
        <w:bidi/>
        <w:jc w:val="right"/>
      </w:pPr>
      <w:r>
        <w:rPr>
          <w:rFonts w:ascii="Arial" w:hAnsi="Arial" w:cs="Arial" w:eastAsia="Arial"/>
          <w:b w:val="0"/>
          <w:color w:val="15131F"/>
          <w:sz w:val="21"/>
          <w:rtl/>
          <w:szCs w:val="21"/>
        </w:rPr>
        <w:t>جملة واحدة أو 30 ثانية قبل أن تعرفه، ودقيقتان بعد الاستكشاف، والبريد الإلكتروني في اليوم نفسه، والدردشة في موقعك.</w:t>
      </w:r>
    </w:p>
    <w:p>
      <w:pPr>
        <w:spacing w:after="40"/>
        <w:bidi/>
        <w:jc w:val="right"/>
      </w:pPr>
      <w:r>
        <w:rPr>
          <w:rFonts w:ascii="Arial" w:hAnsi="Arial" w:cs="Arial" w:eastAsia="Arial"/>
          <w:b/>
          <w:color w:val="15131F"/>
          <w:sz w:val="22"/>
          <w:rtl/>
          <w:szCs w:val="22"/>
        </w:rPr>
        <w:t>4. اطلب مرة واحدة، ثم توقف</w:t>
      </w:r>
    </w:p>
    <w:p>
      <w:pPr>
        <w:spacing w:after="120"/>
        <w:bidi/>
        <w:jc w:val="right"/>
      </w:pPr>
      <w:r>
        <w:rPr>
          <w:rFonts w:ascii="Arial" w:hAnsi="Arial" w:cs="Arial" w:eastAsia="Arial"/>
          <w:b w:val="0"/>
          <w:color w:val="15131F"/>
          <w:sz w:val="21"/>
          <w:rtl/>
          <w:szCs w:val="21"/>
        </w:rPr>
        <w:t>طلب واحد بيوم وساعة، ثم استمع. واحجز الخطوة التالية قبل انتهاء المكالمة.</w:t>
      </w:r>
    </w:p>
    <w:p>
      <w:pPr>
        <w:spacing w:after="40"/>
        <w:bidi/>
        <w:jc w:val="right"/>
      </w:pPr>
      <w:r>
        <w:rPr>
          <w:rFonts w:ascii="Arial" w:hAnsi="Arial" w:cs="Arial" w:eastAsia="Arial"/>
          <w:b/>
          <w:color w:val="15131F"/>
          <w:sz w:val="22"/>
          <w:rtl/>
          <w:szCs w:val="22"/>
        </w:rPr>
        <w:t>5. قيّم كل عرض</w:t>
      </w:r>
    </w:p>
    <w:p>
      <w:pPr>
        <w:spacing w:after="120"/>
        <w:bidi/>
        <w:jc w:val="right"/>
      </w:pPr>
      <w:r>
        <w:rPr>
          <w:rFonts w:ascii="Arial" w:hAnsi="Arial" w:cs="Arial" w:eastAsia="Arial"/>
          <w:b w:val="0"/>
          <w:color w:val="15131F"/>
          <w:sz w:val="21"/>
          <w:rtl/>
          <w:szCs w:val="21"/>
        </w:rPr>
        <w:t>سجّله في سجل العروض البيعية في Excel. وكل أسبوع، أصلح المعيار الذي يفوتك أكثر من غيره.</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تصل دردشات الموقع إلى «⁨Leads⁩». افتح العميل المحتمل وانقر «⁨Convert⁩»: ينشئ جهة الاتصال والشركة والصفقة.</w:t>
      </w:r>
    </w:p>
    <w:p>
      <w:pPr>
        <w:spacing w:after="60"/>
        <w:bidi/>
        <w:jc w:val="right"/>
      </w:pPr>
      <w:r>
        <w:rPr>
          <w:rFonts w:ascii="Arial" w:hAnsi="Arial" w:cs="Arial" w:eastAsia="Arial"/>
          <w:b w:val="0"/>
          <w:color w:val="15131F"/>
          <w:sz w:val="21"/>
          <w:rtl/>
          <w:szCs w:val="21"/>
        </w:rPr>
        <w:t>2. في «⁨Deals⁩»، استخدم «⁨New pipeline⁩» و«⁨Add stage⁩» لإضافة مرحلة مثل «اكتمل العرض البيعي». واكتب كلمات المشتري وأرقامه في «⁨Notes⁩» الخاصة بالصفقة.</w:t>
      </w:r>
    </w:p>
    <w:p>
      <w:pPr>
        <w:spacing w:after="60"/>
        <w:bidi/>
        <w:jc w:val="right"/>
      </w:pPr>
      <w:r>
        <w:rPr>
          <w:rFonts w:ascii="Arial" w:hAnsi="Arial" w:cs="Arial" w:eastAsia="Arial"/>
          <w:b w:val="0"/>
          <w:color w:val="15131F"/>
          <w:sz w:val="21"/>
          <w:rtl/>
          <w:szCs w:val="21"/>
        </w:rPr>
        <w:t>3. حوّل الطلب إلى مهمة: في «⁨Tasks⁩»، انقر «⁨New Task⁩» واملأ «⁨Task title⁩» مثل «زيارة السطح: Pinecrest Auto Repair»، و«⁨Assignee⁩»، و«⁨Deadline⁩»، و«⁨Linked deal⁩». ويعرض «⁨My Tasks⁩» المهام في «⁨Due today⁩» و«⁨Overdue⁩».</w:t>
      </w:r>
    </w:p>
    <w:p>
      <w:pPr>
        <w:spacing w:after="60"/>
        <w:bidi/>
        <w:jc w:val="right"/>
      </w:pPr>
      <w:r>
        <w:rPr>
          <w:rFonts w:ascii="Arial" w:hAnsi="Arial" w:cs="Arial" w:eastAsia="Arial"/>
          <w:b w:val="0"/>
          <w:color w:val="15131F"/>
          <w:sz w:val="21"/>
          <w:rtl/>
          <w:szCs w:val="21"/>
        </w:rPr>
        <w:t>4. للعرض البيعي في الدردشة، افتح «⁨My Bots⁩»، واختر الروبوت، وفي تبويب «⁨Basics⁩» أضف ما تقدّمه والإثبات إلى «⁨Instructions⁩» و«⁨Knowledge Base⁩». انقر «⁨Save Bot⁩» واختبر باستخدام «⁨Try Bot⁩».</w:t>
      </w:r>
    </w:p>
    <w:p>
      <w:pPr>
        <w:spacing w:after="60"/>
        <w:bidi/>
        <w:jc w:val="right"/>
      </w:pPr>
      <w:r>
        <w:rPr>
          <w:rFonts w:ascii="Arial" w:hAnsi="Arial" w:cs="Arial" w:eastAsia="Arial"/>
          <w:b w:val="0"/>
          <w:color w:val="15131F"/>
          <w:sz w:val="21"/>
          <w:rtl/>
          <w:szCs w:val="21"/>
        </w:rPr>
        <w:t>5. في خطة Growth، احفظ العرض البيعي للدردشة في «⁨Settings⁩» ثم «⁨Saved Replies⁩» ثم «⁨New reply⁩»: «⁨Shortcut⁩» مثل /pitch، و«⁨Title⁩»، و«⁨Reply body⁩»، ثم «⁨Share with team⁩».</w:t>
      </w:r>
    </w:p>
    <w:p>
      <w:pPr>
        <w:spacing w:after="200"/>
        <w:bidi/>
        <w:jc w:val="right"/>
      </w:pPr>
      <w:r>
        <w:rPr>
          <w:rFonts w:ascii="Arial" w:hAnsi="Arial" w:cs="Arial" w:eastAsia="Arial"/>
          <w:b w:val="0"/>
          <w:color w:val="5D5A70"/>
          <w:sz w:val="21"/>
          <w:rtl/>
          <w:szCs w:val="21"/>
        </w:rPr>
        <w:t>لا يسجّل CRMsoftware.pro مكالماتك ولا يقيّمها، ولا يرسل رسائل العرض البيعي نيابةً عنك: ترسلها من بريدك الخاص وتقيّم كل عرض في سجل Excel. العملاء المحتملون، ومسار واحد، و«⁨Notes⁩»، والمهام الأساسية مجانية لـ3 مستخدمين. وتأتي عروض الأسعار («⁨Quotes⁩») للخطوة التالية مع خطة Launch، بسعر $19 شهرياً تُدفع سنوياً، و«⁨Saved Replies⁩» مع خطة Growth، بسعر $49 شهرياً تُدفع سنوياً.</w:t>
      </w:r>
    </w:p>
    <w:p>
      <w:pPr>
        <w:spacing w:after="80"/>
        <w:bidi/>
        <w:jc w:val="right"/>
      </w:pPr>
      <w:r>
        <w:rPr>
          <w:rFonts w:ascii="Arial" w:hAnsi="Arial" w:cs="Arial" w:eastAsia="Arial"/>
          <w:b/>
          <w:color w:val="15131F"/>
          <w:sz w:val="24"/>
          <w:rtl/>
          <w:szCs w:val="24"/>
        </w:rPr>
        <w:t>مراجعة أسبوعية للعروض، 15 دقيقة</w:t>
      </w:r>
    </w:p>
    <w:p>
      <w:pPr>
        <w:spacing w:after="60"/>
        <w:ind w:right="283"/>
        <w:bidi/>
        <w:jc w:val="right"/>
      </w:pPr>
      <w:r>
        <w:rPr>
          <w:rFonts w:ascii="Arial" w:hAnsi="Arial" w:cs="Arial" w:eastAsia="Arial"/>
          <w:b w:val="0"/>
          <w:color w:val="15131F"/>
          <w:sz w:val="21"/>
          <w:rtl/>
          <w:szCs w:val="21"/>
        </w:rPr>
        <w:t>• ما تصلحه في المرة القادمة: أي معيار يفوتك أكثر من غيره؟</w:t>
      </w:r>
    </w:p>
    <w:p>
      <w:pPr>
        <w:spacing w:after="60"/>
        <w:ind w:right="283"/>
        <w:bidi/>
        <w:jc w:val="right"/>
      </w:pPr>
      <w:r>
        <w:rPr>
          <w:rFonts w:ascii="Arial" w:hAnsi="Arial" w:cs="Arial" w:eastAsia="Arial"/>
          <w:b w:val="0"/>
          <w:color w:val="15131F"/>
          <w:sz w:val="21"/>
          <w:rtl/>
          <w:szCs w:val="21"/>
        </w:rPr>
        <w:t>• نسبة الخطوة التالية عند 4 من 4 مقابل 3 أو أقل.</w:t>
      </w:r>
    </w:p>
    <w:p>
      <w:pPr>
        <w:spacing w:after="60"/>
        <w:ind w:right="283"/>
        <w:bidi/>
        <w:jc w:val="right"/>
      </w:pPr>
      <w:r>
        <w:rPr>
          <w:rFonts w:ascii="Arial" w:hAnsi="Arial" w:cs="Arial" w:eastAsia="Arial"/>
          <w:b w:val="0"/>
          <w:color w:val="15131F"/>
          <w:sz w:val="21"/>
          <w:rtl/>
          <w:szCs w:val="21"/>
        </w:rPr>
        <w:t>• بعض دردشات وكيل الذكاء الاصطناعي في «⁨Live Support⁩»: ما تقدّمه نفسه، والإثبات نفسه، ولا أرقام مختلقة.</w:t>
      </w:r>
    </w:p>
    <w:p>
      <w:pPr>
        <w:spacing w:after="60"/>
        <w:ind w:right="283"/>
        <w:bidi/>
        <w:jc w:val="right"/>
      </w:pPr>
      <w:r>
        <w:rPr>
          <w:rFonts w:ascii="Arial" w:hAnsi="Arial" w:cs="Arial" w:eastAsia="Arial"/>
          <w:b w:val="0"/>
          <w:color w:val="15131F"/>
          <w:sz w:val="21"/>
          <w:rtl/>
          <w:szCs w:val="21"/>
        </w:rPr>
        <w:t>• كل صفقة مفتوحة بعد عرض بيعي لها مهمة واحدة مع «⁨Deadline⁩».</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https://crmsoftware.pro/ar/templates/sales-pitch-templates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قوالب وأمثلة العرض البيعي</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