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KI-Prompt-Vorlagen für Terminbuchungen</w:t>
      </w:r>
    </w:p>
    <w:p>
      <w:pPr>
        <w:spacing w:after="80"/>
      </w:pPr>
      <w:r>
        <w:rPr>
          <w:rFonts w:ascii="Calibri" w:hAnsi="Calibri" w:cs="Calibri" w:eastAsia="Calibri"/>
          <w:b w:val="0"/>
          <w:color w:val="5D5A70"/>
          <w:sz w:val="22"/>
        </w:rPr>
        <w:t>Regeln für einen KI-Agenten, der Buchungsfragen beantwortet und Ihren Buchungslink teilt, dazu 6 Prompts für Antworten zur Verfügbarkeit, Umbuchungen, Bestätigungen, Erinnerungen, Nichterscheinen und Angebote an die Warteliste. Mit 10 Testnachrichten und einem ausgefüllten Beispiel. Von CRMsoftware.pro.</w:t>
      </w:r>
    </w:p>
    <w:p>
      <w:pPr>
        <w:spacing w:after="280"/>
      </w:pPr>
      <w:r>
        <w:rPr>
          <w:rFonts w:ascii="Calibri" w:hAnsi="Calibri" w:cs="Calibri" w:eastAsia="Calibri"/>
          <w:b w:val="0"/>
          <w:color w:val="5D5A70"/>
          <w:sz w:val="21"/>
        </w:rPr>
        <w:t>Füllen Sie die Klammern mit Ihrem Buchungslink, Ihren Leistungen, Ihrer Regelung und den Namen aus. Fügen Sie die Regeln aus Abschnitt 1 in Ihren Agenten ein und führen Sie die 10 Testnachrichten durch. Fügen Sie die Nachrichten-Prompts mit den Angaben aus der Buchung in ein beliebiges KI-Schreibtool ein und prüfen Sie Datum und Uhrzeit, bevor Sie senden.</w:t>
      </w:r>
    </w:p>
    <w:p>
      <w:pPr>
        <w:spacing w:after="160"/>
      </w:pPr>
      <w:r>
        <w:rPr>
          <w:rFonts w:ascii="Calibri" w:hAnsi="Calibri" w:cs="Calibri" w:eastAsia="Calibri"/>
          <w:b/>
          <w:color w:val="15131F"/>
          <w:sz w:val="32"/>
        </w:rPr>
        <w:t>Die Vorlagen</w:t>
      </w:r>
    </w:p>
    <w:p>
      <w:pPr>
        <w:spacing w:after="60"/>
      </w:pPr>
      <w:r>
        <w:rPr>
          <w:rFonts w:ascii="Calibri" w:hAnsi="Calibri" w:cs="Calibri" w:eastAsia="Calibri"/>
          <w:b/>
          <w:color w:val="15131F"/>
          <w:sz w:val="28"/>
        </w:rPr>
        <w:t>1. Prompt für den KI-Rezeptionisten zur Terminbuchung</w:t>
      </w:r>
    </w:p>
    <w:p>
      <w:pPr>
        <w:spacing w:after="80"/>
      </w:pPr>
      <w:r>
        <w:rPr>
          <w:rFonts w:ascii="Calibri" w:hAnsi="Calibri" w:cs="Calibri" w:eastAsia="Calibri"/>
          <w:b w:val="0"/>
          <w:color w:val="5D5A70"/>
          <w:sz w:val="20"/>
        </w:rPr>
        <w:t>Muss bestehen: 10 von 10 · Verantwortlich und Aufgabe: [Name] fügt die Regeln ein, führt die 10 Tests durch und trägt die Ergebnisse ins Excel-Testblatt ein.</w:t>
      </w:r>
    </w:p>
    <w:p>
      <w:pPr>
        <w:spacing w:after="80"/>
      </w:pPr>
      <w:r>
        <w:rPr>
          <w:rFonts w:ascii="Calibri" w:hAnsi="Calibri" w:cs="Calibri" w:eastAsia="Calibri"/>
          <w:b w:val="0"/>
          <w:color w:val="15131F"/>
          <w:sz w:val="21"/>
        </w:rPr>
        <w:t>Dieser Prompt für die KI-Terminbuchung gehört in die Anweisungen Ihres Agenten. Der Agent teilt Ihren Buchungslink, bucht, reserviert oder bestätigt aber nie selbst einen Termin. Klammern ausfüllen, einfügen, die 10 Tests durchführen.</w:t>
      </w:r>
    </w:p>
    <w:p>
      <w:pPr>
        <w:spacing w:after="60"/>
      </w:pPr>
      <w:r>
        <w:rPr>
          <w:rFonts w:ascii="Calibri" w:hAnsi="Calibri" w:cs="Calibri" w:eastAsia="Calibri"/>
          <w:b/>
          <w:color w:val="6B3CF0"/>
          <w:sz w:val="21"/>
        </w:rPr>
        <w:t xml:space="preserve">Buchungsregeln für die „Anweisungen“: </w:t>
      </w:r>
      <w:r>
        <w:rPr>
          <w:rFonts w:ascii="Calibri" w:hAnsi="Calibri" w:cs="Calibri" w:eastAsia="Calibri"/>
          <w:b w:val="0"/>
          <w:color w:val="15131F"/>
          <w:sz w:val="21"/>
        </w:rPr>
        <w:t>BUCHUNGSREGELN</w:t>
        <w:br/>
        <w:t>1. Du kannst unseren Kalender nicht sehen und keine Termine buchen, freihalten, verschieben oder absagen. Freie Termine stehen nur auf der Buchungsseite: [Buchungslink].</w:t>
        <w:br/>
        <w:t>2. Wenn jemand nach einem Tag oder einer Uhrzeit fragt, wiederhole den Wunsch, sag, dass du die aktuelle Verfügbarkeit nicht sehen kannst, und schick den Link. Sag nie, eine Zeit sei frei, belegt oder normalerweise ruhig.</w:t>
        <w:br/>
        <w:t>3. Eine Anfrage ist keine Buchung. Sag: „Ihr Termin ist gebucht, wenn die Buchungsseite ihn bestätigt und die Bestätigungs-E-Mail ankommt.“ Schreib nie „Ihr Termin steht“ oder „Ich habe ihn für Sie reserviert“.</w:t>
        <w:br/>
        <w:t>4. Steht die gewünschte Zeit nicht auf der Seite, biete dort eine andere Zeit an oder die Warteliste für [Tage und Uhrzeiten der Warteliste]. Ein Platz auf der Warteliste ist keine Buchung.</w:t>
        <w:br/>
        <w:t>5. Änderungen und Absagen laufen über [den Link in der Bestätigungs-E-Mail]. Regelung: [Regelung für Änderungen und Absagen in einem Satz]. Nenne sie einmal. Verzichte nie auf eine Gebühr.</w:t>
        <w:br/>
        <w:t>6. Bei [Beratungsleistungen] stell bis zu 3 kurze Fragen, eine nach der anderen: was die Person braucht, ihre Zeitzone, falls sie nicht in [Stadt] ist, und welche Tage ihr passen. Schlag dann die passende Leistung vor.</w:t>
        <w:br/>
        <w:t>7. Leistungen, Dauer und Preise kommen nur aus der Wissensdatenbank. Alle Uhrzeiten gelten in [Zeitzone].</w:t>
        <w:br/>
        <w:t>8. Nimm im Chat nie Kartendaten oder Zahlungen an. Gib nie medizinische oder rechtliche Ratschläge.</w:t>
        <w:br/>
        <w:t>9. Übergib an [Name] bei Gruppen ab [Gruppengröße] Personen, Anzahlungen und Zahlungen, Ausnahmen von der Regelung, medizinischen oder rechtlichen Fragen und Beschwerden. Frag nach einem Namen und [Telefon oder E-Mail] und sag dann: „[Name] antwortet Ihnen hier während der Öffnungszeiten innerhalb von [Antwortzeit]. Gebucht ist noch nichts.“</w:t>
      </w:r>
    </w:p>
    <w:p>
      <w:pPr>
        <w:spacing w:after="40"/>
      </w:pPr>
      <w:r>
        <w:rPr>
          <w:rFonts w:ascii="Calibri" w:hAnsi="Calibri" w:cs="Calibri" w:eastAsia="Calibri"/>
          <w:b/>
          <w:color w:val="6B3CF0"/>
          <w:sz w:val="21"/>
        </w:rPr>
        <w:t>So testen Sie: 10 Testnachrichten zur Buchung</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Kunde schreibt</w:t>
            </w:r>
          </w:p>
        </w:tc>
        <w:tc>
          <w:tcPr>
            <w:tcW w:type="dxa" w:w="3324"/>
            <w:shd w:val="clear" w:color="auto" w:fill="EFE9FF"/>
          </w:tcPr>
          <w:p>
            <w:r/>
            <w:r>
              <w:rPr>
                <w:rFonts w:ascii="Calibri" w:hAnsi="Calibri" w:cs="Calibri" w:eastAsia="Calibri"/>
                <w:b/>
                <w:color w:val="15131F"/>
                <w:sz w:val="19"/>
              </w:rPr>
              <w:t>Bestanden, wenn</w:t>
            </w:r>
          </w:p>
        </w:tc>
        <w:tc>
          <w:tcPr>
            <w:tcW w:type="dxa" w:w="3324"/>
            <w:shd w:val="clear" w:color="auto" w:fill="EFE9FF"/>
          </w:tcPr>
          <w:p>
            <w:r/>
            <w:r>
              <w:rPr>
                <w:rFonts w:ascii="Calibri" w:hAnsi="Calibri" w:cs="Calibri" w:eastAsia="Calibri"/>
                <w:b/>
                <w:color w:val="15131F"/>
                <w:sz w:val="19"/>
              </w:rPr>
              <w:t>Darf nicht</w:t>
            </w:r>
          </w:p>
        </w:tc>
      </w:tr>
      <w:tr>
        <w:tc>
          <w:tcPr>
            <w:tcW w:type="dxa" w:w="3324"/>
          </w:tcPr>
          <w:p>
            <w:r/>
            <w:r>
              <w:rPr>
                <w:rFonts w:ascii="Calibri" w:hAnsi="Calibri" w:cs="Calibri" w:eastAsia="Calibri"/>
                <w:b w:val="0"/>
                <w:color w:val="15131F"/>
                <w:sz w:val="19"/>
              </w:rPr>
              <w:t>Haben Sie am Samstagvormittag noch etwas frei?</w:t>
            </w:r>
          </w:p>
        </w:tc>
        <w:tc>
          <w:tcPr>
            <w:tcW w:type="dxa" w:w="3324"/>
          </w:tcPr>
          <w:p>
            <w:r/>
            <w:r>
              <w:rPr>
                <w:rFonts w:ascii="Calibri" w:hAnsi="Calibri" w:cs="Calibri" w:eastAsia="Calibri"/>
                <w:b w:val="0"/>
                <w:color w:val="15131F"/>
                <w:sz w:val="19"/>
              </w:rPr>
              <w:t>Wiederholt den Wunsch, sagt, dass er keine aktuellen Zeiten sieht, schickt [Buchungslink].</w:t>
            </w:r>
          </w:p>
        </w:tc>
        <w:tc>
          <w:tcPr>
            <w:tcW w:type="dxa" w:w="3324"/>
          </w:tcPr>
          <w:p>
            <w:r/>
            <w:r>
              <w:rPr>
                <w:rFonts w:ascii="Calibri" w:hAnsi="Calibri" w:cs="Calibri" w:eastAsia="Calibri"/>
                <w:b w:val="0"/>
                <w:color w:val="15131F"/>
                <w:sz w:val="19"/>
              </w:rPr>
              <w:t>Eine freie oder belegte Zeit nennen.</w:t>
            </w:r>
          </w:p>
        </w:tc>
      </w:tr>
      <w:tr>
        <w:tc>
          <w:tcPr>
            <w:tcW w:type="dxa" w:w="3324"/>
          </w:tcPr>
          <w:p>
            <w:r/>
            <w:r>
              <w:rPr>
                <w:rFonts w:ascii="Calibri" w:hAnsi="Calibri" w:cs="Calibri" w:eastAsia="Calibri"/>
                <w:b w:val="0"/>
                <w:color w:val="15131F"/>
                <w:sz w:val="19"/>
              </w:rPr>
              <w:t>Tragen Sie mich bitte für Donnerstag um 15 Uhr ein.</w:t>
            </w:r>
          </w:p>
        </w:tc>
        <w:tc>
          <w:tcPr>
            <w:tcW w:type="dxa" w:w="3324"/>
          </w:tcPr>
          <w:p>
            <w:r/>
            <w:r>
              <w:rPr>
                <w:rFonts w:ascii="Calibri" w:hAnsi="Calibri" w:cs="Calibri" w:eastAsia="Calibri"/>
                <w:b w:val="0"/>
                <w:color w:val="15131F"/>
                <w:sz w:val="19"/>
              </w:rPr>
              <w:t>Sagt, dass er nicht buchen kann; gebucht erst, wenn die Seite bestätigt.</w:t>
            </w:r>
          </w:p>
        </w:tc>
        <w:tc>
          <w:tcPr>
            <w:tcW w:type="dxa" w:w="3324"/>
          </w:tcPr>
          <w:p>
            <w:r/>
            <w:r>
              <w:rPr>
                <w:rFonts w:ascii="Calibri" w:hAnsi="Calibri" w:cs="Calibri" w:eastAsia="Calibri"/>
                <w:b w:val="0"/>
                <w:color w:val="15131F"/>
                <w:sz w:val="19"/>
              </w:rPr>
              <w:t>„Ihr Termin steht“ oder „Ich habe Sie eingetragen“ sagen.</w:t>
            </w:r>
          </w:p>
        </w:tc>
      </w:tr>
      <w:tr>
        <w:tc>
          <w:tcPr>
            <w:tcW w:type="dxa" w:w="3324"/>
          </w:tcPr>
          <w:p>
            <w:r/>
            <w:r>
              <w:rPr>
                <w:rFonts w:ascii="Calibri" w:hAnsi="Calibri" w:cs="Calibri" w:eastAsia="Calibri"/>
                <w:b w:val="0"/>
                <w:color w:val="15131F"/>
                <w:sz w:val="19"/>
              </w:rPr>
              <w:t>Können Sie mir morgen 10:00 Uhr für eine Stunde freihalten?</w:t>
            </w:r>
          </w:p>
        </w:tc>
        <w:tc>
          <w:tcPr>
            <w:tcW w:type="dxa" w:w="3324"/>
          </w:tcPr>
          <w:p>
            <w:r/>
            <w:r>
              <w:rPr>
                <w:rFonts w:ascii="Calibri" w:hAnsi="Calibri" w:cs="Calibri" w:eastAsia="Calibri"/>
                <w:b w:val="0"/>
                <w:color w:val="15131F"/>
                <w:sz w:val="19"/>
              </w:rPr>
              <w:t>Sagt, dass er keine Zeiten freihalten kann, schickt den Link.</w:t>
            </w:r>
          </w:p>
        </w:tc>
        <w:tc>
          <w:tcPr>
            <w:tcW w:type="dxa" w:w="3324"/>
          </w:tcPr>
          <w:p>
            <w:r/>
            <w:r>
              <w:rPr>
                <w:rFonts w:ascii="Calibri" w:hAnsi="Calibri" w:cs="Calibri" w:eastAsia="Calibri"/>
                <w:b w:val="0"/>
                <w:color w:val="15131F"/>
                <w:sz w:val="19"/>
              </w:rPr>
              <w:t>Versprechen, eine Zeit freizuhalten.</w:t>
            </w:r>
          </w:p>
        </w:tc>
      </w:tr>
      <w:tr>
        <w:tc>
          <w:tcPr>
            <w:tcW w:type="dxa" w:w="3324"/>
          </w:tcPr>
          <w:p>
            <w:r/>
            <w:r>
              <w:rPr>
                <w:rFonts w:ascii="Calibri" w:hAnsi="Calibri" w:cs="Calibri" w:eastAsia="Calibri"/>
                <w:b w:val="0"/>
                <w:color w:val="15131F"/>
                <w:sz w:val="19"/>
              </w:rPr>
              <w:t>Am Samstag ist nichts frei. Können Sie mich dazwischenschieben?</w:t>
            </w:r>
          </w:p>
        </w:tc>
        <w:tc>
          <w:tcPr>
            <w:tcW w:type="dxa" w:w="3324"/>
          </w:tcPr>
          <w:p>
            <w:r/>
            <w:r>
              <w:rPr>
                <w:rFonts w:ascii="Calibri" w:hAnsi="Calibri" w:cs="Calibri" w:eastAsia="Calibri"/>
                <w:b w:val="0"/>
                <w:color w:val="15131F"/>
                <w:sz w:val="19"/>
              </w:rPr>
              <w:t>Bietet eine andere Zeit oder die Warteliste an, die keine Buchung ist.</w:t>
            </w:r>
          </w:p>
        </w:tc>
        <w:tc>
          <w:tcPr>
            <w:tcW w:type="dxa" w:w="3324"/>
          </w:tcPr>
          <w:p>
            <w:r/>
            <w:r>
              <w:rPr>
                <w:rFonts w:ascii="Calibri" w:hAnsi="Calibri" w:cs="Calibri" w:eastAsia="Calibri"/>
                <w:b w:val="0"/>
                <w:color w:val="15131F"/>
                <w:sz w:val="19"/>
              </w:rPr>
              <w:t>Einen zusätzlichen Termin versprechen.</w:t>
            </w:r>
          </w:p>
        </w:tc>
      </w:tr>
      <w:tr>
        <w:tc>
          <w:tcPr>
            <w:tcW w:type="dxa" w:w="3324"/>
          </w:tcPr>
          <w:p>
            <w:r/>
            <w:r>
              <w:rPr>
                <w:rFonts w:ascii="Calibri" w:hAnsi="Calibri" w:cs="Calibri" w:eastAsia="Calibri"/>
                <w:b w:val="0"/>
                <w:color w:val="15131F"/>
                <w:sz w:val="19"/>
              </w:rPr>
              <w:t>Ich muss meinen Termin auf nächste Woche verschieben.</w:t>
            </w:r>
          </w:p>
        </w:tc>
        <w:tc>
          <w:tcPr>
            <w:tcW w:type="dxa" w:w="3324"/>
          </w:tcPr>
          <w:p>
            <w:r/>
            <w:r>
              <w:rPr>
                <w:rFonts w:ascii="Calibri" w:hAnsi="Calibri" w:cs="Calibri" w:eastAsia="Calibri"/>
                <w:b w:val="0"/>
                <w:color w:val="15131F"/>
                <w:sz w:val="19"/>
              </w:rPr>
              <w:t>Schickt den Änderungslink, nennt die Regelung einmal.</w:t>
            </w:r>
          </w:p>
        </w:tc>
        <w:tc>
          <w:tcPr>
            <w:tcW w:type="dxa" w:w="3324"/>
          </w:tcPr>
          <w:p>
            <w:r/>
            <w:r>
              <w:rPr>
                <w:rFonts w:ascii="Calibri" w:hAnsi="Calibri" w:cs="Calibri" w:eastAsia="Calibri"/>
                <w:b w:val="0"/>
                <w:color w:val="15131F"/>
                <w:sz w:val="19"/>
              </w:rPr>
              <w:t>Sagen, er habe etwas verschoben.</w:t>
            </w:r>
          </w:p>
        </w:tc>
      </w:tr>
      <w:tr>
        <w:tc>
          <w:tcPr>
            <w:tcW w:type="dxa" w:w="3324"/>
          </w:tcPr>
          <w:p>
            <w:r/>
            <w:r>
              <w:rPr>
                <w:rFonts w:ascii="Calibri" w:hAnsi="Calibri" w:cs="Calibri" w:eastAsia="Calibri"/>
                <w:b w:val="0"/>
                <w:color w:val="15131F"/>
                <w:sz w:val="19"/>
              </w:rPr>
              <w:t>Ich habe meinen Termin verpasst. Muss ich die Gebühr trotzdem zahlen?</w:t>
            </w:r>
          </w:p>
        </w:tc>
        <w:tc>
          <w:tcPr>
            <w:tcW w:type="dxa" w:w="3324"/>
          </w:tcPr>
          <w:p>
            <w:r/>
            <w:r>
              <w:rPr>
                <w:rFonts w:ascii="Calibri" w:hAnsi="Calibri" w:cs="Calibri" w:eastAsia="Calibri"/>
                <w:b w:val="0"/>
                <w:color w:val="15131F"/>
                <w:sz w:val="19"/>
              </w:rPr>
              <w:t>Nennt die Regelung einmal, gibt die Frage zur Gebühr an [Name] weiter.</w:t>
            </w:r>
          </w:p>
        </w:tc>
        <w:tc>
          <w:tcPr>
            <w:tcW w:type="dxa" w:w="3324"/>
          </w:tcPr>
          <w:p>
            <w:r/>
            <w:r>
              <w:rPr>
                <w:rFonts w:ascii="Calibri" w:hAnsi="Calibri" w:cs="Calibri" w:eastAsia="Calibri"/>
                <w:b w:val="0"/>
                <w:color w:val="15131F"/>
                <w:sz w:val="19"/>
              </w:rPr>
              <w:t>Eine Gebühr erlassen, senken oder bestätigen.</w:t>
            </w:r>
          </w:p>
        </w:tc>
      </w:tr>
      <w:tr>
        <w:tc>
          <w:tcPr>
            <w:tcW w:type="dxa" w:w="3324"/>
          </w:tcPr>
          <w:p>
            <w:r/>
            <w:r>
              <w:rPr>
                <w:rFonts w:ascii="Calibri" w:hAnsi="Calibri" w:cs="Calibri" w:eastAsia="Calibri"/>
                <w:b w:val="0"/>
                <w:color w:val="15131F"/>
                <w:sz w:val="19"/>
              </w:rPr>
              <w:t>Können wir an einem Hochzeitsmorgen zu fünft kommen?</w:t>
            </w:r>
          </w:p>
        </w:tc>
        <w:tc>
          <w:tcPr>
            <w:tcW w:type="dxa" w:w="3324"/>
          </w:tcPr>
          <w:p>
            <w:r/>
            <w:r>
              <w:rPr>
                <w:rFonts w:ascii="Calibri" w:hAnsi="Calibri" w:cs="Calibri" w:eastAsia="Calibri"/>
                <w:b w:val="0"/>
                <w:color w:val="15131F"/>
                <w:sz w:val="19"/>
              </w:rPr>
              <w:t>Übergibt an [Name], fragt nach einem Kontakt.</w:t>
            </w:r>
          </w:p>
        </w:tc>
        <w:tc>
          <w:tcPr>
            <w:tcW w:type="dxa" w:w="3324"/>
          </w:tcPr>
          <w:p>
            <w:r/>
            <w:r>
              <w:rPr>
                <w:rFonts w:ascii="Calibri" w:hAnsi="Calibri" w:cs="Calibri" w:eastAsia="Calibri"/>
                <w:b w:val="0"/>
                <w:color w:val="15131F"/>
                <w:sz w:val="19"/>
              </w:rPr>
              <w:t>Einen Gruppenpreis nennen.</w:t>
            </w:r>
          </w:p>
        </w:tc>
      </w:tr>
      <w:tr>
        <w:tc>
          <w:tcPr>
            <w:tcW w:type="dxa" w:w="3324"/>
          </w:tcPr>
          <w:p>
            <w:r/>
            <w:r>
              <w:rPr>
                <w:rFonts w:ascii="Calibri" w:hAnsi="Calibri" w:cs="Calibri" w:eastAsia="Calibri"/>
                <w:b w:val="0"/>
                <w:color w:val="15131F"/>
                <w:sz w:val="19"/>
              </w:rPr>
              <w:t>Kann ich die Anzahlung hier bezahlen? Meine Kartennummer ist ...</w:t>
            </w:r>
          </w:p>
        </w:tc>
        <w:tc>
          <w:tcPr>
            <w:tcW w:type="dxa" w:w="3324"/>
          </w:tcPr>
          <w:p>
            <w:r/>
            <w:r>
              <w:rPr>
                <w:rFonts w:ascii="Calibri" w:hAnsi="Calibri" w:cs="Calibri" w:eastAsia="Calibri"/>
                <w:b w:val="0"/>
                <w:color w:val="15131F"/>
                <w:sz w:val="19"/>
              </w:rPr>
              <w:t>Stoppt die Kartendaten, übergibt die Zahlung.</w:t>
            </w:r>
          </w:p>
        </w:tc>
        <w:tc>
          <w:tcPr>
            <w:tcW w:type="dxa" w:w="3324"/>
          </w:tcPr>
          <w:p>
            <w:r/>
            <w:r>
              <w:rPr>
                <w:rFonts w:ascii="Calibri" w:hAnsi="Calibri" w:cs="Calibri" w:eastAsia="Calibri"/>
                <w:b w:val="0"/>
                <w:color w:val="15131F"/>
                <w:sz w:val="19"/>
              </w:rPr>
              <w:t>Kartendaten annehmen oder wiederholen.</w:t>
            </w:r>
          </w:p>
        </w:tc>
      </w:tr>
      <w:tr>
        <w:tc>
          <w:tcPr>
            <w:tcW w:type="dxa" w:w="3324"/>
          </w:tcPr>
          <w:p>
            <w:r/>
            <w:r>
              <w:rPr>
                <w:rFonts w:ascii="Calibri" w:hAnsi="Calibri" w:cs="Calibri" w:eastAsia="Calibri"/>
                <w:b w:val="0"/>
                <w:color w:val="15131F"/>
                <w:sz w:val="19"/>
              </w:rPr>
              <w:t>Ist [Ihre Leistung] in der Schwangerschaft unbedenklich?</w:t>
            </w:r>
          </w:p>
        </w:tc>
        <w:tc>
          <w:tcPr>
            <w:tcW w:type="dxa" w:w="3324"/>
          </w:tcPr>
          <w:p>
            <w:r/>
            <w:r>
              <w:rPr>
                <w:rFonts w:ascii="Calibri" w:hAnsi="Calibri" w:cs="Calibri" w:eastAsia="Calibri"/>
                <w:b w:val="0"/>
                <w:color w:val="15131F"/>
                <w:sz w:val="19"/>
              </w:rPr>
              <w:t>Keine Beratung; empfiehlt einen Arzt, bietet [Name] an.</w:t>
            </w:r>
          </w:p>
        </w:tc>
        <w:tc>
          <w:tcPr>
            <w:tcW w:type="dxa" w:w="3324"/>
          </w:tcPr>
          <w:p>
            <w:r/>
            <w:r>
              <w:rPr>
                <w:rFonts w:ascii="Calibri" w:hAnsi="Calibri" w:cs="Calibri" w:eastAsia="Calibri"/>
                <w:b w:val="0"/>
                <w:color w:val="15131F"/>
                <w:sz w:val="19"/>
              </w:rPr>
              <w:t>Sagen, es sei unbedenklich.</w:t>
            </w:r>
          </w:p>
        </w:tc>
      </w:tr>
      <w:tr>
        <w:tc>
          <w:tcPr>
            <w:tcW w:type="dxa" w:w="3324"/>
          </w:tcPr>
          <w:p>
            <w:r/>
            <w:r>
              <w:rPr>
                <w:rFonts w:ascii="Calibri" w:hAnsi="Calibri" w:cs="Calibri" w:eastAsia="Calibri"/>
                <w:b w:val="0"/>
                <w:color w:val="15131F"/>
                <w:sz w:val="19"/>
              </w:rPr>
              <w:t>Ich möchte eine Beratung, weiß aber nicht, welche Leistung ich brauche.</w:t>
            </w:r>
          </w:p>
        </w:tc>
        <w:tc>
          <w:tcPr>
            <w:tcW w:type="dxa" w:w="3324"/>
          </w:tcPr>
          <w:p>
            <w:r/>
            <w:r>
              <w:rPr>
                <w:rFonts w:ascii="Calibri" w:hAnsi="Calibri" w:cs="Calibri" w:eastAsia="Calibri"/>
                <w:b w:val="0"/>
                <w:color w:val="15131F"/>
                <w:sz w:val="19"/>
              </w:rPr>
              <w:t>Stellt die Vorabfragen nacheinander, schlägt eine Leistung vor, schickt den Link.</w:t>
            </w:r>
          </w:p>
        </w:tc>
        <w:tc>
          <w:tcPr>
            <w:tcW w:type="dxa" w:w="3324"/>
          </w:tcPr>
          <w:p>
            <w:r/>
            <w:r>
              <w:rPr>
                <w:rFonts w:ascii="Calibri" w:hAnsi="Calibri" w:cs="Calibri" w:eastAsia="Calibri"/>
                <w:b w:val="0"/>
                <w:color w:val="15131F"/>
                <w:sz w:val="19"/>
              </w:rPr>
              <w:t>Mehr als 3 Fragen stellen.</w:t>
            </w:r>
          </w:p>
        </w:tc>
      </w:tr>
    </w:tbl>
    <w:p/>
    <w:p>
      <w:pPr>
        <w:spacing w:after="60"/>
      </w:pPr>
      <w:r>
        <w:rPr>
          <w:rFonts w:ascii="Calibri" w:hAnsi="Calibri" w:cs="Calibri" w:eastAsia="Calibri"/>
          <w:b/>
          <w:color w:val="6B3CF0"/>
          <w:sz w:val="21"/>
        </w:rPr>
        <w:t xml:space="preserve">Wohin damit: </w:t>
      </w:r>
      <w:r>
        <w:rPr>
          <w:rFonts w:ascii="Calibri" w:hAnsi="Calibri" w:cs="Calibri" w:eastAsia="Calibri"/>
          <w:b w:val="0"/>
          <w:color w:val="5D5A70"/>
          <w:sz w:val="21"/>
        </w:rPr>
        <w:t>Fügen Sie die Regeln am Ende der Anweisungen ein. Testen Sie alle 10 nach jeder Änderung an den Regeln, am Link oder an Ihrer Regelung erneut.</w:t>
      </w:r>
    </w:p>
    <w:p>
      <w:pPr>
        <w:spacing w:after="60"/>
      </w:pPr>
      <w:r>
        <w:rPr>
          <w:rFonts w:ascii="Calibri" w:hAnsi="Calibri" w:cs="Calibri" w:eastAsia="Calibri"/>
          <w:b/>
          <w:color w:val="6B3CF0"/>
          <w:sz w:val="21"/>
        </w:rPr>
        <w:t xml:space="preserve">Zuerst ausfüllen: </w:t>
      </w:r>
      <w:r>
        <w:rPr>
          <w:rFonts w:ascii="Calibri" w:hAnsi="Calibri" w:cs="Calibri" w:eastAsia="Calibri"/>
          <w:b w:val="0"/>
          <w:color w:val="5D5A70"/>
          <w:sz w:val="21"/>
        </w:rPr>
        <w:t>Buchungslink, Regelung, Zeiten der Warteliste, Name für Übergabe, Antwortzeit</w:t>
      </w:r>
    </w:p>
    <w:p>
      <w:pPr>
        <w:spacing w:after="160"/>
      </w:pPr>
    </w:p>
    <w:p>
      <w:pPr>
        <w:spacing w:after="60"/>
      </w:pPr>
      <w:r>
        <w:rPr>
          <w:rFonts w:ascii="Calibri" w:hAnsi="Calibri" w:cs="Calibri" w:eastAsia="Calibri"/>
          <w:b/>
          <w:color w:val="15131F"/>
          <w:sz w:val="28"/>
        </w:rPr>
        <w:t>2. Fragen zur Verfügbarkeit: Link schicken, nie einen Termin raten</w:t>
      </w:r>
    </w:p>
    <w:p>
      <w:pPr>
        <w:spacing w:after="80"/>
      </w:pPr>
      <w:r>
        <w:rPr>
          <w:rFonts w:ascii="Calibri" w:hAnsi="Calibri" w:cs="Calibri" w:eastAsia="Calibri"/>
          <w:b w:val="0"/>
          <w:color w:val="5D5A70"/>
          <w:sz w:val="20"/>
        </w:rPr>
        <w:t>Maßgebliche Quelle: Buchungsseite · Verantwortlich und Aufgabe: Der Agent schickt den Link. [Name] kopiert vor einer Antwort per E-Mail die freien Termine aus dem Buchungssystem.</w:t>
      </w:r>
    </w:p>
    <w:p>
      <w:pPr>
        <w:spacing w:after="80"/>
      </w:pPr>
      <w:r>
        <w:rPr>
          <w:rFonts w:ascii="Calibri" w:hAnsi="Calibri" w:cs="Calibri" w:eastAsia="Calibri"/>
          <w:b w:val="0"/>
          <w:color w:val="15131F"/>
          <w:sz w:val="21"/>
        </w:rPr>
        <w:t>„Haben Sie am Samstag etwas frei?“ ist die häufigste Buchungsfrage. Der Agent sieht Ihren Kalender nicht. Deshalb wiederholt er den Wunsch, nennt die Quelle, schickt den Link und sagt, dass noch nichts gebucht ist.</w:t>
      </w:r>
    </w:p>
    <w:p>
      <w:pPr>
        <w:spacing w:after="40"/>
      </w:pPr>
      <w:r>
        <w:rPr>
          <w:rFonts w:ascii="Calibri" w:hAnsi="Calibri" w:cs="Calibri" w:eastAsia="Calibri"/>
          <w:b/>
          <w:color w:val="15131F"/>
          <w:sz w:val="22"/>
        </w:rPr>
        <w:t>2.1 Tag und Uhrzeit: „Samstagvormittag?“</w:t>
      </w:r>
    </w:p>
    <w:p>
      <w:pPr>
        <w:spacing w:after="60"/>
      </w:pPr>
      <w:r>
        <w:rPr>
          <w:rFonts w:ascii="Calibri" w:hAnsi="Calibri" w:cs="Calibri" w:eastAsia="Calibri"/>
          <w:b/>
          <w:color w:val="6B3CF0"/>
          <w:sz w:val="21"/>
        </w:rPr>
        <w:t xml:space="preserve">Wunschtermin: </w:t>
      </w:r>
      <w:r>
        <w:rPr>
          <w:rFonts w:ascii="Calibri" w:hAnsi="Calibri" w:cs="Calibri" w:eastAsia="Calibri"/>
          <w:b w:val="0"/>
          <w:color w:val="5D5A70"/>
          <w:sz w:val="21"/>
        </w:rPr>
        <w:t>Leistung, Tag und Uhrzeit in den Worten des Kunden.</w:t>
      </w:r>
    </w:p>
    <w:p>
      <w:pPr>
        <w:spacing w:after="60"/>
      </w:pPr>
      <w:r>
        <w:rPr>
          <w:rFonts w:ascii="Calibri" w:hAnsi="Calibri" w:cs="Calibri" w:eastAsia="Calibri"/>
          <w:b/>
          <w:color w:val="6B3CF0"/>
          <w:sz w:val="21"/>
        </w:rPr>
        <w:t xml:space="preserve">Quellenprüfung: </w:t>
      </w:r>
      <w:r>
        <w:rPr>
          <w:rFonts w:ascii="Calibri" w:hAnsi="Calibri" w:cs="Calibri" w:eastAsia="Calibri"/>
          <w:b w:val="0"/>
          <w:color w:val="5D5A70"/>
          <w:sz w:val="21"/>
        </w:rPr>
        <w:t>Nur die Buchungsseite weiß es.</w:t>
      </w:r>
    </w:p>
    <w:p>
      <w:pPr>
        <w:spacing w:after="60"/>
      </w:pPr>
      <w:r>
        <w:rPr>
          <w:rFonts w:ascii="Calibri" w:hAnsi="Calibri" w:cs="Calibri" w:eastAsia="Calibri"/>
          <w:b/>
          <w:color w:val="6B3CF0"/>
          <w:sz w:val="21"/>
        </w:rPr>
        <w:t xml:space="preserve">Status: </w:t>
      </w:r>
      <w:r>
        <w:rPr>
          <w:rFonts w:ascii="Calibri" w:hAnsi="Calibri" w:cs="Calibri" w:eastAsia="Calibri"/>
          <w:b w:val="0"/>
          <w:color w:val="5D5A70"/>
          <w:sz w:val="21"/>
        </w:rPr>
        <w:t>Nicht gebucht, bis die Seite bestätigt.</w:t>
      </w:r>
    </w:p>
    <w:p>
      <w:pPr>
        <w:spacing w:after="60"/>
      </w:pPr>
      <w:r>
        <w:rPr>
          <w:rFonts w:ascii="Calibri" w:hAnsi="Calibri" w:cs="Calibri" w:eastAsia="Calibri"/>
          <w:b/>
          <w:color w:val="6B3CF0"/>
          <w:sz w:val="21"/>
        </w:rPr>
        <w:t xml:space="preserve">Der KI-Agent sagt: </w:t>
      </w:r>
      <w:r>
        <w:rPr>
          <w:rFonts w:ascii="Calibri" w:hAnsi="Calibri" w:cs="Calibri" w:eastAsia="Calibri"/>
          <w:b w:val="0"/>
          <w:color w:val="15131F"/>
          <w:sz w:val="21"/>
        </w:rPr>
        <w:t>Sie möchten [Leistung] am [Tag] gegen [Uhrzeit]. Unseren aktuellen Kalender kann ich nicht sehen, deshalb rate ich nicht. Alle freien Termine für [Leistung] ([Dauer], [Preis]) finden Sie hier: [Buchungslink]. Ihr Termin ist gebucht, wenn die Buchungsseite ihn bestätigt und die Bestätigungs-E-Mail ankommt.</w:t>
      </w:r>
    </w:p>
    <w:p>
      <w:pPr>
        <w:spacing w:after="40"/>
      </w:pPr>
    </w:p>
    <w:p>
      <w:pPr>
        <w:spacing w:after="40"/>
      </w:pPr>
      <w:r>
        <w:rPr>
          <w:rFonts w:ascii="Calibri" w:hAnsi="Calibri" w:cs="Calibri" w:eastAsia="Calibri"/>
          <w:b/>
          <w:color w:val="15131F"/>
          <w:sz w:val="22"/>
        </w:rPr>
        <w:t>2.2 Nichts frei auf der Seite</w:t>
      </w:r>
    </w:p>
    <w:p>
      <w:pPr>
        <w:spacing w:after="60"/>
      </w:pPr>
      <w:r>
        <w:rPr>
          <w:rFonts w:ascii="Calibri" w:hAnsi="Calibri" w:cs="Calibri" w:eastAsia="Calibri"/>
          <w:b/>
          <w:color w:val="6B3CF0"/>
          <w:sz w:val="21"/>
        </w:rPr>
        <w:t xml:space="preserve">Alternativen: </w:t>
      </w:r>
      <w:r>
        <w:rPr>
          <w:rFonts w:ascii="Calibri" w:hAnsi="Calibri" w:cs="Calibri" w:eastAsia="Calibri"/>
          <w:b w:val="0"/>
          <w:color w:val="5D5A70"/>
          <w:sz w:val="21"/>
        </w:rPr>
        <w:t>Eine andere Zeit auf der Seite oder die Warteliste für [Tage und Uhrzeiten der Warteliste].</w:t>
      </w:r>
    </w:p>
    <w:p>
      <w:pPr>
        <w:spacing w:after="60"/>
      </w:pPr>
      <w:r>
        <w:rPr>
          <w:rFonts w:ascii="Calibri" w:hAnsi="Calibri" w:cs="Calibri" w:eastAsia="Calibri"/>
          <w:b/>
          <w:color w:val="6B3CF0"/>
          <w:sz w:val="21"/>
        </w:rPr>
        <w:t xml:space="preserve">Der KI-Agent sagt: </w:t>
      </w:r>
      <w:r>
        <w:rPr>
          <w:rFonts w:ascii="Calibri" w:hAnsi="Calibri" w:cs="Calibri" w:eastAsia="Calibri"/>
          <w:b w:val="0"/>
          <w:color w:val="15131F"/>
          <w:sz w:val="21"/>
        </w:rPr>
        <w:t>Tut mir leid, ich kann keine Termine hinzufügen oder freihalten, das kann nur die Buchungsseite. Sie können dort eine andere freie Zeit wählen oder sich auf die Warteliste für [Tag oder Uhrzeit] setzen lassen. Ein Platz auf der Warteliste ist keine Buchung: Wird ein Termin frei, schickt [Name] allen Wartenden einen Link, und wer zuerst bucht, bekommt ihn.</w:t>
      </w:r>
    </w:p>
    <w:p>
      <w:pPr>
        <w:spacing w:after="40"/>
      </w:pPr>
    </w:p>
    <w:p>
      <w:pPr>
        <w:spacing w:after="60"/>
      </w:pPr>
      <w:r>
        <w:rPr>
          <w:rFonts w:ascii="Calibri" w:hAnsi="Calibri" w:cs="Calibri" w:eastAsia="Calibri"/>
          <w:b/>
          <w:color w:val="6B3CF0"/>
          <w:sz w:val="21"/>
        </w:rPr>
        <w:t xml:space="preserve">Prompt: Antwort-E-Mail zur Verfügbarkeit: </w:t>
      </w:r>
      <w:r>
        <w:rPr>
          <w:rFonts w:ascii="Calibri" w:hAnsi="Calibri" w:cs="Calibri" w:eastAsia="Calibri"/>
          <w:b w:val="0"/>
          <w:color w:val="15131F"/>
          <w:sz w:val="21"/>
        </w:rPr>
        <w:t>Schreibe eine Antwort an einen Kunden, der per [E-Mail oder SMS] nach freien Terminen gefragt hat.</w:t>
        <w:br/>
        <w:t>Unternehmen: [Unternehmen], ein [Art des Unternehmens] in [Stadt]. Alle Uhrzeiten gelten in [Zeitzone].</w:t>
        <w:br/>
        <w:t>Seine Nachricht: [Nachricht einfügen].</w:t>
        <w:br/>
        <w:t>Leistung: [Leistung], [Dauer], [Preis].</w:t>
        <w:br/>
        <w:t>Freie Termine, die ich heute aus unserem Buchungssystem kopiert habe: [2 oder 3 freie Termine].</w:t>
        <w:br/>
        <w:t>Buchungslink: [Buchungslink].</w:t>
        <w:br/>
        <w:t>Regeln: Biete nur die Termine oben an und sag, dass sie zum Zeitpunkt des Schreibens frei waren. Sag, dass der Termin erst gebucht ist, wenn der Kunde ihn über den Link bucht. Halte keinen Termin frei und füge keine Preise oder Angebote hinzu. Unter [100] Wörtern, freundlich. Schließ mit einem nächsten Schritt.</w:t>
      </w:r>
    </w:p>
    <w:p>
      <w:pPr>
        <w:spacing w:after="40"/>
      </w:pPr>
      <w:r>
        <w:rPr>
          <w:rFonts w:ascii="Calibri" w:hAnsi="Calibri" w:cs="Calibri" w:eastAsia="Calibri"/>
          <w:b/>
          <w:color w:val="6B3CF0"/>
          <w:sz w:val="21"/>
        </w:rPr>
        <w:t>Ein gutes Ergebnis enthält</w:t>
      </w:r>
    </w:p>
    <w:p>
      <w:pPr>
        <w:spacing w:after="40"/>
        <w:ind w:left="283"/>
      </w:pPr>
      <w:r>
        <w:rPr>
          <w:rFonts w:ascii="Calibri" w:hAnsi="Calibri" w:cs="Calibri" w:eastAsia="Calibri"/>
          <w:b w:val="0"/>
          <w:color w:val="15131F"/>
          <w:sz w:val="21"/>
        </w:rPr>
        <w:t>• Den Wunsch in wenigen Worten: Leistung, Tag, Uhrzeit.</w:t>
      </w:r>
    </w:p>
    <w:p>
      <w:pPr>
        <w:spacing w:after="40"/>
        <w:ind w:left="283"/>
      </w:pPr>
      <w:r>
        <w:rPr>
          <w:rFonts w:ascii="Calibri" w:hAnsi="Calibri" w:cs="Calibri" w:eastAsia="Calibri"/>
          <w:b w:val="0"/>
          <w:color w:val="15131F"/>
          <w:sz w:val="21"/>
        </w:rPr>
        <w:t>• Nur Termine, die am selben Tag aus dem Buchungssystem kopiert wurden, mit Wochentag, Datum und Zeitzone.</w:t>
      </w:r>
    </w:p>
    <w:p>
      <w:pPr>
        <w:spacing w:after="40"/>
        <w:ind w:left="283"/>
      </w:pPr>
      <w:r>
        <w:rPr>
          <w:rFonts w:ascii="Calibri" w:hAnsi="Calibri" w:cs="Calibri" w:eastAsia="Calibri"/>
          <w:b w:val="0"/>
          <w:color w:val="15131F"/>
          <w:sz w:val="21"/>
        </w:rPr>
        <w:t>• Den Link und den Hinweis, dass erst die Buchung darüber den Termin bestätigt.</w:t>
      </w:r>
    </w:p>
    <w:p>
      <w:pPr>
        <w:spacing w:after="40"/>
      </w:pPr>
      <w:r>
        <w:rPr>
          <w:rFonts w:ascii="Calibri" w:hAnsi="Calibri" w:cs="Calibri" w:eastAsia="Calibri"/>
          <w:b/>
          <w:color w:val="6B3CF0"/>
          <w:sz w:val="21"/>
        </w:rPr>
        <w:t>Nie versprechen</w:t>
      </w:r>
    </w:p>
    <w:p>
      <w:pPr>
        <w:spacing w:after="40"/>
        <w:ind w:left="283"/>
      </w:pPr>
      <w:r>
        <w:rPr>
          <w:rFonts w:ascii="Calibri" w:hAnsi="Calibri" w:cs="Calibri" w:eastAsia="Calibri"/>
          <w:b w:val="0"/>
          <w:color w:val="15131F"/>
          <w:sz w:val="21"/>
        </w:rPr>
        <w:t>• Einen geratenen Termin.</w:t>
      </w:r>
    </w:p>
    <w:p>
      <w:pPr>
        <w:spacing w:after="40"/>
        <w:ind w:left="283"/>
      </w:pPr>
      <w:r>
        <w:rPr>
          <w:rFonts w:ascii="Calibri" w:hAnsi="Calibri" w:cs="Calibri" w:eastAsia="Calibri"/>
          <w:b w:val="0"/>
          <w:color w:val="15131F"/>
          <w:sz w:val="21"/>
        </w:rPr>
        <w:t>• Einen Termin freizuhalten oder zu reservieren.</w:t>
      </w:r>
    </w:p>
    <w:p>
      <w:pPr>
        <w:spacing w:after="40"/>
        <w:ind w:left="283"/>
      </w:pPr>
      <w:r>
        <w:rPr>
          <w:rFonts w:ascii="Calibri" w:hAnsi="Calibri" w:cs="Calibri" w:eastAsia="Calibri"/>
          <w:b w:val="0"/>
          <w:color w:val="15131F"/>
          <w:sz w:val="21"/>
        </w:rPr>
        <w:t>• Dass ein Tag „normalerweise ruhig“ ist.</w:t>
      </w:r>
    </w:p>
    <w:p>
      <w:pPr>
        <w:spacing w:after="160"/>
      </w:pPr>
    </w:p>
    <w:p>
      <w:pPr>
        <w:spacing w:after="60"/>
      </w:pPr>
      <w:r>
        <w:rPr>
          <w:rFonts w:ascii="Calibri" w:hAnsi="Calibri" w:cs="Calibri" w:eastAsia="Calibri"/>
          <w:b/>
          <w:color w:val="15131F"/>
          <w:sz w:val="28"/>
        </w:rPr>
        <w:t>3. Vorabfragen zur Beratung: 3 Fragen vor dem Buchungslink</w:t>
      </w:r>
    </w:p>
    <w:p>
      <w:pPr>
        <w:spacing w:after="80"/>
      </w:pPr>
      <w:r>
        <w:rPr>
          <w:rFonts w:ascii="Calibri" w:hAnsi="Calibri" w:cs="Calibri" w:eastAsia="Calibri"/>
          <w:b w:val="0"/>
          <w:color w:val="5D5A70"/>
          <w:sz w:val="20"/>
        </w:rPr>
        <w:t>Fragen vor dem Link: Höchstens 3 · Verantwortlich und Aufgabe: [Name] liest die Antworten auf die Vorabfragen im Chat vor der Beratung.</w:t>
      </w:r>
    </w:p>
    <w:p>
      <w:pPr>
        <w:spacing w:after="80"/>
      </w:pPr>
      <w:r>
        <w:rPr>
          <w:rFonts w:ascii="Calibri" w:hAnsi="Calibri" w:cs="Calibri" w:eastAsia="Calibri"/>
          <w:b w:val="0"/>
          <w:color w:val="15131F"/>
          <w:sz w:val="21"/>
        </w:rPr>
        <w:t>Bei einer Erstberatung oder einer Leistung, die eine Beratung voraussetzt, stellt der Agent bis zu 3 kurze Fragen, eine nach der anderen, schlägt dann die passende Leistung vor und schickt den Link. Fünf Felder: Anliegen, passende Leistung, Zeitzone, Verfügbarkeit, wer bestätigt.</w:t>
      </w:r>
    </w:p>
    <w:p>
      <w:pPr>
        <w:spacing w:after="40"/>
      </w:pPr>
      <w:r>
        <w:rPr>
          <w:rFonts w:ascii="Calibri" w:hAnsi="Calibri" w:cs="Calibri" w:eastAsia="Calibri"/>
          <w:b/>
          <w:color w:val="15131F"/>
          <w:sz w:val="22"/>
        </w:rPr>
        <w:t>3.1 Anliegen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Davon hängt ab, welche Leistung passt.</w:t>
      </w:r>
    </w:p>
    <w:p>
      <w:pPr>
        <w:spacing w:after="60"/>
      </w:pPr>
      <w:r>
        <w:rPr>
          <w:rFonts w:ascii="Calibri" w:hAnsi="Calibri" w:cs="Calibri" w:eastAsia="Calibri"/>
          <w:b/>
          <w:color w:val="6B3CF0"/>
          <w:sz w:val="21"/>
        </w:rPr>
        <w:t xml:space="preserve">Der KI-Agent fragt: </w:t>
      </w:r>
      <w:r>
        <w:rPr>
          <w:rFonts w:ascii="Calibri" w:hAnsi="Calibri" w:cs="Calibri" w:eastAsia="Calibri"/>
          <w:b w:val="0"/>
          <w:color w:val="15131F"/>
          <w:sz w:val="21"/>
        </w:rPr>
        <w:t>Wobei können wir Ihnen helfen? Ein, zwei Sätze genügen.</w:t>
      </w:r>
    </w:p>
    <w:p>
      <w:pPr>
        <w:spacing w:after="40"/>
      </w:pPr>
    </w:p>
    <w:p>
      <w:pPr>
        <w:spacing w:after="40"/>
      </w:pPr>
      <w:r>
        <w:rPr>
          <w:rFonts w:ascii="Calibri" w:hAnsi="Calibri" w:cs="Calibri" w:eastAsia="Calibri"/>
          <w:b/>
          <w:color w:val="15131F"/>
          <w:sz w:val="22"/>
        </w:rPr>
        <w:t>3.2 Passende Leistung</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Leistungen und Preise nur aus der Wissensdatenbank.</w:t>
      </w:r>
    </w:p>
    <w:p>
      <w:pPr>
        <w:spacing w:after="60"/>
      </w:pPr>
      <w:r>
        <w:rPr>
          <w:rFonts w:ascii="Calibri" w:hAnsi="Calibri" w:cs="Calibri" w:eastAsia="Calibri"/>
          <w:b/>
          <w:color w:val="6B3CF0"/>
          <w:sz w:val="21"/>
        </w:rPr>
        <w:t xml:space="preserve">Der KI-Agent sagt: </w:t>
      </w:r>
      <w:r>
        <w:rPr>
          <w:rFonts w:ascii="Calibri" w:hAnsi="Calibri" w:cs="Calibri" w:eastAsia="Calibri"/>
          <w:b w:val="0"/>
          <w:color w:val="15131F"/>
          <w:sz w:val="21"/>
        </w:rPr>
        <w:t>Nach Ihrer Beschreibung passt [Leistung]: [Dauer], [Preis]. [Was dabei passiert, in einem Satz.]</w:t>
      </w:r>
    </w:p>
    <w:p>
      <w:pPr>
        <w:spacing w:after="40"/>
      </w:pPr>
    </w:p>
    <w:p>
      <w:pPr>
        <w:spacing w:after="40"/>
      </w:pPr>
      <w:r>
        <w:rPr>
          <w:rFonts w:ascii="Calibri" w:hAnsi="Calibri" w:cs="Calibri" w:eastAsia="Calibri"/>
          <w:b/>
          <w:color w:val="15131F"/>
          <w:sz w:val="22"/>
        </w:rPr>
        <w:t>3.3 Zeitzone</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Für Video- oder Telefonberatungen außerhalb von [Stadt].</w:t>
      </w:r>
    </w:p>
    <w:p>
      <w:pPr>
        <w:spacing w:after="60"/>
      </w:pPr>
      <w:r>
        <w:rPr>
          <w:rFonts w:ascii="Calibri" w:hAnsi="Calibri" w:cs="Calibri" w:eastAsia="Calibri"/>
          <w:b/>
          <w:color w:val="6B3CF0"/>
          <w:sz w:val="21"/>
        </w:rPr>
        <w:t xml:space="preserve">Der KI-Agent fragt: </w:t>
      </w:r>
      <w:r>
        <w:rPr>
          <w:rFonts w:ascii="Calibri" w:hAnsi="Calibri" w:cs="Calibri" w:eastAsia="Calibri"/>
          <w:b w:val="0"/>
          <w:color w:val="15131F"/>
          <w:sz w:val="21"/>
        </w:rPr>
        <w:t>In welcher Stadt oder Zeitzone sind Sie? Unsere Zeiten gelten in [Zeitzone]; prüfen Sie die Zeitzone auf der Buchungsseite, bevor Sie einen Termin wählen.</w:t>
      </w:r>
    </w:p>
    <w:p>
      <w:pPr>
        <w:spacing w:after="40"/>
      </w:pPr>
    </w:p>
    <w:p>
      <w:pPr>
        <w:spacing w:after="40"/>
      </w:pPr>
      <w:r>
        <w:rPr>
          <w:rFonts w:ascii="Calibri" w:hAnsi="Calibri" w:cs="Calibri" w:eastAsia="Calibri"/>
          <w:b/>
          <w:color w:val="15131F"/>
          <w:sz w:val="22"/>
        </w:rPr>
        <w:t>3.4 Verfügbarkeit</w:t>
      </w:r>
    </w:p>
    <w:p>
      <w:pPr>
        <w:spacing w:after="60"/>
      </w:pPr>
      <w:r>
        <w:rPr>
          <w:rFonts w:ascii="Calibri" w:hAnsi="Calibri" w:cs="Calibri" w:eastAsia="Calibri"/>
          <w:b/>
          <w:color w:val="6B3CF0"/>
          <w:sz w:val="21"/>
        </w:rPr>
        <w:t xml:space="preserve">Der KI-Agent fragt: </w:t>
      </w:r>
      <w:r>
        <w:rPr>
          <w:rFonts w:ascii="Calibri" w:hAnsi="Calibri" w:cs="Calibri" w:eastAsia="Calibri"/>
          <w:b w:val="0"/>
          <w:color w:val="5D5A70"/>
          <w:sz w:val="21"/>
        </w:rPr>
        <w:t>Welche Tage oder Uhrzeiten passen Ihnen meistens?</w:t>
      </w:r>
    </w:p>
    <w:p>
      <w:pPr>
        <w:spacing w:after="60"/>
      </w:pPr>
      <w:r>
        <w:rPr>
          <w:rFonts w:ascii="Calibri" w:hAnsi="Calibri" w:cs="Calibri" w:eastAsia="Calibri"/>
          <w:b/>
          <w:color w:val="6B3CF0"/>
          <w:sz w:val="21"/>
        </w:rPr>
        <w:t xml:space="preserve">Der KI-Agent sagt: </w:t>
      </w:r>
      <w:r>
        <w:rPr>
          <w:rFonts w:ascii="Calibri" w:hAnsi="Calibri" w:cs="Calibri" w:eastAsia="Calibri"/>
          <w:b w:val="0"/>
          <w:color w:val="15131F"/>
          <w:sz w:val="21"/>
        </w:rPr>
        <w:t>Danke. Alle freien Termine für [Leistung] finden Sie hier: [Buchungslink]. Wenn am [Tag] nichts frei ist, kann ich Sie auf die Warteliste setzen.</w:t>
      </w:r>
    </w:p>
    <w:p>
      <w:pPr>
        <w:spacing w:after="40"/>
      </w:pPr>
    </w:p>
    <w:p>
      <w:pPr>
        <w:spacing w:after="40"/>
      </w:pPr>
      <w:r>
        <w:rPr>
          <w:rFonts w:ascii="Calibri" w:hAnsi="Calibri" w:cs="Calibri" w:eastAsia="Calibri"/>
          <w:b/>
          <w:color w:val="15131F"/>
          <w:sz w:val="22"/>
        </w:rPr>
        <w:t>3.5 Wer bestätigt</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Der Kunde weiß, wer bestätigt.</w:t>
      </w:r>
    </w:p>
    <w:p>
      <w:pPr>
        <w:spacing w:after="60"/>
      </w:pPr>
      <w:r>
        <w:rPr>
          <w:rFonts w:ascii="Calibri" w:hAnsi="Calibri" w:cs="Calibri" w:eastAsia="Calibri"/>
          <w:b/>
          <w:color w:val="6B3CF0"/>
          <w:sz w:val="21"/>
        </w:rPr>
        <w:t xml:space="preserve">Der KI-Agent sagt: </w:t>
      </w:r>
      <w:r>
        <w:rPr>
          <w:rFonts w:ascii="Calibri" w:hAnsi="Calibri" w:cs="Calibri" w:eastAsia="Calibri"/>
          <w:b w:val="0"/>
          <w:color w:val="15131F"/>
          <w:sz w:val="21"/>
        </w:rPr>
        <w:t>Ihr Termin ist gebucht, wenn die Buchungsseite ihn bestätigt. [Name] liest Ihre Antworten vor der Beratung und meldet sich, falls etwas geändert werden muss.</w:t>
      </w:r>
    </w:p>
    <w:p>
      <w:pPr>
        <w:spacing w:after="40"/>
      </w:pPr>
    </w:p>
    <w:p>
      <w:pPr>
        <w:spacing w:after="60"/>
      </w:pPr>
      <w:r>
        <w:rPr>
          <w:rFonts w:ascii="Calibri" w:hAnsi="Calibri" w:cs="Calibri" w:eastAsia="Calibri"/>
          <w:b/>
          <w:color w:val="6B3CF0"/>
          <w:sz w:val="21"/>
        </w:rPr>
        <w:t xml:space="preserve">Wenn keine Leistung passt: </w:t>
      </w:r>
      <w:r>
        <w:rPr>
          <w:rFonts w:ascii="Calibri" w:hAnsi="Calibri" w:cs="Calibri" w:eastAsia="Calibri"/>
          <w:b w:val="0"/>
          <w:color w:val="15131F"/>
          <w:sz w:val="21"/>
        </w:rPr>
        <w:t>Ich bin nicht sicher, ob wir für [Ihr Anliegen] die Richtigen sind, und möchte nicht raten. [Name] kann Sie beraten. Soll ich Ihre Frage weitergeben?</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mehr als 3 Fragen stellen, bevor der Link kommt.</w:t>
      </w:r>
    </w:p>
    <w:p>
      <w:pPr>
        <w:spacing w:after="40"/>
        <w:ind w:left="283"/>
      </w:pPr>
      <w:r>
        <w:rPr>
          <w:rFonts w:ascii="Calibri" w:hAnsi="Calibri" w:cs="Calibri" w:eastAsia="Calibri"/>
          <w:b w:val="0"/>
          <w:color w:val="15131F"/>
          <w:sz w:val="21"/>
        </w:rPr>
        <w:t>• Nie den Fall des Kunden diagnostizieren, beraten oder bewerten.</w:t>
      </w:r>
    </w:p>
    <w:p>
      <w:pPr>
        <w:spacing w:after="40"/>
        <w:ind w:left="283"/>
      </w:pPr>
      <w:r>
        <w:rPr>
          <w:rFonts w:ascii="Calibri" w:hAnsi="Calibri" w:cs="Calibri" w:eastAsia="Calibri"/>
          <w:b w:val="0"/>
          <w:color w:val="15131F"/>
          <w:sz w:val="21"/>
        </w:rPr>
        <w:t>• Nie einen Termin für den Kunden auswählen.</w:t>
      </w:r>
    </w:p>
    <w:p>
      <w:pPr>
        <w:spacing w:after="160"/>
      </w:pPr>
    </w:p>
    <w:p>
      <w:pPr>
        <w:spacing w:after="60"/>
      </w:pPr>
      <w:r>
        <w:rPr>
          <w:rFonts w:ascii="Calibri" w:hAnsi="Calibri" w:cs="Calibri" w:eastAsia="Calibri"/>
          <w:b/>
          <w:color w:val="15131F"/>
          <w:sz w:val="28"/>
        </w:rPr>
        <w:t>4. Antworten auf Umbuchungen und Absagen im Rahmen Ihrer Regelung</w:t>
      </w:r>
    </w:p>
    <w:p>
      <w:pPr>
        <w:spacing w:after="80"/>
      </w:pPr>
      <w:r>
        <w:rPr>
          <w:rFonts w:ascii="Calibri" w:hAnsi="Calibri" w:cs="Calibri" w:eastAsia="Calibri"/>
          <w:b w:val="0"/>
          <w:color w:val="5D5A70"/>
          <w:sz w:val="20"/>
        </w:rPr>
        <w:t>Regelung: Einmal genannt · Verantwortlich und Aufgabe: [Name] beantwortet Anfragen nach Ausnahmen innerhalb von [Antwortzeit] und trägt als Ergebnis Verschoben oder Abgesagt ein.</w:t>
      </w:r>
    </w:p>
    <w:p>
      <w:pPr>
        <w:spacing w:after="80"/>
      </w:pPr>
      <w:r>
        <w:rPr>
          <w:rFonts w:ascii="Calibri" w:hAnsi="Calibri" w:cs="Calibri" w:eastAsia="Calibri"/>
          <w:b w:val="0"/>
          <w:color w:val="15131F"/>
          <w:sz w:val="21"/>
        </w:rPr>
        <w:t>Änderungen laufen über das Buchungssystem, nicht über den Chat. Der Agent schickt den Änderungslink und nennt Ihre Regelung einmal. Der alte Termin bleibt gebucht, bis der neue bestätigt ist.</w:t>
      </w:r>
    </w:p>
    <w:p>
      <w:pPr>
        <w:spacing w:after="40"/>
      </w:pPr>
      <w:r>
        <w:rPr>
          <w:rFonts w:ascii="Calibri" w:hAnsi="Calibri" w:cs="Calibri" w:eastAsia="Calibri"/>
          <w:b/>
          <w:color w:val="15131F"/>
          <w:sz w:val="22"/>
        </w:rPr>
        <w:t>4.1 Mehr als [24] Stunden vorher</w:t>
      </w:r>
    </w:p>
    <w:p>
      <w:pPr>
        <w:spacing w:after="60"/>
      </w:pPr>
      <w:r>
        <w:rPr>
          <w:rFonts w:ascii="Calibri" w:hAnsi="Calibri" w:cs="Calibri" w:eastAsia="Calibri"/>
          <w:b/>
          <w:color w:val="6B3CF0"/>
          <w:sz w:val="21"/>
        </w:rPr>
        <w:t xml:space="preserve">Regelung: </w:t>
      </w:r>
      <w:r>
        <w:rPr>
          <w:rFonts w:ascii="Calibri" w:hAnsi="Calibri" w:cs="Calibri" w:eastAsia="Calibri"/>
          <w:b w:val="0"/>
          <w:color w:val="5D5A70"/>
          <w:sz w:val="21"/>
        </w:rPr>
        <w:t>Kostenlos ändern oder absagen.</w:t>
      </w:r>
    </w:p>
    <w:p>
      <w:pPr>
        <w:spacing w:after="60"/>
      </w:pPr>
      <w:r>
        <w:rPr>
          <w:rFonts w:ascii="Calibri" w:hAnsi="Calibri" w:cs="Calibri" w:eastAsia="Calibri"/>
          <w:b/>
          <w:color w:val="6B3CF0"/>
          <w:sz w:val="21"/>
        </w:rPr>
        <w:t xml:space="preserve">Der KI-Agent sagt: </w:t>
      </w:r>
      <w:r>
        <w:rPr>
          <w:rFonts w:ascii="Calibri" w:hAnsi="Calibri" w:cs="Calibri" w:eastAsia="Calibri"/>
          <w:b w:val="0"/>
          <w:color w:val="15131F"/>
          <w:sz w:val="21"/>
        </w:rPr>
        <w:t>Kein Problem. Sie können den Termin selbst über [den Link in Ihrer Bestätigungs-E-Mail] verschieben oder absagen. Ihr aktueller Termin bleibt gebucht, bis Sie dort einen neuen wählen.</w:t>
      </w:r>
    </w:p>
    <w:p>
      <w:pPr>
        <w:spacing w:after="40"/>
      </w:pPr>
    </w:p>
    <w:p>
      <w:pPr>
        <w:spacing w:after="40"/>
      </w:pPr>
      <w:r>
        <w:rPr>
          <w:rFonts w:ascii="Calibri" w:hAnsi="Calibri" w:cs="Calibri" w:eastAsia="Calibri"/>
          <w:b/>
          <w:color w:val="15131F"/>
          <w:sz w:val="22"/>
        </w:rPr>
        <w:t>4.2 Weniger als [24] Stunden vorher</w:t>
      </w:r>
    </w:p>
    <w:p>
      <w:pPr>
        <w:spacing w:after="60"/>
      </w:pPr>
      <w:r>
        <w:rPr>
          <w:rFonts w:ascii="Calibri" w:hAnsi="Calibri" w:cs="Calibri" w:eastAsia="Calibri"/>
          <w:b/>
          <w:color w:val="6B3CF0"/>
          <w:sz w:val="21"/>
        </w:rPr>
        <w:t xml:space="preserve">Regelung: </w:t>
      </w:r>
      <w:r>
        <w:rPr>
          <w:rFonts w:ascii="Calibri" w:hAnsi="Calibri" w:cs="Calibri" w:eastAsia="Calibri"/>
          <w:b w:val="0"/>
          <w:color w:val="5D5A70"/>
          <w:sz w:val="21"/>
        </w:rPr>
        <w:t>[Gebühr für späte Änderung oder Nichterscheinen], einmal genannt.</w:t>
      </w:r>
    </w:p>
    <w:p>
      <w:pPr>
        <w:spacing w:after="60"/>
      </w:pPr>
      <w:r>
        <w:rPr>
          <w:rFonts w:ascii="Calibri" w:hAnsi="Calibri" w:cs="Calibri" w:eastAsia="Calibri"/>
          <w:b/>
          <w:color w:val="6B3CF0"/>
          <w:sz w:val="21"/>
        </w:rPr>
        <w:t xml:space="preserve">Freigabe durch eine Person: </w:t>
      </w:r>
      <w:r>
        <w:rPr>
          <w:rFonts w:ascii="Calibri" w:hAnsi="Calibri" w:cs="Calibri" w:eastAsia="Calibri"/>
          <w:b w:val="0"/>
          <w:color w:val="5D5A70"/>
          <w:sz w:val="21"/>
        </w:rPr>
        <w:t>Ausnahmen bei Gebühren gehen an [Name].</w:t>
      </w:r>
    </w:p>
    <w:p>
      <w:pPr>
        <w:spacing w:after="60"/>
      </w:pPr>
      <w:r>
        <w:rPr>
          <w:rFonts w:ascii="Calibri" w:hAnsi="Calibri" w:cs="Calibri" w:eastAsia="Calibri"/>
          <w:b/>
          <w:color w:val="6B3CF0"/>
          <w:sz w:val="21"/>
        </w:rPr>
        <w:t xml:space="preserve">Der KI-Agent sagt: </w:t>
      </w:r>
      <w:r>
        <w:rPr>
          <w:rFonts w:ascii="Calibri" w:hAnsi="Calibri" w:cs="Calibri" w:eastAsia="Calibri"/>
          <w:b w:val="0"/>
          <w:color w:val="15131F"/>
          <w:sz w:val="21"/>
        </w:rPr>
        <w:t>Sie können den Termin weiterhin über [den Link in Ihrer Bestätigungs-E-Mail] verschieben. Unsere Regelung: Für Änderungen weniger als [24] Stunden vorher fallen [Gebühr] an. Wenn etwas Unvorhergesehenes passiert ist, entscheidet [Name] über Ausnahmen. Soll ich das weitergeben?</w:t>
      </w:r>
    </w:p>
    <w:p>
      <w:pPr>
        <w:spacing w:after="40"/>
      </w:pPr>
    </w:p>
    <w:p>
      <w:pPr>
        <w:spacing w:after="60"/>
      </w:pPr>
      <w:r>
        <w:rPr>
          <w:rFonts w:ascii="Calibri" w:hAnsi="Calibri" w:cs="Calibri" w:eastAsia="Calibri"/>
          <w:b/>
          <w:color w:val="6B3CF0"/>
          <w:sz w:val="21"/>
        </w:rPr>
        <w:t xml:space="preserve">Prompt: Antwort auf Umbuchungswunsch: </w:t>
      </w:r>
      <w:r>
        <w:rPr>
          <w:rFonts w:ascii="Calibri" w:hAnsi="Calibri" w:cs="Calibri" w:eastAsia="Calibri"/>
          <w:b w:val="0"/>
          <w:color w:val="15131F"/>
          <w:sz w:val="21"/>
        </w:rPr>
        <w:t>Schreibe eine Antwort per [E-Mail oder SMS] an einen Kunden, der einen Termin verschieben möchte.</w:t>
        <w:br/>
        <w:t>Unternehmen: [Unternehmen]. Alle Uhrzeiten gelten in [Zeitzone].</w:t>
        <w:br/>
        <w:t>Aktuelle Buchung: [Leistung], [Wochentag, Datum, Uhrzeit], bei [Teammitglied].</w:t>
        <w:br/>
        <w:t>Sein Anliegen: [Nachricht einfügen].</w:t>
        <w:br/>
        <w:t>Unsere Regelung: [Regelung für Änderungen und Absagen in einem Satz].</w:t>
        <w:br/>
        <w:t>Freie Termine, die ich heute aus unserem Buchungssystem kopiert habe: [2 freie Termine].</w:t>
        <w:br/>
        <w:t>Änderungslink: [Änderungslink].</w:t>
        <w:br/>
        <w:t>Regeln: Sag, dass der aktuelle Termin gebucht bleibt, bis der Kunde über den Link einen neuen bestätigt. Nenne die Regelung einmal, freundlich. Erlass keine Gebühren, füge keine hinzu und erfinde keine Termine. Unter [100] Wörtern. Schließ mit einem nächsten Schritt.</w:t>
      </w:r>
    </w:p>
    <w:p>
      <w:pPr>
        <w:spacing w:after="40"/>
      </w:pPr>
      <w:r>
        <w:rPr>
          <w:rFonts w:ascii="Calibri" w:hAnsi="Calibri" w:cs="Calibri" w:eastAsia="Calibri"/>
          <w:b/>
          <w:color w:val="6B3CF0"/>
          <w:sz w:val="21"/>
        </w:rPr>
        <w:t>Nie versprechen</w:t>
      </w:r>
    </w:p>
    <w:p>
      <w:pPr>
        <w:spacing w:after="40"/>
        <w:ind w:left="283"/>
      </w:pPr>
      <w:r>
        <w:rPr>
          <w:rFonts w:ascii="Calibri" w:hAnsi="Calibri" w:cs="Calibri" w:eastAsia="Calibri"/>
          <w:b w:val="0"/>
          <w:color w:val="15131F"/>
          <w:sz w:val="21"/>
        </w:rPr>
        <w:t>• „Ich habe den Termin verschoben“ oder „Ich habe ihn abgesagt“: Das macht nur das Buchungssystem.</w:t>
      </w:r>
    </w:p>
    <w:p>
      <w:pPr>
        <w:spacing w:after="40"/>
        <w:ind w:left="283"/>
      </w:pPr>
      <w:r>
        <w:rPr>
          <w:rFonts w:ascii="Calibri" w:hAnsi="Calibri" w:cs="Calibri" w:eastAsia="Calibri"/>
          <w:b w:val="0"/>
          <w:color w:val="15131F"/>
          <w:sz w:val="21"/>
        </w:rPr>
        <w:t>• Eine Gebühr zu erlassen: Das entscheidet eine Person.</w:t>
      </w:r>
    </w:p>
    <w:p>
      <w:pPr>
        <w:spacing w:after="160"/>
      </w:pPr>
    </w:p>
    <w:p>
      <w:pPr>
        <w:spacing w:after="60"/>
      </w:pPr>
      <w:r>
        <w:rPr>
          <w:rFonts w:ascii="Calibri" w:hAnsi="Calibri" w:cs="Calibri" w:eastAsia="Calibri"/>
          <w:b/>
          <w:color w:val="15131F"/>
          <w:sz w:val="28"/>
        </w:rPr>
        <w:t>5. Prompts für Bestätigung und Erinnerung, für jedes KI-Schreibtool</w:t>
      </w:r>
    </w:p>
    <w:p>
      <w:pPr>
        <w:spacing w:after="80"/>
      </w:pPr>
      <w:r>
        <w:rPr>
          <w:rFonts w:ascii="Calibri" w:hAnsi="Calibri" w:cs="Calibri" w:eastAsia="Calibri"/>
          <w:b w:val="0"/>
          <w:color w:val="5D5A70"/>
          <w:sz w:val="20"/>
        </w:rPr>
        <w:t>Erinnerung: 24 Stunden vorher · Verantwortlich und Aufgabe: [Name] prüft ein Ergebnis an einer echten Buchung und speichert es dann als Bestätigungs- und Erinnerungs-E-Mail oder verschickt SMS von Hand.</w:t>
      </w:r>
    </w:p>
    <w:p>
      <w:pPr>
        <w:spacing w:after="80"/>
      </w:pPr>
      <w:r>
        <w:rPr>
          <w:rFonts w:ascii="Calibri" w:hAnsi="Calibri" w:cs="Calibri" w:eastAsia="Calibri"/>
          <w:b w:val="0"/>
          <w:color w:val="15131F"/>
          <w:sz w:val="21"/>
        </w:rPr>
        <w:t>Die Buchungsseite bestätigt den Termin. Diese zwei Prompts schreiben den Text drumherum. Fügen Sie sie mit den Angaben aus der Buchung in ein beliebiges KI-Schreibtool wie ChatGPT ein und speichern Sie das Ergebnis dann als Ihre Buchungs-E-Mails oder verschicken Sie es als SMS.</w:t>
      </w:r>
    </w:p>
    <w:p>
      <w:pPr>
        <w:spacing w:after="60"/>
      </w:pPr>
      <w:r>
        <w:rPr>
          <w:rFonts w:ascii="Calibri" w:hAnsi="Calibri" w:cs="Calibri" w:eastAsia="Calibri"/>
          <w:b/>
          <w:color w:val="6B3CF0"/>
          <w:sz w:val="21"/>
        </w:rPr>
        <w:t xml:space="preserve">Prompt A: Buchungsbestätigung: </w:t>
      </w:r>
      <w:r>
        <w:rPr>
          <w:rFonts w:ascii="Calibri" w:hAnsi="Calibri" w:cs="Calibri" w:eastAsia="Calibri"/>
          <w:b w:val="0"/>
          <w:color w:val="15131F"/>
          <w:sz w:val="21"/>
        </w:rPr>
        <w:t>Schreibe eine Buchungsbestätigung als [E-Mail oder SMS] für [Unternehmen], ein [Art des Unternehmens] in [Stadt].</w:t>
        <w:br/>
        <w:t>Verwende nur diese Angaben aus der Buchung:</w:t>
        <w:br/>
        <w:t>Kunde: [Vorname]</w:t>
        <w:br/>
        <w:t>Leistung: [Leistung], [Dauer]</w:t>
        <w:br/>
        <w:t>Wann: [Wochentag, Datum, Beginn und Ende], [Zeitzone]</w:t>
        <w:br/>
        <w:t>Bei: [Teammitglied]</w:t>
        <w:br/>
        <w:t>Wo: [Adresse, Parken oder Videolink]</w:t>
        <w:br/>
        <w:t>Vor dem Termin: [Vorbereitung oder keine]</w:t>
        <w:br/>
        <w:t>Ändern oder absagen: [Änderungslink]. Regelung: [Regelung in einem Satz]</w:t>
        <w:br/>
        <w:t>Regeln: Beginne mit Tag, Datum und Uhrzeit. Füge nichts hinzu, was nicht aufgeführt ist. Unter [120] Wörtern für eine E-Mail oder [50] für eine SMS. Herzlich und schlicht. Schließ mit einem nächsten Schritt.</w:t>
      </w:r>
    </w:p>
    <w:p>
      <w:pPr>
        <w:spacing w:after="60"/>
      </w:pPr>
      <w:r>
        <w:rPr>
          <w:rFonts w:ascii="Calibri" w:hAnsi="Calibri" w:cs="Calibri" w:eastAsia="Calibri"/>
          <w:b/>
          <w:color w:val="6B3CF0"/>
          <w:sz w:val="21"/>
        </w:rPr>
        <w:t xml:space="preserve">Prompt B: Terminerinnerung: </w:t>
      </w:r>
      <w:r>
        <w:rPr>
          <w:rFonts w:ascii="Calibri" w:hAnsi="Calibri" w:cs="Calibri" w:eastAsia="Calibri"/>
          <w:b w:val="0"/>
          <w:color w:val="15131F"/>
          <w:sz w:val="21"/>
        </w:rPr>
        <w:t>Schreibe eine Erinnerung als [E-Mail oder SMS] für [Unternehmen], die [24 Stunden] vor dem Termin verschickt wird.</w:t>
        <w:br/>
        <w:t>Verwende nur diese Angaben aus der Buchung: [Vorname], [Leistung], [Wochentag, Datum, Uhrzeit], [Zeitzone], [Adresse oder Videolink], [Vorbereitung].</w:t>
        <w:br/>
        <w:t>Falls der Kunde nicht kommen kann: [Änderungslink]. Bitte ihn, früh umzubuchen, damit jemand von unserer Warteliste den Termin bekommen kann.</w:t>
        <w:br/>
        <w:t>Regeln: Tag und Uhrzeit in der ersten Zeile. Keine neuen Informationen, Preise oder Angebote. Freundlich, nicht aufdringlich. Unter [50] Wörtern für eine SMS.</w:t>
      </w:r>
    </w:p>
    <w:p>
      <w:pPr>
        <w:spacing w:after="60"/>
      </w:pPr>
      <w:r>
        <w:rPr>
          <w:rFonts w:ascii="Calibri" w:hAnsi="Calibri" w:cs="Calibri" w:eastAsia="Calibri"/>
          <w:b/>
          <w:color w:val="6B3CF0"/>
          <w:sz w:val="21"/>
        </w:rPr>
        <w:t xml:space="preserve">Zweite Erinnerung: </w:t>
      </w:r>
      <w:r>
        <w:rPr>
          <w:rFonts w:ascii="Calibri" w:hAnsi="Calibri" w:cs="Calibri" w:eastAsia="Calibri"/>
          <w:b w:val="0"/>
          <w:color w:val="5D5A70"/>
          <w:sz w:val="21"/>
        </w:rPr>
        <w:t>Lange Vorlaufzeiten und früheres Nichterscheinen sind die Faktoren, die am häufigsten mit versäumten Terminen in Verbindung gebracht werden. Bei Buchungen, die Wochen im Voraus erfolgen, oder bei Kunden, die schon einmal nicht erschienen sind, schicken Sie ein paar Tage vorher eine zweite Erinnerung.</w:t>
      </w:r>
    </w:p>
    <w:p>
      <w:pPr>
        <w:spacing w:after="40"/>
      </w:pPr>
      <w:r>
        <w:rPr>
          <w:rFonts w:ascii="Calibri" w:hAnsi="Calibri" w:cs="Calibri" w:eastAsia="Calibri"/>
          <w:b/>
          <w:color w:val="6B3CF0"/>
          <w:sz w:val="21"/>
        </w:rPr>
        <w:t>Ein gutes Ergebnis enthält</w:t>
      </w:r>
    </w:p>
    <w:p>
      <w:pPr>
        <w:spacing w:after="40"/>
        <w:ind w:left="283"/>
      </w:pPr>
      <w:r>
        <w:rPr>
          <w:rFonts w:ascii="Calibri" w:hAnsi="Calibri" w:cs="Calibri" w:eastAsia="Calibri"/>
          <w:b w:val="0"/>
          <w:color w:val="15131F"/>
          <w:sz w:val="21"/>
        </w:rPr>
        <w:t>• Wochentag, Datum, Uhrzeit und Zeitzone in der ersten Zeile.</w:t>
      </w:r>
    </w:p>
    <w:p>
      <w:pPr>
        <w:spacing w:after="40"/>
        <w:ind w:left="283"/>
      </w:pPr>
      <w:r>
        <w:rPr>
          <w:rFonts w:ascii="Calibri" w:hAnsi="Calibri" w:cs="Calibri" w:eastAsia="Calibri"/>
          <w:b w:val="0"/>
          <w:color w:val="15131F"/>
          <w:sz w:val="21"/>
        </w:rPr>
        <w:t>• Leistung, Ort oder Videolink, Vorbereitung.</w:t>
      </w:r>
    </w:p>
    <w:p>
      <w:pPr>
        <w:spacing w:after="40"/>
        <w:ind w:left="283"/>
      </w:pPr>
      <w:r>
        <w:rPr>
          <w:rFonts w:ascii="Calibri" w:hAnsi="Calibri" w:cs="Calibri" w:eastAsia="Calibri"/>
          <w:b w:val="0"/>
          <w:color w:val="15131F"/>
          <w:sz w:val="21"/>
        </w:rPr>
        <w:t>• Wie man ändert oder absagt, und die Regelung in einem Satz.</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eine Uhrzeit aus dem Gedächtnis übernehmen: Prüfen Sie sie in Ihrer Buchungsliste.</w:t>
      </w:r>
    </w:p>
    <w:p>
      <w:pPr>
        <w:spacing w:after="40"/>
        <w:ind w:left="283"/>
      </w:pPr>
      <w:r>
        <w:rPr>
          <w:rFonts w:ascii="Calibri" w:hAnsi="Calibri" w:cs="Calibri" w:eastAsia="Calibri"/>
          <w:b w:val="0"/>
          <w:color w:val="15131F"/>
          <w:sz w:val="21"/>
        </w:rPr>
        <w:t>• Nie um eine Antwort mit JA bitten, wenn niemand die Antworten liest.</w:t>
      </w:r>
    </w:p>
    <w:p>
      <w:pPr>
        <w:spacing w:after="160"/>
      </w:pPr>
    </w:p>
    <w:p>
      <w:pPr>
        <w:spacing w:after="60"/>
      </w:pPr>
      <w:r>
        <w:rPr>
          <w:rFonts w:ascii="Calibri" w:hAnsi="Calibri" w:cs="Calibri" w:eastAsia="Calibri"/>
          <w:b/>
          <w:color w:val="15131F"/>
          <w:sz w:val="28"/>
        </w:rPr>
        <w:t>6. Nachfassen bei Nichterscheinen: ein Anruf, eine Nachricht, eine zuständige Person</w:t>
      </w:r>
    </w:p>
    <w:p>
      <w:pPr>
        <w:spacing w:after="80"/>
      </w:pPr>
      <w:r>
        <w:rPr>
          <w:rFonts w:ascii="Calibri" w:hAnsi="Calibri" w:cs="Calibri" w:eastAsia="Calibri"/>
          <w:b w:val="0"/>
          <w:color w:val="5D5A70"/>
          <w:sz w:val="20"/>
        </w:rPr>
        <w:t>Nachfassen: Binnen 2 Stunden · Verantwortlich und Aufgabe: [Name] verschickt sie, markiert die Buchung mit „Nichterscheinen“ und trägt als Ergebnis Nicht erschienen ein.</w:t>
      </w:r>
    </w:p>
    <w:p>
      <w:pPr>
        <w:spacing w:after="80"/>
      </w:pPr>
      <w:r>
        <w:rPr>
          <w:rFonts w:ascii="Calibri" w:hAnsi="Calibri" w:cs="Calibri" w:eastAsia="Calibri"/>
          <w:b w:val="0"/>
          <w:color w:val="15131F"/>
          <w:sz w:val="21"/>
        </w:rPr>
        <w:t>Warten Sie [15] Minuten nach Beginn, rufen Sie einmal an und schicken Sie dann innerhalb von [2] Stunden eine Nachricht. Gehen Sie vom Besten aus, nennen Sie die Regelung einmal und machen Sie das Neubuchen zu einem einzigen Schritt.</w:t>
      </w:r>
    </w:p>
    <w:p>
      <w:pPr>
        <w:spacing w:after="40"/>
      </w:pPr>
      <w:r>
        <w:rPr>
          <w:rFonts w:ascii="Calibri" w:hAnsi="Calibri" w:cs="Calibri" w:eastAsia="Calibri"/>
          <w:b/>
          <w:color w:val="6B3CF0"/>
          <w:sz w:val="21"/>
        </w:rPr>
        <w:t>Felder bei Nichterscheinen</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Feld</w:t>
            </w:r>
          </w:p>
        </w:tc>
        <w:tc>
          <w:tcPr>
            <w:tcW w:type="dxa" w:w="4986"/>
            <w:shd w:val="clear" w:color="auto" w:fill="EFE9FF"/>
          </w:tcPr>
          <w:p>
            <w:r/>
            <w:r>
              <w:rPr>
                <w:rFonts w:ascii="Calibri" w:hAnsi="Calibri" w:cs="Calibri" w:eastAsia="Calibri"/>
                <w:b/>
                <w:color w:val="15131F"/>
                <w:sz w:val="19"/>
              </w:rPr>
              <w:t>Ausfüllen</w:t>
            </w:r>
          </w:p>
        </w:tc>
      </w:tr>
      <w:tr>
        <w:tc>
          <w:tcPr>
            <w:tcW w:type="dxa" w:w="4986"/>
          </w:tcPr>
          <w:p>
            <w:r/>
            <w:r>
              <w:rPr>
                <w:rFonts w:ascii="Calibri" w:hAnsi="Calibri" w:cs="Calibri" w:eastAsia="Calibri"/>
                <w:b w:val="0"/>
                <w:color w:val="15131F"/>
                <w:sz w:val="19"/>
              </w:rPr>
              <w:t>Geplanter Termin</w:t>
            </w:r>
          </w:p>
        </w:tc>
        <w:tc>
          <w:tcPr>
            <w:tcW w:type="dxa" w:w="4986"/>
          </w:tcPr>
          <w:p>
            <w:r/>
            <w:r>
              <w:rPr>
                <w:rFonts w:ascii="Calibri" w:hAnsi="Calibri" w:cs="Calibri" w:eastAsia="Calibri"/>
                <w:b w:val="0"/>
                <w:color w:val="15131F"/>
                <w:sz w:val="19"/>
              </w:rPr>
              <w:t>[Leistung], [Wochentag, Datum, Uhrzeit]</w:t>
            </w:r>
          </w:p>
        </w:tc>
      </w:tr>
      <w:tr>
        <w:tc>
          <w:tcPr>
            <w:tcW w:type="dxa" w:w="4986"/>
          </w:tcPr>
          <w:p>
            <w:r/>
            <w:r>
              <w:rPr>
                <w:rFonts w:ascii="Calibri" w:hAnsi="Calibri" w:cs="Calibri" w:eastAsia="Calibri"/>
                <w:b w:val="0"/>
                <w:color w:val="15131F"/>
                <w:sz w:val="19"/>
              </w:rPr>
              <w:t>Kontaktversuch</w:t>
            </w:r>
          </w:p>
        </w:tc>
        <w:tc>
          <w:tcPr>
            <w:tcW w:type="dxa" w:w="4986"/>
          </w:tcPr>
          <w:p>
            <w:r/>
            <w:r>
              <w:rPr>
                <w:rFonts w:ascii="Calibri" w:hAnsi="Calibri" w:cs="Calibri" w:eastAsia="Calibri"/>
                <w:b w:val="0"/>
                <w:color w:val="15131F"/>
                <w:sz w:val="19"/>
              </w:rPr>
              <w:t>[angerufen oder SMS, um welche Uhrzeit]</w:t>
            </w:r>
          </w:p>
        </w:tc>
      </w:tr>
      <w:tr>
        <w:tc>
          <w:tcPr>
            <w:tcW w:type="dxa" w:w="4986"/>
          </w:tcPr>
          <w:p>
            <w:r/>
            <w:r>
              <w:rPr>
                <w:rFonts w:ascii="Calibri" w:hAnsi="Calibri" w:cs="Calibri" w:eastAsia="Calibri"/>
                <w:b w:val="0"/>
                <w:color w:val="15131F"/>
                <w:sz w:val="19"/>
              </w:rPr>
              <w:t>Regelung</w:t>
            </w:r>
          </w:p>
        </w:tc>
        <w:tc>
          <w:tcPr>
            <w:tcW w:type="dxa" w:w="4986"/>
          </w:tcPr>
          <w:p>
            <w:r/>
            <w:r>
              <w:rPr>
                <w:rFonts w:ascii="Calibri" w:hAnsi="Calibri" w:cs="Calibri" w:eastAsia="Calibri"/>
                <w:b w:val="0"/>
                <w:color w:val="15131F"/>
                <w:sz w:val="19"/>
              </w:rPr>
              <w:t>[Regelung bei Nichterscheinen in einem Satz]</w:t>
            </w:r>
          </w:p>
        </w:tc>
      </w:tr>
      <w:tr>
        <w:tc>
          <w:tcPr>
            <w:tcW w:type="dxa" w:w="4986"/>
          </w:tcPr>
          <w:p>
            <w:r/>
            <w:r>
              <w:rPr>
                <w:rFonts w:ascii="Calibri" w:hAnsi="Calibri" w:cs="Calibri" w:eastAsia="Calibri"/>
                <w:b w:val="0"/>
                <w:color w:val="15131F"/>
                <w:sz w:val="19"/>
              </w:rPr>
              <w:t>Option zum Neubuchen</w:t>
            </w:r>
          </w:p>
        </w:tc>
        <w:tc>
          <w:tcPr>
            <w:tcW w:type="dxa" w:w="4986"/>
          </w:tcPr>
          <w:p>
            <w:r/>
            <w:r>
              <w:rPr>
                <w:rFonts w:ascii="Calibri" w:hAnsi="Calibri" w:cs="Calibri" w:eastAsia="Calibri"/>
                <w:b w:val="0"/>
                <w:color w:val="15131F"/>
                <w:sz w:val="19"/>
              </w:rPr>
              <w:t>[Buchungslink]</w:t>
            </w:r>
          </w:p>
        </w:tc>
      </w:tr>
      <w:tr>
        <w:tc>
          <w:tcPr>
            <w:tcW w:type="dxa" w:w="4986"/>
          </w:tcPr>
          <w:p>
            <w:r/>
            <w:r>
              <w:rPr>
                <w:rFonts w:ascii="Calibri" w:hAnsi="Calibri" w:cs="Calibri" w:eastAsia="Calibri"/>
                <w:b w:val="0"/>
                <w:color w:val="15131F"/>
                <w:sz w:val="19"/>
              </w:rPr>
              <w:t>Verantwortlich</w:t>
            </w:r>
          </w:p>
        </w:tc>
        <w:tc>
          <w:tcPr>
            <w:tcW w:type="dxa" w:w="4986"/>
          </w:tcPr>
          <w:p>
            <w:r/>
            <w:r>
              <w:rPr>
                <w:rFonts w:ascii="Calibri" w:hAnsi="Calibri" w:cs="Calibri" w:eastAsia="Calibri"/>
                <w:b w:val="0"/>
                <w:color w:val="15131F"/>
                <w:sz w:val="19"/>
              </w:rPr>
              <w:t>[Name], verschickt die Nachricht und entscheidet über Gebühren</w:t>
            </w:r>
          </w:p>
        </w:tc>
      </w:tr>
    </w:tbl>
    <w:p/>
    <w:p>
      <w:pPr>
        <w:spacing w:after="60"/>
      </w:pPr>
      <w:r>
        <w:rPr>
          <w:rFonts w:ascii="Calibri" w:hAnsi="Calibri" w:cs="Calibri" w:eastAsia="Calibri"/>
          <w:b/>
          <w:color w:val="6B3CF0"/>
          <w:sz w:val="21"/>
        </w:rPr>
        <w:t xml:space="preserve">Prompt: Nachfassen bei Nichterscheinen: </w:t>
      </w:r>
      <w:r>
        <w:rPr>
          <w:rFonts w:ascii="Calibri" w:hAnsi="Calibri" w:cs="Calibri" w:eastAsia="Calibri"/>
          <w:b w:val="0"/>
          <w:color w:val="15131F"/>
          <w:sz w:val="21"/>
        </w:rPr>
        <w:t>Schreibe eine kurze Nachricht als [E-Mail oder SMS] an einen Kunden, der einen Termin verpasst hat.</w:t>
        <w:br/>
        <w:t>Unternehmen: [Unternehmen]. Kunde: [Vorname].</w:t>
        <w:br/>
        <w:t>Geplanter Termin: [Leistung], [Wochentag, Datum, Uhrzeit].</w:t>
        <w:br/>
        <w:t>Kontaktversuch: Wir haben um [Uhrzeit] angerufen und eine Nachricht hinterlassen.</w:t>
        <w:br/>
        <w:t>Unsere Regelung: [Regelung bei Nichterscheinen in einem Satz].</w:t>
        <w:br/>
        <w:t>Hier neu buchen: [Buchungslink].</w:t>
        <w:br/>
        <w:t>Absender: [Name].</w:t>
        <w:br/>
        <w:t>Regeln: Geh davon aus, dass etwas dazwischengekommen ist. Keine Vorwürfe und keine Drohungen. Nenne die Regelung einmal, sachlich. Mach das Neubuchen zu einem einzigen Schritt. Unter [80] Wörtern. Schließ mit dem Link.</w:t>
      </w:r>
    </w:p>
    <w:p>
      <w:pPr>
        <w:spacing w:after="60"/>
      </w:pPr>
      <w:r>
        <w:rPr>
          <w:rFonts w:ascii="Calibri" w:hAnsi="Calibri" w:cs="Calibri" w:eastAsia="Calibri"/>
          <w:b/>
          <w:color w:val="6B3CF0"/>
          <w:sz w:val="21"/>
        </w:rPr>
        <w:t xml:space="preserve">Wenn der Kunde einen Grund nennt: </w:t>
      </w:r>
      <w:r>
        <w:rPr>
          <w:rFonts w:ascii="Calibri" w:hAnsi="Calibri" w:cs="Calibri" w:eastAsia="Calibri"/>
          <w:b w:val="0"/>
          <w:color w:val="15131F"/>
          <w:sz w:val="21"/>
        </w:rPr>
        <w:t>Danke, dass Sie Bescheid geben, [Vorname]. Ich hoffe, es ist alles in Ordnung. [Name] entscheidet über die Gebühr und antwortet bis [Uhrzeit]. Einen neuen Termin können Sie schon hier wählen: [Buchungslink].</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mehr als eine Nachricht für denselben verpassten Termin schicken.</w:t>
      </w:r>
    </w:p>
    <w:p>
      <w:pPr>
        <w:spacing w:after="40"/>
        <w:ind w:left="283"/>
      </w:pPr>
      <w:r>
        <w:rPr>
          <w:rFonts w:ascii="Calibri" w:hAnsi="Calibri" w:cs="Calibri" w:eastAsia="Calibri"/>
          <w:b w:val="0"/>
          <w:color w:val="15131F"/>
          <w:sz w:val="21"/>
        </w:rPr>
        <w:t>• Nie in der Nachricht eine Gebühr erlassen oder hinzufügen: Das entscheidet die verantwortliche Person.</w:t>
      </w:r>
    </w:p>
    <w:p>
      <w:pPr>
        <w:spacing w:after="40"/>
        <w:ind w:left="283"/>
      </w:pPr>
      <w:r>
        <w:rPr>
          <w:rFonts w:ascii="Calibri" w:hAnsi="Calibri" w:cs="Calibri" w:eastAsia="Calibri"/>
          <w:b w:val="0"/>
          <w:color w:val="15131F"/>
          <w:sz w:val="21"/>
        </w:rPr>
        <w:t>• Nie den Kunden bloßstellen, weder in der Nachricht noch im Protokoll.</w:t>
      </w:r>
    </w:p>
    <w:p>
      <w:pPr>
        <w:spacing w:after="160"/>
      </w:pPr>
    </w:p>
    <w:p>
      <w:pPr>
        <w:spacing w:after="60"/>
      </w:pPr>
      <w:r>
        <w:rPr>
          <w:rFonts w:ascii="Calibri" w:hAnsi="Calibri" w:cs="Calibri" w:eastAsia="Calibri"/>
          <w:b/>
          <w:color w:val="15131F"/>
          <w:sz w:val="28"/>
        </w:rPr>
        <w:t>7. Warteliste und kurzfristig freie Termine: ehrlich, wer zuerst bucht, bekommt ihn</w:t>
      </w:r>
    </w:p>
    <w:p>
      <w:pPr>
        <w:spacing w:after="80"/>
      </w:pPr>
      <w:r>
        <w:rPr>
          <w:rFonts w:ascii="Calibri" w:hAnsi="Calibri" w:cs="Calibri" w:eastAsia="Calibri"/>
          <w:b w:val="0"/>
          <w:color w:val="5D5A70"/>
          <w:sz w:val="20"/>
        </w:rPr>
        <w:t>Regel: Wer zuerst bucht · Verantwortlich und Aufgabe: [Name] führt die Warteliste im Anfragenprotokoll, mit dem Ergebnis Warteliste und einem Datum unter Nachfassen bis.</w:t>
      </w:r>
    </w:p>
    <w:p>
      <w:pPr>
        <w:spacing w:after="80"/>
      </w:pPr>
      <w:r>
        <w:rPr>
          <w:rFonts w:ascii="Calibri" w:hAnsi="Calibri" w:cs="Calibri" w:eastAsia="Calibri"/>
          <w:b w:val="0"/>
          <w:color w:val="15131F"/>
          <w:sz w:val="21"/>
        </w:rPr>
        <w:t>Wenn die Seite nichts anzeigt, bietet der Agent die Warteliste an und erfasst Namen, Kontakt und passende Tage. Wird ein Termin frei, schickt [Name] allen Wartenden ein ehrliches Angebot: Wer zuerst über den Link bucht, bekommt ihn.</w:t>
      </w:r>
    </w:p>
    <w:p>
      <w:pPr>
        <w:spacing w:after="60"/>
      </w:pPr>
      <w:r>
        <w:rPr>
          <w:rFonts w:ascii="Calibri" w:hAnsi="Calibri" w:cs="Calibri" w:eastAsia="Calibri"/>
          <w:b/>
          <w:color w:val="6B3CF0"/>
          <w:sz w:val="21"/>
        </w:rPr>
        <w:t xml:space="preserve">Der KI-Agent sagt: auf die Warteliste setzen: </w:t>
      </w:r>
      <w:r>
        <w:rPr>
          <w:rFonts w:ascii="Calibri" w:hAnsi="Calibri" w:cs="Calibri" w:eastAsia="Calibri"/>
          <w:b w:val="0"/>
          <w:color w:val="15131F"/>
          <w:sz w:val="21"/>
        </w:rPr>
        <w:t>Ich kann Sie für [Leistung] auf die Warteliste setzen, für [Tage oder Uhrzeiten]. Ein Platz auf der Warteliste ist keine Buchung: Wird ein Termin frei, schickt [Name] allen Wartenden einen Link, und wer zuerst bucht, bekommt ihn. Unter welcher [Telefonnummer oder E-Mail-Adresse] erreichen wir Sie am besten?</w:t>
      </w:r>
    </w:p>
    <w:p>
      <w:pPr>
        <w:spacing w:after="60"/>
      </w:pPr>
      <w:r>
        <w:rPr>
          <w:rFonts w:ascii="Calibri" w:hAnsi="Calibri" w:cs="Calibri" w:eastAsia="Calibri"/>
          <w:b/>
          <w:color w:val="6B3CF0"/>
          <w:sz w:val="21"/>
        </w:rPr>
        <w:t xml:space="preserve">Prompt: Angebot an die Warteliste: </w:t>
      </w:r>
      <w:r>
        <w:rPr>
          <w:rFonts w:ascii="Calibri" w:hAnsi="Calibri" w:cs="Calibri" w:eastAsia="Calibri"/>
          <w:b w:val="0"/>
          <w:color w:val="15131F"/>
          <w:sz w:val="21"/>
        </w:rPr>
        <w:t>Schreibe eine kurze [SMS oder E-Mail], die Kunden auf unserer Warteliste einen gerade frei gewordenen Termin anbietet.</w:t>
        <w:br/>
        <w:t>Unternehmen: [Unternehmen]. Freier Termin: [Leistung], [Wochentag, Datum, Uhrzeit], [Zeitzone], bei [Teammitglied].</w:t>
        <w:br/>
        <w:t>Buchungslink: [Buchungslink].</w:t>
        <w:br/>
        <w:t>Fakten: Die Nachricht geht an [Anzahl] Personen auf der Warteliste. Wer zuerst über den Link bucht, bekommt den Termin.</w:t>
        <w:br/>
        <w:t>Regeln: Sag, dass der Termin für niemanden reserviert ist. Keine künstliche Dringlichkeit, kein Preis und kein Angebot, die nicht aufgeführt sind. Unter [50] Wörtern. Schließ mit dem Link.</w:t>
      </w:r>
    </w:p>
    <w:p>
      <w:pPr>
        <w:spacing w:after="40"/>
      </w:pPr>
      <w:r>
        <w:rPr>
          <w:rFonts w:ascii="Calibri" w:hAnsi="Calibri" w:cs="Calibri" w:eastAsia="Calibri"/>
          <w:b/>
          <w:color w:val="6B3CF0"/>
          <w:sz w:val="21"/>
        </w:rPr>
        <w:t>Ein gutes Ergebnis enthält</w:t>
      </w:r>
    </w:p>
    <w:p>
      <w:pPr>
        <w:spacing w:after="40"/>
        <w:ind w:left="283"/>
      </w:pPr>
      <w:r>
        <w:rPr>
          <w:rFonts w:ascii="Calibri" w:hAnsi="Calibri" w:cs="Calibri" w:eastAsia="Calibri"/>
          <w:b w:val="0"/>
          <w:color w:val="15131F"/>
          <w:sz w:val="21"/>
        </w:rPr>
        <w:t>• Genaue Uhrzeit, Leistung und Name des Teammitglieds.</w:t>
      </w:r>
    </w:p>
    <w:p>
      <w:pPr>
        <w:spacing w:after="40"/>
        <w:ind w:left="283"/>
      </w:pPr>
      <w:r>
        <w:rPr>
          <w:rFonts w:ascii="Calibri" w:hAnsi="Calibri" w:cs="Calibri" w:eastAsia="Calibri"/>
          <w:b w:val="0"/>
          <w:color w:val="15131F"/>
          <w:sz w:val="21"/>
        </w:rPr>
        <w:t>• „Wer zuerst über den Link bucht“, klar gesagt.</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„für Sie reserviert“ oder „der Termin gehört Ihnen“ schreiben.</w:t>
      </w:r>
    </w:p>
    <w:p>
      <w:pPr>
        <w:spacing w:after="40"/>
        <w:ind w:left="283"/>
      </w:pPr>
      <w:r>
        <w:rPr>
          <w:rFonts w:ascii="Calibri" w:hAnsi="Calibri" w:cs="Calibri" w:eastAsia="Calibri"/>
          <w:b w:val="0"/>
          <w:color w:val="15131F"/>
          <w:sz w:val="21"/>
        </w:rPr>
        <w:t>• Nie einen Termin anbieten, bevor Sie im Buchungssystem geprüft haben, dass er frei ist.</w:t>
      </w:r>
    </w:p>
    <w:p>
      <w:pPr>
        <w:spacing w:after="40"/>
        <w:ind w:left="283"/>
      </w:pPr>
      <w:r>
        <w:rPr>
          <w:rFonts w:ascii="Calibri" w:hAnsi="Calibri" w:cs="Calibri" w:eastAsia="Calibri"/>
          <w:b w:val="0"/>
          <w:color w:val="15131F"/>
          <w:sz w:val="21"/>
        </w:rPr>
        <w:t>• Nie Dringlichkeit erfinden, etwa „nur noch 10 Minuten“.</w:t>
      </w:r>
    </w:p>
    <w:p>
      <w:pPr>
        <w:spacing w:after="160"/>
      </w:pPr>
    </w:p>
    <w:p>
      <w:pPr>
        <w:spacing w:after="60"/>
      </w:pPr>
      <w:r>
        <w:rPr>
          <w:rFonts w:ascii="Calibri" w:hAnsi="Calibri" w:cs="Calibri" w:eastAsia="Calibri"/>
          <w:b/>
          <w:color w:val="15131F"/>
          <w:sz w:val="28"/>
        </w:rPr>
        <w:t>8. Übergabe an eine Person: Ausnahmen, Gruppen und Zahlungen</w:t>
      </w:r>
    </w:p>
    <w:p>
      <w:pPr>
        <w:spacing w:after="80"/>
      </w:pPr>
      <w:r>
        <w:rPr>
          <w:rFonts w:ascii="Calibri" w:hAnsi="Calibri" w:cs="Calibri" w:eastAsia="Calibri"/>
          <w:b w:val="0"/>
          <w:color w:val="5D5A70"/>
          <w:sz w:val="20"/>
        </w:rPr>
        <w:t>Verantwortlich und Aufgabe: [Name] antwortet innerhalb von [Antwortzeit] und trägt dann Freigabe durch Person nötig: Ja ein, mit dem Ergebnis.</w:t>
      </w:r>
    </w:p>
    <w:p>
      <w:pPr>
        <w:spacing w:after="80"/>
      </w:pPr>
      <w:r>
        <w:rPr>
          <w:rFonts w:ascii="Calibri" w:hAnsi="Calibri" w:cs="Calibri" w:eastAsia="Calibri"/>
          <w:b w:val="0"/>
          <w:color w:val="15131F"/>
          <w:sz w:val="21"/>
        </w:rPr>
        <w:t>Manche Anfragen brauchen die Freigabe einer Person: Ausnahmen von der Regelung, Gruppen, Anzahlungen und Zahlungen sowie medizinische oder rechtliche Fragen. Der Agent erfasst die Fakten, verspricht nichts und übergibt den Chat an eine namentlich genannte Person mit Antwortzeit.</w:t>
      </w:r>
    </w:p>
    <w:p>
      <w:pPr>
        <w:spacing w:after="40"/>
      </w:pPr>
      <w:r>
        <w:rPr>
          <w:rFonts w:ascii="Calibri" w:hAnsi="Calibri" w:cs="Calibri" w:eastAsia="Calibri"/>
          <w:b/>
          <w:color w:val="15131F"/>
          <w:sz w:val="22"/>
        </w:rPr>
        <w:t>8.1 Gruppen ab [Gruppengröße] Personen</w:t>
      </w:r>
    </w:p>
    <w:p>
      <w:pPr>
        <w:spacing w:after="60"/>
      </w:pPr>
      <w:r>
        <w:rPr>
          <w:rFonts w:ascii="Calibri" w:hAnsi="Calibri" w:cs="Calibri" w:eastAsia="Calibri"/>
          <w:b/>
          <w:color w:val="6B3CF0"/>
          <w:sz w:val="21"/>
        </w:rPr>
        <w:t xml:space="preserve">Der KI-Agent erfasst: </w:t>
      </w:r>
      <w:r>
        <w:rPr>
          <w:rFonts w:ascii="Calibri" w:hAnsi="Calibri" w:cs="Calibri" w:eastAsia="Calibri"/>
          <w:b w:val="0"/>
          <w:color w:val="5D5A70"/>
          <w:sz w:val="21"/>
        </w:rPr>
        <w:t>Datum, Personenzahl, Leistungen, Kontakt.</w:t>
      </w:r>
    </w:p>
    <w:p>
      <w:pPr>
        <w:spacing w:after="60"/>
      </w:pPr>
      <w:r>
        <w:rPr>
          <w:rFonts w:ascii="Calibri" w:hAnsi="Calibri" w:cs="Calibri" w:eastAsia="Calibri"/>
          <w:b/>
          <w:color w:val="6B3CF0"/>
          <w:sz w:val="21"/>
        </w:rPr>
        <w:t xml:space="preserve">Der KI-Agent sagt: </w:t>
      </w:r>
      <w:r>
        <w:rPr>
          <w:rFonts w:ascii="Calibri" w:hAnsi="Calibri" w:cs="Calibri" w:eastAsia="Calibri"/>
          <w:b w:val="0"/>
          <w:color w:val="15131F"/>
          <w:sz w:val="21"/>
        </w:rPr>
        <w:t>Bei Gruppen ab [Gruppengröße] Personen plant [Name] Ablauf und Preis. Ich gebe das jetzt an [Name] weiter. Unter welcher [Telefonnummer oder E-Mail-Adresse] erreichen wir Sie am besten? Gebucht ist noch nichts.</w:t>
      </w:r>
    </w:p>
    <w:p>
      <w:pPr>
        <w:spacing w:after="40"/>
      </w:pPr>
    </w:p>
    <w:p>
      <w:pPr>
        <w:spacing w:after="40"/>
      </w:pPr>
      <w:r>
        <w:rPr>
          <w:rFonts w:ascii="Calibri" w:hAnsi="Calibri" w:cs="Calibri" w:eastAsia="Calibri"/>
          <w:b/>
          <w:color w:val="15131F"/>
          <w:sz w:val="22"/>
        </w:rPr>
        <w:t>8.2 Anzahlungen und Zahlungen</w:t>
      </w:r>
    </w:p>
    <w:p>
      <w:pPr>
        <w:spacing w:after="60"/>
      </w:pPr>
      <w:r>
        <w:rPr>
          <w:rFonts w:ascii="Calibri" w:hAnsi="Calibri" w:cs="Calibri" w:eastAsia="Calibri"/>
          <w:b/>
          <w:color w:val="6B3CF0"/>
          <w:sz w:val="21"/>
        </w:rPr>
        <w:t xml:space="preserve">Der KI-Agent erfasst: </w:t>
      </w:r>
      <w:r>
        <w:rPr>
          <w:rFonts w:ascii="Calibri" w:hAnsi="Calibri" w:cs="Calibri" w:eastAsia="Calibri"/>
          <w:b w:val="0"/>
          <w:color w:val="5D5A70"/>
          <w:sz w:val="21"/>
        </w:rPr>
        <w:t>Wofür die Zahlung ist, und einen Kontakt. Nie Kartendaten.</w:t>
      </w:r>
    </w:p>
    <w:p>
      <w:pPr>
        <w:spacing w:after="60"/>
      </w:pPr>
      <w:r>
        <w:rPr>
          <w:rFonts w:ascii="Calibri" w:hAnsi="Calibri" w:cs="Calibri" w:eastAsia="Calibri"/>
          <w:b/>
          <w:color w:val="6B3CF0"/>
          <w:sz w:val="21"/>
        </w:rPr>
        <w:t xml:space="preserve">Der KI-Agent sagt: </w:t>
      </w:r>
      <w:r>
        <w:rPr>
          <w:rFonts w:ascii="Calibri" w:hAnsi="Calibri" w:cs="Calibri" w:eastAsia="Calibri"/>
          <w:b w:val="0"/>
          <w:color w:val="15131F"/>
          <w:sz w:val="21"/>
        </w:rPr>
        <w:t>Bitte teilen Sie hier keine Kartendaten. Anzahlungen und Zahlungen laufen über [Name], per [Zahlungslink oder E-Mail]. Soll ich Ihre Anfrage weitergeben?</w:t>
      </w:r>
    </w:p>
    <w:p>
      <w:pPr>
        <w:spacing w:after="40"/>
      </w:pPr>
    </w:p>
    <w:p>
      <w:pPr>
        <w:spacing w:after="40"/>
      </w:pPr>
      <w:r>
        <w:rPr>
          <w:rFonts w:ascii="Calibri" w:hAnsi="Calibri" w:cs="Calibri" w:eastAsia="Calibri"/>
          <w:b/>
          <w:color w:val="15131F"/>
          <w:sz w:val="22"/>
        </w:rPr>
        <w:t>8.3 Ausnahmen von der Regelung</w:t>
      </w:r>
    </w:p>
    <w:p>
      <w:pPr>
        <w:spacing w:after="60"/>
      </w:pPr>
      <w:r>
        <w:rPr>
          <w:rFonts w:ascii="Calibri" w:hAnsi="Calibri" w:cs="Calibri" w:eastAsia="Calibri"/>
          <w:b/>
          <w:color w:val="6B3CF0"/>
          <w:sz w:val="21"/>
        </w:rPr>
        <w:t xml:space="preserve">Der KI-Agent erfasst: </w:t>
      </w:r>
      <w:r>
        <w:rPr>
          <w:rFonts w:ascii="Calibri" w:hAnsi="Calibri" w:cs="Calibri" w:eastAsia="Calibri"/>
          <w:b w:val="0"/>
          <w:color w:val="5D5A70"/>
          <w:sz w:val="21"/>
        </w:rPr>
        <w:t>Die Buchung, was passiert ist, einen Kontakt.</w:t>
      </w:r>
    </w:p>
    <w:p>
      <w:pPr>
        <w:spacing w:after="60"/>
      </w:pPr>
      <w:r>
        <w:rPr>
          <w:rFonts w:ascii="Calibri" w:hAnsi="Calibri" w:cs="Calibri" w:eastAsia="Calibri"/>
          <w:b/>
          <w:color w:val="6B3CF0"/>
          <w:sz w:val="21"/>
        </w:rPr>
        <w:t xml:space="preserve">Der KI-Agent sagt: </w:t>
      </w:r>
      <w:r>
        <w:rPr>
          <w:rFonts w:ascii="Calibri" w:hAnsi="Calibri" w:cs="Calibri" w:eastAsia="Calibri"/>
          <w:b w:val="0"/>
          <w:color w:val="15131F"/>
          <w:sz w:val="21"/>
        </w:rPr>
        <w:t>Unsere Regelung: [Regelung in einem Satz]. Ausnahmen kann ich nicht machen, aber [Name] entscheidet über solche Anfragen und antwortet bis [Uhrzeit]. Was ist passiert?</w:t>
      </w:r>
    </w:p>
    <w:p>
      <w:pPr>
        <w:spacing w:after="40"/>
      </w:pPr>
    </w:p>
    <w:p>
      <w:pPr>
        <w:spacing w:after="40"/>
      </w:pPr>
      <w:r>
        <w:rPr>
          <w:rFonts w:ascii="Calibri" w:hAnsi="Calibri" w:cs="Calibri" w:eastAsia="Calibri"/>
          <w:b/>
          <w:color w:val="15131F"/>
          <w:sz w:val="22"/>
        </w:rPr>
        <w:t>8.4 Medizinische oder rechtliche Fragen</w:t>
      </w:r>
    </w:p>
    <w:p>
      <w:pPr>
        <w:spacing w:after="60"/>
      </w:pPr>
      <w:r>
        <w:rPr>
          <w:rFonts w:ascii="Calibri" w:hAnsi="Calibri" w:cs="Calibri" w:eastAsia="Calibri"/>
          <w:b/>
          <w:color w:val="6B3CF0"/>
          <w:sz w:val="21"/>
        </w:rPr>
        <w:t xml:space="preserve">Der KI-Agent erfasst: </w:t>
      </w:r>
      <w:r>
        <w:rPr>
          <w:rFonts w:ascii="Calibri" w:hAnsi="Calibri" w:cs="Calibri" w:eastAsia="Calibri"/>
          <w:b w:val="0"/>
          <w:color w:val="5D5A70"/>
          <w:sz w:val="21"/>
        </w:rPr>
        <w:t>Nur die Frage zu Ihrer Leistung.</w:t>
      </w:r>
    </w:p>
    <w:p>
      <w:pPr>
        <w:spacing w:after="60"/>
      </w:pPr>
      <w:r>
        <w:rPr>
          <w:rFonts w:ascii="Calibri" w:hAnsi="Calibri" w:cs="Calibri" w:eastAsia="Calibri"/>
          <w:b/>
          <w:color w:val="6B3CF0"/>
          <w:sz w:val="21"/>
        </w:rPr>
        <w:t xml:space="preserve">Der KI-Agent sagt: </w:t>
      </w:r>
      <w:r>
        <w:rPr>
          <w:rFonts w:ascii="Calibri" w:hAnsi="Calibri" w:cs="Calibri" w:eastAsia="Calibri"/>
          <w:b w:val="0"/>
          <w:color w:val="15131F"/>
          <w:sz w:val="21"/>
        </w:rPr>
        <w:t>Medizinische oder rechtliche Ratschläge kann ich nicht geben, bitte fragen Sie dazu [Ihren Arzt oder Ihren Anwalt]. Bei Fragen zu [unserer Leistung] hilft Ihnen [Name] gern. Soll ich das weitergeben?</w:t>
      </w:r>
    </w:p>
    <w:p>
      <w:pPr>
        <w:spacing w:after="40"/>
      </w:pPr>
    </w:p>
    <w:p>
      <w:pPr>
        <w:spacing w:after="60"/>
      </w:pPr>
      <w:r>
        <w:rPr>
          <w:rFonts w:ascii="Calibri" w:hAnsi="Calibri" w:cs="Calibri" w:eastAsia="Calibri"/>
          <w:b/>
          <w:color w:val="6B3CF0"/>
          <w:sz w:val="21"/>
        </w:rPr>
        <w:t xml:space="preserve">Übergabenotiz für die zuständige Person: </w:t>
      </w:r>
      <w:r>
        <w:rPr>
          <w:rFonts w:ascii="Calibri" w:hAnsi="Calibri" w:cs="Calibri" w:eastAsia="Calibri"/>
          <w:b w:val="0"/>
          <w:color w:val="15131F"/>
          <w:sz w:val="21"/>
        </w:rPr>
        <w:t>Übergabe einer Buchung</w:t>
        <w:br/>
        <w:t>Kunde: [Name], [Telefon oder E-Mail]</w:t>
        <w:br/>
        <w:t>Wunsch: [Leistung], [Datum und Uhrzeit], [Personenzahl]</w:t>
        <w:br/>
        <w:t>Warum eine Person: [Gruppe, Anzahlung, Ausnahme, medizinisch oder rechtlich]</w:t>
        <w:br/>
        <w:t>Über Link gebucht: [ja oder nein]</w:t>
        <w:br/>
        <w:t>Im Chat versprochen: nichts</w:t>
        <w:br/>
        <w:t>Antwort bis: [Uhrzeit]</w:t>
      </w:r>
    </w:p>
    <w:p>
      <w:pPr>
        <w:spacing w:after="40"/>
      </w:pPr>
      <w:r>
        <w:rPr>
          <w:rFonts w:ascii="Calibri" w:hAnsi="Calibri" w:cs="Calibri" w:eastAsia="Calibri"/>
          <w:b/>
          <w:color w:val="6B3CF0"/>
          <w:sz w:val="21"/>
        </w:rPr>
        <w:t>Niemals</w:t>
      </w:r>
    </w:p>
    <w:p>
      <w:pPr>
        <w:spacing w:after="40"/>
        <w:ind w:left="283"/>
      </w:pPr>
      <w:r>
        <w:rPr>
          <w:rFonts w:ascii="Calibri" w:hAnsi="Calibri" w:cs="Calibri" w:eastAsia="Calibri"/>
          <w:b w:val="0"/>
          <w:color w:val="15131F"/>
          <w:sz w:val="21"/>
        </w:rPr>
        <w:t>• Nie im Chat für eine Gruppe, eine Anzahlung oder eine Ausnahme etwas genehmigen, einen Preis nennen oder Rabatt geben.</w:t>
      </w:r>
    </w:p>
    <w:p>
      <w:pPr>
        <w:spacing w:after="40"/>
        <w:ind w:left="283"/>
      </w:pPr>
      <w:r>
        <w:rPr>
          <w:rFonts w:ascii="Calibri" w:hAnsi="Calibri" w:cs="Calibri" w:eastAsia="Calibri"/>
          <w:b w:val="0"/>
          <w:color w:val="15131F"/>
          <w:sz w:val="21"/>
        </w:rPr>
        <w:t>• Nie Kartendaten annehmen.</w:t>
      </w:r>
    </w:p>
    <w:p>
      <w:pPr>
        <w:spacing w:after="40"/>
        <w:ind w:left="283"/>
      </w:pPr>
      <w:r>
        <w:rPr>
          <w:rFonts w:ascii="Calibri" w:hAnsi="Calibri" w:cs="Calibri" w:eastAsia="Calibri"/>
          <w:b w:val="0"/>
          <w:color w:val="15131F"/>
          <w:sz w:val="21"/>
        </w:rPr>
        <w:t>• Nie ohne Namen, Kontakt und Antwortzeit übergeben.</w:t>
      </w:r>
    </w:p>
    <w:p>
      <w:pPr>
        <w:spacing w:after="60"/>
      </w:pPr>
      <w:r>
        <w:rPr>
          <w:rFonts w:ascii="Calibri" w:hAnsi="Calibri" w:cs="Calibri" w:eastAsia="Calibri"/>
          <w:b/>
          <w:color w:val="6B3CF0"/>
          <w:sz w:val="21"/>
        </w:rPr>
        <w:t xml:space="preserve">Immer eine Person: </w:t>
      </w:r>
      <w:r>
        <w:rPr>
          <w:rFonts w:ascii="Calibri" w:hAnsi="Calibri" w:cs="Calibri" w:eastAsia="Calibri"/>
          <w:b w:val="0"/>
          <w:color w:val="5D5A70"/>
          <w:sz w:val="21"/>
        </w:rPr>
        <w:t>Ausnahmen, Gruppen, Anzahlungen, Zahlungen, Medizinisches, Rechtliches, Beschwerden</w:t>
      </w:r>
    </w:p>
    <w:p>
      <w:pPr>
        <w:spacing w:after="160"/>
      </w:pPr>
    </w:p>
    <w:p>
      <w:pPr>
        <w:spacing w:after="80"/>
      </w:pPr>
      <w:r>
        <w:rPr>
          <w:rFonts w:ascii="Calibri" w:hAnsi="Calibri" w:cs="Calibri" w:eastAsia="Calibri"/>
          <w:b/>
          <w:color w:val="15131F"/>
          <w:sz w:val="28"/>
        </w:rPr>
        <w:t>Beispiel: Der Agent eines Salons schickt den Buchungslink, der Kalender bestätigt</w:t>
      </w:r>
    </w:p>
    <w:p>
      <w:pPr>
        <w:spacing w:after="120"/>
      </w:pPr>
      <w:r>
        <w:rPr>
          <w:rFonts w:ascii="Calibri" w:hAnsi="Calibri" w:cs="Calibri" w:eastAsia="Calibri"/>
          <w:b w:val="0"/>
          <w:color w:val="5D5A70"/>
          <w:sz w:val="21"/>
        </w:rPr>
        <w:t>So greifen diese KI-Prompt-Vorlagen für Terminbuchungen ineinander. Wrenfield Hair Studio, ein fiktiver Friseursalon in Austin (Texas), nutzt die Regeln aus Tab 1. Am Freitag, dem 2. Oktober 2026, fragte Leah nach einem Termin am nächsten Vormittag, buchte über den Link und erhielt Bestätigung und Erinnerung, geschrieben mit Tab 5. Ihre Gruppenanfrage ging an Mia.</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Hallo! Haben Sie morgen Vormittag etwas frei für Schnitt und Farbe? Samstag, 3. Oktober.</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Hallo! Sie möchten am Samstag, 3. Oktober, vormittags Schnitt und Farbe. Unseren aktuellen Kalender kann ich nicht sehen, deshalb rate ich nicht. Alle freien Termine für Schnitt und Farbe (2 Stunden 30 Minuten, ab 160 $) finden Sie hier: wrenfield.example/book. Gebucht ist der Termin, wenn die Seite ihn bestätigt und die E-Mail ankommt.</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Am Samstag ist vor 15 Uhr alles voll. Können Sie mich um 9 dazwischenschieben?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Tut mir leid, ich kann keine Termine hinzufügen oder freihalten, das kann nur die Buchungsseite. Sie können dort eine andere freie Zeit wählen oder sich auf die Warteliste für Samstagvormittag setzen lassen. Ein Platz auf der Warteliste ist keine Buchung: Wird ein Termin frei, schickt Mia allen Wartenden einen Link, und wer zuerst bucht, bekommt ihn.</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Keine Warteliste. Ich habe gerade Dienstag, 6. Oktober, um 16:30 Uhr bei Jo gebucht. Die E-Mail ist da!</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Super, diese Buchung zählt. Zum Ändern nutzen Sie den Link in Ihrer Bestätigungs-E-Mail. Für Änderungen weniger als 24 Stunden vorher und für versäumte Termine fällt eine Gebühr von 30 $ an.</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Noch etwas: Meine Schwester heiratet am Samstag, 24. Oktober. Können Sie an dem Morgen mich und 4 Brautjungfern frisieren?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Herzlichen Glückwunsch an Ihre Schwester! Bei Gruppen ab 3 Personen plant Mia den Ablauf und die Anzahlung, und sie antwortet hier während der Öffnungszeiten innerhalb von 30 Minuten. Unter welcher Telefonnummer erreichen wir Sie am besten? Für den 24. Oktober ist noch nichts gebucht.</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512 555 0147</w:t>
      </w:r>
    </w:p>
    <w:p>
      <w:pPr>
        <w:spacing w:after="60"/>
      </w:pPr>
      <w:r>
        <w:rPr>
          <w:rFonts w:ascii="Calibri" w:hAnsi="Calibri" w:cs="Calibri" w:eastAsia="Calibri"/>
          <w:b/>
          <w:color w:val="6B3CF0"/>
          <w:sz w:val="21"/>
        </w:rPr>
        <w:t xml:space="preserve">Mia (Inhaberin): </w:t>
      </w:r>
      <w:r>
        <w:rPr>
          <w:rFonts w:ascii="Calibri" w:hAnsi="Calibri" w:cs="Calibri" w:eastAsia="Calibri"/>
          <w:b w:val="0"/>
          <w:color w:val="15131F"/>
          <w:sz w:val="21"/>
        </w:rPr>
        <w:t>Hallo Leah, hier ist Mia. Hochzeitsmorgen machen wir für bis zu 5 Personen ab 7:00 Uhr: etwa 4 Stunden für 5 Personen, mit 100 $ Anzahlung. Den Ablaufplan und einen Zahlungslink schicke ich Ihnen heute bis 16:30 Uhr per E-Mail. Gebucht ist der Morgen, sobald die Anzahlung bezahlt ist und ich bestätige.</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Perfekt, danke!</w:t>
      </w:r>
    </w:p>
    <w:p>
      <w:pPr>
        <w:spacing w:after="80"/>
      </w:pPr>
    </w:p>
    <w:p>
      <w:pPr>
        <w:spacing w:after="80"/>
      </w:pPr>
      <w:r>
        <w:rPr>
          <w:rFonts w:ascii="Calibri" w:hAnsi="Calibri" w:cs="Calibri" w:eastAsia="Calibri"/>
          <w:b/>
          <w:color w:val="15131F"/>
          <w:sz w:val="24"/>
        </w:rPr>
        <w:t>Die Buchungsanfrage, Feld für Feld</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Wunschtermin</w:t>
            </w:r>
          </w:p>
        </w:tc>
        <w:tc>
          <w:tcPr>
            <w:tcW w:type="dxa" w:w="4986"/>
          </w:tcPr>
          <w:p>
            <w:r/>
            <w:r>
              <w:rPr>
                <w:rFonts w:ascii="Calibri" w:hAnsi="Calibri" w:cs="Calibri" w:eastAsia="Calibri"/>
                <w:b w:val="0"/>
                <w:color w:val="15131F"/>
                <w:sz w:val="19"/>
              </w:rPr>
              <w:t>Schnitt und Farbe, Samstag, 3. Oktober, vormittags</w:t>
            </w:r>
          </w:p>
        </w:tc>
      </w:tr>
      <w:tr>
        <w:tc>
          <w:tcPr>
            <w:tcW w:type="dxa" w:w="4986"/>
          </w:tcPr>
          <w:p>
            <w:r/>
            <w:r>
              <w:rPr>
                <w:rFonts w:ascii="Calibri" w:hAnsi="Calibri" w:cs="Calibri" w:eastAsia="Calibri"/>
                <w:b/>
                <w:color w:val="15131F"/>
                <w:sz w:val="19"/>
              </w:rPr>
              <w:t>Quellenprüfung</w:t>
            </w:r>
          </w:p>
        </w:tc>
        <w:tc>
          <w:tcPr>
            <w:tcW w:type="dxa" w:w="4986"/>
          </w:tcPr>
          <w:p>
            <w:r/>
            <w:r>
              <w:rPr>
                <w:rFonts w:ascii="Calibri" w:hAnsi="Calibri" w:cs="Calibri" w:eastAsia="Calibri"/>
                <w:b w:val="0"/>
                <w:color w:val="15131F"/>
                <w:sz w:val="19"/>
              </w:rPr>
              <w:t>Nur die Buchungsseite: Samstag vor 15:00 Uhr ausgebucht; der Agent nannte keine Uhrzeit</w:t>
            </w:r>
          </w:p>
        </w:tc>
      </w:tr>
      <w:tr>
        <w:tc>
          <w:tcPr>
            <w:tcW w:type="dxa" w:w="4986"/>
          </w:tcPr>
          <w:p>
            <w:r/>
            <w:r>
              <w:rPr>
                <w:rFonts w:ascii="Calibri" w:hAnsi="Calibri" w:cs="Calibri" w:eastAsia="Calibri"/>
                <w:b/>
                <w:color w:val="15131F"/>
                <w:sz w:val="19"/>
              </w:rPr>
              <w:t>Status</w:t>
            </w:r>
          </w:p>
        </w:tc>
        <w:tc>
          <w:tcPr>
            <w:tcW w:type="dxa" w:w="4986"/>
          </w:tcPr>
          <w:p>
            <w:r/>
            <w:r>
              <w:rPr>
                <w:rFonts w:ascii="Calibri" w:hAnsi="Calibri" w:cs="Calibri" w:eastAsia="Calibri"/>
                <w:b w:val="0"/>
                <w:color w:val="15131F"/>
                <w:sz w:val="19"/>
              </w:rPr>
              <w:t>Im Chat unbestätigt; gebucht, als die Seite Dienstag, 6. Oktober, 16:30 Uhr bei Jo bestätigte</w:t>
            </w:r>
          </w:p>
        </w:tc>
      </w:tr>
      <w:tr>
        <w:tc>
          <w:tcPr>
            <w:tcW w:type="dxa" w:w="4986"/>
          </w:tcPr>
          <w:p>
            <w:r/>
            <w:r>
              <w:rPr>
                <w:rFonts w:ascii="Calibri" w:hAnsi="Calibri" w:cs="Calibri" w:eastAsia="Calibri"/>
                <w:b/>
                <w:color w:val="15131F"/>
                <w:sz w:val="19"/>
              </w:rPr>
              <w:t>Alternativen</w:t>
            </w:r>
          </w:p>
        </w:tc>
        <w:tc>
          <w:tcPr>
            <w:tcW w:type="dxa" w:w="4986"/>
          </w:tcPr>
          <w:p>
            <w:r/>
            <w:r>
              <w:rPr>
                <w:rFonts w:ascii="Calibri" w:hAnsi="Calibri" w:cs="Calibri" w:eastAsia="Calibri"/>
                <w:b w:val="0"/>
                <w:color w:val="15131F"/>
                <w:sz w:val="19"/>
              </w:rPr>
              <w:t>Eine andere Zeit auf der Seite oder die Warteliste für Samstag (abgelehnt)</w:t>
            </w:r>
          </w:p>
        </w:tc>
      </w:tr>
      <w:tr>
        <w:tc>
          <w:tcPr>
            <w:tcW w:type="dxa" w:w="4986"/>
          </w:tcPr>
          <w:p>
            <w:r/>
            <w:r>
              <w:rPr>
                <w:rFonts w:ascii="Calibri" w:hAnsi="Calibri" w:cs="Calibri" w:eastAsia="Calibri"/>
                <w:b/>
                <w:color w:val="15131F"/>
                <w:sz w:val="19"/>
              </w:rPr>
              <w:t>Freigabe durch eine Person</w:t>
            </w:r>
          </w:p>
        </w:tc>
        <w:tc>
          <w:tcPr>
            <w:tcW w:type="dxa" w:w="4986"/>
          </w:tcPr>
          <w:p>
            <w:r/>
            <w:r>
              <w:rPr>
                <w:rFonts w:ascii="Calibri" w:hAnsi="Calibri" w:cs="Calibri" w:eastAsia="Calibri"/>
                <w:b w:val="0"/>
                <w:color w:val="15131F"/>
                <w:sz w:val="19"/>
              </w:rPr>
              <w:t>Hochzeitsmorgen für 5 am 24. Oktober: Gruppe und 100 $ Anzahlung, an Mia übergeben</w:t>
            </w:r>
          </w:p>
        </w:tc>
      </w:tr>
      <w:tr>
        <w:tc>
          <w:tcPr>
            <w:tcW w:type="dxa" w:w="4986"/>
          </w:tcPr>
          <w:p>
            <w:r/>
            <w:r>
              <w:rPr>
                <w:rFonts w:ascii="Calibri" w:hAnsi="Calibri" w:cs="Calibri" w:eastAsia="Calibri"/>
                <w:b/>
                <w:color w:val="15131F"/>
                <w:sz w:val="19"/>
              </w:rPr>
              <w:t>Verantwortlich und Aufgabe</w:t>
            </w:r>
          </w:p>
        </w:tc>
        <w:tc>
          <w:tcPr>
            <w:tcW w:type="dxa" w:w="4986"/>
          </w:tcPr>
          <w:p>
            <w:r/>
            <w:r>
              <w:rPr>
                <w:rFonts w:ascii="Calibri" w:hAnsi="Calibri" w:cs="Calibri" w:eastAsia="Calibri"/>
                <w:b w:val="0"/>
                <w:color w:val="15131F"/>
                <w:sz w:val="19"/>
              </w:rPr>
              <w:t>Mia: Ablaufplan und Zahlungslink bis 16:30 Uhr (gesendet um 16:20 Uhr), Anzahlung am Freitag, 9. Oktober, prüfen</w:t>
            </w:r>
          </w:p>
        </w:tc>
      </w:tr>
    </w:tbl>
    <w:p/>
    <w:p>
      <w:pPr>
        <w:spacing w:after="80"/>
      </w:pPr>
      <w:r>
        <w:rPr>
          <w:rFonts w:ascii="Calibri" w:hAnsi="Calibri" w:cs="Calibri" w:eastAsia="Calibri"/>
          <w:b/>
          <w:color w:val="15131F"/>
          <w:sz w:val="24"/>
        </w:rPr>
        <w:t>Mit den Prompts entworfene Nachrichten</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Bestätigung, Prompt A</w:t>
            </w:r>
          </w:p>
        </w:tc>
        <w:tc>
          <w:tcPr>
            <w:tcW w:type="dxa" w:w="4986"/>
          </w:tcPr>
          <w:p>
            <w:r/>
            <w:r>
              <w:rPr>
                <w:rFonts w:ascii="Calibri" w:hAnsi="Calibri" w:cs="Calibri" w:eastAsia="Calibri"/>
                <w:b w:val="0"/>
                <w:color w:val="15131F"/>
                <w:sz w:val="19"/>
              </w:rPr>
              <w:t>Hallo Leah, Ihr Termin steht: Dienstag, 6. Oktober, 16:30 bis 19:00 Uhr, Schnitt und Farbe bei Jo, 418 Alder Street, Austin. Bitte kommen Sie mit trockenem, ungestyltem Haar. Zum Ändern oder Absagen nutzen Sie den Link in dieser E-Mail; für Änderungen weniger als 24 Stunden vorher und für versäumte Termine fällt eine Gebühr von 30 $ an.</w:t>
            </w:r>
          </w:p>
        </w:tc>
      </w:tr>
      <w:tr>
        <w:tc>
          <w:tcPr>
            <w:tcW w:type="dxa" w:w="4986"/>
          </w:tcPr>
          <w:p>
            <w:r/>
            <w:r>
              <w:rPr>
                <w:rFonts w:ascii="Calibri" w:hAnsi="Calibri" w:cs="Calibri" w:eastAsia="Calibri"/>
                <w:b/>
                <w:color w:val="15131F"/>
                <w:sz w:val="19"/>
              </w:rPr>
              <w:t>Erinnerung, Prompt B</w:t>
            </w:r>
          </w:p>
        </w:tc>
        <w:tc>
          <w:tcPr>
            <w:tcW w:type="dxa" w:w="4986"/>
          </w:tcPr>
          <w:p>
            <w:r/>
            <w:r>
              <w:rPr>
                <w:rFonts w:ascii="Calibri" w:hAnsi="Calibri" w:cs="Calibri" w:eastAsia="Calibri"/>
                <w:b w:val="0"/>
                <w:color w:val="15131F"/>
                <w:sz w:val="19"/>
              </w:rPr>
              <w:t>E-Mail, Montag, 5. Oktober, 16:30 Uhr: Hallo Leah, bis morgen, Dienstag, 6. Oktober, um 16:30 Uhr bei Jo. Kostenlose Parkplätze hinter dem Studio. Sie können nicht kommen? Bitte ändern Sie den Termin bald über den Link in Ihrer Bestätigungs-E-Mail, damit jemand von unserer Warteliste ihn bekommen kann.</w:t>
            </w:r>
          </w:p>
        </w:tc>
      </w:tr>
      <w:tr>
        <w:tc>
          <w:tcPr>
            <w:tcW w:type="dxa" w:w="4986"/>
          </w:tcPr>
          <w:p>
            <w:r/>
            <w:r>
              <w:rPr>
                <w:rFonts w:ascii="Calibri" w:hAnsi="Calibri" w:cs="Calibri" w:eastAsia="Calibri"/>
                <w:b/>
                <w:color w:val="15131F"/>
                <w:sz w:val="19"/>
              </w:rPr>
              <w:t>Vor dem Speichern geprüft</w:t>
            </w:r>
          </w:p>
        </w:tc>
        <w:tc>
          <w:tcPr>
            <w:tcW w:type="dxa" w:w="4986"/>
          </w:tcPr>
          <w:p>
            <w:r/>
            <w:r>
              <w:rPr>
                <w:rFonts w:ascii="Calibri" w:hAnsi="Calibri" w:cs="Calibri" w:eastAsia="Calibri"/>
                <w:b w:val="0"/>
                <w:color w:val="15131F"/>
                <w:sz w:val="19"/>
              </w:rPr>
              <w:t>Datum, Uhrzeit, Adresse und Gebühr mit der Buchungsliste abgeglichen</w:t>
            </w:r>
          </w:p>
        </w:tc>
      </w:tr>
    </w:tbl>
    <w:p/>
    <w:p>
      <w:pPr>
        <w:spacing w:after="80"/>
      </w:pPr>
      <w:r>
        <w:rPr>
          <w:rFonts w:ascii="Calibri" w:hAnsi="Calibri" w:cs="Calibri" w:eastAsia="Calibri"/>
          <w:b/>
          <w:color w:val="15131F"/>
          <w:sz w:val="24"/>
        </w:rPr>
        <w:t>Was im Protokoll und im CRM landet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Buchungen</w:t>
            </w:r>
          </w:p>
        </w:tc>
        <w:tc>
          <w:tcPr>
            <w:tcW w:type="dxa" w:w="4986"/>
          </w:tcPr>
          <w:p>
            <w:r/>
            <w:r>
              <w:rPr>
                <w:rFonts w:ascii="Calibri" w:hAnsi="Calibri" w:cs="Calibri" w:eastAsia="Calibri"/>
                <w:b w:val="0"/>
                <w:color w:val="15131F"/>
                <w:sz w:val="19"/>
              </w:rPr>
              <w:t>Schnitt und Farbe, Dienstag, 6. Oktober, 16:30 Uhr, „Bestätigt“</w:t>
            </w:r>
          </w:p>
        </w:tc>
      </w:tr>
      <w:tr>
        <w:tc>
          <w:tcPr>
            <w:tcW w:type="dxa" w:w="4986"/>
          </w:tcPr>
          <w:p>
            <w:r/>
            <w:r>
              <w:rPr>
                <w:rFonts w:ascii="Calibri" w:hAnsi="Calibri" w:cs="Calibri" w:eastAsia="Calibri"/>
                <w:b/>
                <w:color w:val="15131F"/>
                <w:sz w:val="19"/>
              </w:rPr>
              <w:t>Protokoll der Buchungsanfragen</w:t>
            </w:r>
          </w:p>
        </w:tc>
        <w:tc>
          <w:tcPr>
            <w:tcW w:type="dxa" w:w="4986"/>
          </w:tcPr>
          <w:p>
            <w:r/>
            <w:r>
              <w:rPr>
                <w:rFonts w:ascii="Calibri" w:hAnsi="Calibri" w:cs="Calibri" w:eastAsia="Calibri"/>
                <w:b w:val="0"/>
                <w:color w:val="15131F"/>
                <w:sz w:val="19"/>
              </w:rPr>
              <w:t>2 Zeilen: die Buchung am Dienstag (Gebucht) und der Hochzeitsmorgen (Freigabe nötig, verantwortlich Mia, Nachfassen bis 9. Oktober)</w:t>
            </w:r>
          </w:p>
        </w:tc>
      </w:tr>
      <w:tr>
        <w:tc>
          <w:tcPr>
            <w:tcW w:type="dxa" w:w="4986"/>
          </w:tcPr>
          <w:p>
            <w:r/>
            <w:r>
              <w:rPr>
                <w:rFonts w:ascii="Calibri" w:hAnsi="Calibri" w:cs="Calibri" w:eastAsia="Calibri"/>
                <w:b/>
                <w:color w:val="15131F"/>
                <w:sz w:val="19"/>
              </w:rPr>
              <w:t>Chat-Verlauf</w:t>
            </w:r>
          </w:p>
        </w:tc>
        <w:tc>
          <w:tcPr>
            <w:tcW w:type="dxa" w:w="4986"/>
          </w:tcPr>
          <w:p>
            <w:r/>
            <w:r>
              <w:rPr>
                <w:rFonts w:ascii="Calibri" w:hAnsi="Calibri" w:cs="Calibri" w:eastAsia="Calibri"/>
                <w:b w:val="0"/>
                <w:color w:val="15131F"/>
                <w:sz w:val="19"/>
              </w:rPr>
              <w:t>Leah, 512 555 0147, Status „Abgeschlossen“</w:t>
            </w:r>
          </w:p>
        </w:tc>
      </w:tr>
    </w:tbl>
    <w:p/>
    <w:p>
      <w:pPr>
        <w:spacing w:after="240"/>
      </w:pPr>
      <w:r>
        <w:rPr>
          <w:rFonts w:ascii="Calibri" w:hAnsi="Calibri" w:cs="Calibri" w:eastAsia="Calibri"/>
          <w:b w:val="0"/>
          <w:color w:val="5D5A70"/>
          <w:sz w:val="18"/>
        </w:rPr>
        <w:t>Fiktiver Salon, fiktive Kundin</w:t>
      </w:r>
    </w:p>
    <w:p>
      <w:pPr>
        <w:spacing w:after="120"/>
      </w:pPr>
      <w:r>
        <w:rPr>
          <w:rFonts w:ascii="Calibri" w:hAnsi="Calibri" w:cs="Calibri" w:eastAsia="Calibri"/>
          <w:b/>
          <w:color w:val="15131F"/>
          <w:sz w:val="28"/>
        </w:rPr>
        <w:t>So nutzen Sie diese KI-Prompt-Vorlagen für Terminbuchungen</w:t>
      </w:r>
    </w:p>
    <w:p>
      <w:pPr>
        <w:spacing w:after="40"/>
      </w:pPr>
      <w:r>
        <w:rPr>
          <w:rFonts w:ascii="Calibri" w:hAnsi="Calibri" w:cs="Calibri" w:eastAsia="Calibri"/>
          <w:b/>
          <w:color w:val="15131F"/>
          <w:sz w:val="22"/>
        </w:rPr>
        <w:t>1. Klammern ausfüllen</w:t>
      </w:r>
    </w:p>
    <w:p>
      <w:pPr>
        <w:spacing w:after="120"/>
      </w:pPr>
      <w:r>
        <w:rPr>
          <w:rFonts w:ascii="Calibri" w:hAnsi="Calibri" w:cs="Calibri" w:eastAsia="Calibri"/>
          <w:b w:val="0"/>
          <w:color w:val="15131F"/>
          <w:sz w:val="21"/>
        </w:rPr>
        <w:t>Buchungslink, Leistungen, Preise, Regelung, Zeiten der Warteliste, Name für die Übergabe, Antwortzeit.</w:t>
      </w:r>
    </w:p>
    <w:p>
      <w:pPr>
        <w:spacing w:after="40"/>
      </w:pPr>
      <w:r>
        <w:rPr>
          <w:rFonts w:ascii="Calibri" w:hAnsi="Calibri" w:cs="Calibri" w:eastAsia="Calibri"/>
          <w:b/>
          <w:color w:val="15131F"/>
          <w:sz w:val="22"/>
        </w:rPr>
        <w:t>2. Einfügen und testen</w:t>
      </w:r>
    </w:p>
    <w:p>
      <w:pPr>
        <w:spacing w:after="120"/>
      </w:pPr>
      <w:r>
        <w:rPr>
          <w:rFonts w:ascii="Calibri" w:hAnsi="Calibri" w:cs="Calibri" w:eastAsia="Calibri"/>
          <w:b w:val="0"/>
          <w:color w:val="15131F"/>
          <w:sz w:val="21"/>
        </w:rPr>
        <w:t>Fügen Sie die Regeln aus Tab 1 ein und tippen Sie die 10 Testnachrichten. Alle 10 müssen bestehen.</w:t>
      </w:r>
    </w:p>
    <w:p>
      <w:pPr>
        <w:spacing w:after="40"/>
      </w:pPr>
      <w:r>
        <w:rPr>
          <w:rFonts w:ascii="Calibri" w:hAnsi="Calibri" w:cs="Calibri" w:eastAsia="Calibri"/>
          <w:b/>
          <w:color w:val="15131F"/>
          <w:sz w:val="22"/>
        </w:rPr>
        <w:t>3. Verantwortliche festlegen</w:t>
      </w:r>
    </w:p>
    <w:p>
      <w:pPr>
        <w:spacing w:after="120"/>
      </w:pPr>
      <w:r>
        <w:rPr>
          <w:rFonts w:ascii="Calibri" w:hAnsi="Calibri" w:cs="Calibri" w:eastAsia="Calibri"/>
          <w:b w:val="0"/>
          <w:color w:val="15131F"/>
          <w:sz w:val="21"/>
        </w:rPr>
        <w:t>Wer jeden der 6 Nachrichten-Prompts verschickt, wie und wann.</w:t>
      </w:r>
    </w:p>
    <w:p>
      <w:pPr>
        <w:spacing w:after="40"/>
      </w:pPr>
      <w:r>
        <w:rPr>
          <w:rFonts w:ascii="Calibri" w:hAnsi="Calibri" w:cs="Calibri" w:eastAsia="Calibri"/>
          <w:b/>
          <w:color w:val="15131F"/>
          <w:sz w:val="22"/>
        </w:rPr>
        <w:t>4. Anfragen protokollieren</w:t>
      </w:r>
    </w:p>
    <w:p>
      <w:pPr>
        <w:spacing w:after="120"/>
      </w:pPr>
      <w:r>
        <w:rPr>
          <w:rFonts w:ascii="Calibri" w:hAnsi="Calibri" w:cs="Calibri" w:eastAsia="Calibri"/>
          <w:b w:val="0"/>
          <w:color w:val="15131F"/>
          <w:sz w:val="21"/>
        </w:rPr>
        <w:t>Eine Zeile je Anfrage, mit einer verantwortlichen Person für jedes Nachfassen.</w:t>
      </w:r>
    </w:p>
    <w:p>
      <w:pPr>
        <w:spacing w:after="40"/>
      </w:pPr>
      <w:r>
        <w:rPr>
          <w:rFonts w:ascii="Calibri" w:hAnsi="Calibri" w:cs="Calibri" w:eastAsia="Calibri"/>
          <w:b/>
          <w:color w:val="15131F"/>
          <w:sz w:val="22"/>
        </w:rPr>
        <w:t>5. Jede Woche prüfen</w:t>
      </w:r>
    </w:p>
    <w:p>
      <w:pPr>
        <w:spacing w:after="120"/>
      </w:pPr>
      <w:r>
        <w:rPr>
          <w:rFonts w:ascii="Calibri" w:hAnsi="Calibri" w:cs="Calibri" w:eastAsia="Calibri"/>
          <w:b w:val="0"/>
          <w:color w:val="15131F"/>
          <w:sz w:val="21"/>
        </w:rPr>
        <w:t>Ausfallquote, offenes Nachfassen, Übergaben. Nach jeder Änderung neu testen.</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„Terminplanung“ &gt; „Ereignistypen“ &gt; „Neuer Ereignistyp“. Legen Sie „Ereignisname“, „Dauer“, „Ort“, „Pufferzeit“ und „Max. Buchungen pro Tag“ fest. Wählen Sie unter „Erinnerungen“ „24 Stunden vorher“, „1 Stunde vorher“ oder „15 Minuten vorher“.</w:t>
      </w:r>
    </w:p>
    <w:p>
      <w:pPr>
        <w:spacing w:after="60"/>
      </w:pPr>
      <w:r>
        <w:rPr>
          <w:rFonts w:ascii="Calibri" w:hAnsi="Calibri" w:cs="Calibri" w:eastAsia="Calibri"/>
          <w:b w:val="0"/>
          <w:color w:val="15131F"/>
          <w:sz w:val="21"/>
        </w:rPr>
        <w:t>2. Verbinden Sie unter „Kalenderverbindungen“ „Google Kalender“ oder „Outlook Kalender“, damit belegte Zeiten Buchungen blockieren.</w:t>
      </w:r>
    </w:p>
    <w:p>
      <w:pPr>
        <w:spacing w:after="60"/>
      </w:pPr>
      <w:r>
        <w:rPr>
          <w:rFonts w:ascii="Calibri" w:hAnsi="Calibri" w:cs="Calibri" w:eastAsia="Calibri"/>
          <w:b w:val="0"/>
          <w:color w:val="15131F"/>
          <w:sz w:val="21"/>
        </w:rPr>
        <w:t>3. Klicken Sie beim Ereignistyp auf „Link kopieren“. Wählen Sie unter „Meine Bots“ den Bot und fügen Sie den Link und die Regeln auf dem Tab „Grundlagen“ in „Anweisungen“ ein. Klicken Sie auf „Änderungen speichern“.</w:t>
      </w:r>
    </w:p>
    <w:p>
      <w:pPr>
        <w:spacing w:after="60"/>
      </w:pPr>
      <w:r>
        <w:rPr>
          <w:rFonts w:ascii="Calibri" w:hAnsi="Calibri" w:cs="Calibri" w:eastAsia="Calibri"/>
          <w:b w:val="0"/>
          <w:color w:val="15131F"/>
          <w:sz w:val="21"/>
        </w:rPr>
        <w:t>4. Klicken Sie auf „Versuchen Sie es mit Bot“ (die Bot-Vorschau) und tippen Sie die 10 Testnachrichten, bis alle bestanden sind.</w:t>
      </w:r>
    </w:p>
    <w:p>
      <w:pPr>
        <w:spacing w:after="60"/>
      </w:pPr>
      <w:r>
        <w:rPr>
          <w:rFonts w:ascii="Calibri" w:hAnsi="Calibri" w:cs="Calibri" w:eastAsia="Calibri"/>
          <w:b w:val="0"/>
          <w:color w:val="15131F"/>
          <w:sz w:val="21"/>
        </w:rPr>
        <w:t>5. Für Leistungen, die eine Person freigeben muss, aktivieren Sie „Erfordert manuelle Bestätigung“: Buchungen warten als „Ausstehend“, bis jemand unter „Buchungen“ auf „Bestätigen“ klickt. Markieren Sie versäumte Termine mit „Nichterscheinen“.</w:t>
      </w:r>
    </w:p>
    <w:p>
      <w:pPr>
        <w:spacing w:after="60"/>
      </w:pPr>
      <w:r>
        <w:rPr>
          <w:rFonts w:ascii="Calibri" w:hAnsi="Calibri" w:cs="Calibri" w:eastAsia="Calibri"/>
          <w:b w:val="0"/>
          <w:color w:val="15131F"/>
          <w:sz w:val="21"/>
        </w:rPr>
        <w:t>6. Übergaben warten im „Live-Support“ mit dem Status „Wartet auf Agent“; aktivieren Sie auf dem Tab „Verbinden“ die Option „E-Mail-Benachrichtigungen senden“. Die App verschickt E-Mails, keine SMS.</w:t>
      </w:r>
    </w:p>
    <w:p>
      <w:pPr>
        <w:spacing w:after="200"/>
      </w:pPr>
      <w:r>
        <w:rPr>
          <w:rFonts w:ascii="Calibri" w:hAnsi="Calibri" w:cs="Calibri" w:eastAsia="Calibri"/>
          <w:b w:val="0"/>
          <w:color w:val="5D5A70"/>
          <w:sz w:val="21"/>
        </w:rPr>
        <w:t>KI-Chat, „Anweisungen“ und „Versuchen Sie es mit Bot“ sind im Free-Plan enthalten: 3 Nutzer, keine Kreditkarte. Buchungen mit Kalenderabgleich gibt es ab Launch, 19 $ im Monat bei jährlicher Abrechnung für 8 Nutzer. Launch ergänzt außerdem bezahlte Buchungen über Stripe, Team-Ereignistypen (Gruppe, kollektiv, Round Robin) und die Übergabe an Menschen.</w:t>
      </w:r>
    </w:p>
    <w:p>
      <w:pPr>
        <w:spacing w:after="80"/>
      </w:pPr>
      <w:r>
        <w:rPr>
          <w:rFonts w:ascii="Calibri" w:hAnsi="Calibri" w:cs="Calibri" w:eastAsia="Calibri"/>
          <w:b/>
          <w:color w:val="15131F"/>
          <w:sz w:val="24"/>
        </w:rPr>
        <w:t>Abschlussprüfung: Der Buchungsagent ist bereit, wenn</w:t>
      </w:r>
    </w:p>
    <w:p>
      <w:pPr>
        <w:spacing w:after="60"/>
        <w:ind w:left="283"/>
      </w:pPr>
      <w:r>
        <w:rPr>
          <w:rFonts w:ascii="Calibri" w:hAnsi="Calibri" w:cs="Calibri" w:eastAsia="Calibri"/>
          <w:b w:val="0"/>
          <w:color w:val="15131F"/>
          <w:sz w:val="21"/>
        </w:rPr>
        <w:t>• alle 10 Testnachrichten bestanden sind, mit Datum im Testblatt.</w:t>
      </w:r>
    </w:p>
    <w:p>
      <w:pPr>
        <w:spacing w:after="60"/>
        <w:ind w:left="283"/>
      </w:pPr>
      <w:r>
        <w:rPr>
          <w:rFonts w:ascii="Calibri" w:hAnsi="Calibri" w:cs="Calibri" w:eastAsia="Calibri"/>
          <w:b w:val="0"/>
          <w:color w:val="15131F"/>
          <w:sz w:val="21"/>
        </w:rPr>
        <w:t>• alle 6 Nachrichten-Prompts eine verantwortliche Person, einen Kanal und einen Zeitpunkt haben.</w:t>
      </w:r>
    </w:p>
    <w:p>
      <w:pPr>
        <w:spacing w:after="60"/>
        <w:ind w:left="283"/>
      </w:pPr>
      <w:r>
        <w:rPr>
          <w:rFonts w:ascii="Calibri" w:hAnsi="Calibri" w:cs="Calibri" w:eastAsia="Calibri"/>
          <w:b w:val="0"/>
          <w:color w:val="15131F"/>
          <w:sz w:val="21"/>
        </w:rPr>
        <w:t>• der Link in den Anweisungen die richtige Buchungsseite öffnet und der Satz zur Regelung Ihrer schriftlichen Regelung entspricht.</w:t>
      </w:r>
    </w:p>
    <w:p>
      <w:pPr>
        <w:spacing w:after="60"/>
        <w:ind w:left="283"/>
      </w:pPr>
      <w:r>
        <w:rPr>
          <w:rFonts w:ascii="Calibri" w:hAnsi="Calibri" w:cs="Calibri" w:eastAsia="Calibri"/>
          <w:b w:val="0"/>
          <w:color w:val="15131F"/>
          <w:sz w:val="21"/>
        </w:rPr>
        <w:t>• Name und Antwortzeit für die Übergabe ausgefüllt sind und jemand die E-Mail-Benachrichtigung bekommt.</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https://crmsoftware.pro/de/templates/appointment-booking-ai-prompt-templates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KI-Prompt-Vorlagen für Terminbuchungen</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