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Gesprächsleitfaden für Buchungsanfragen</w:t>
      </w:r>
    </w:p>
    <w:p>
      <w:pPr>
        <w:spacing w:after="80"/>
      </w:pPr>
      <w:r>
        <w:rPr>
          <w:rFonts w:ascii="Calibri" w:hAnsi="Calibri" w:cs="Calibri" w:eastAsia="Calibri"/>
          <w:b w:val="0"/>
          <w:color w:val="5D5A70"/>
          <w:sz w:val="22"/>
        </w:rPr>
        <w:t>Leitfäden für Buchungsanfragen zu Hotelaufenthalt, Gruppen- oder Veranstaltungslocation, Tour und Yachtcharter, mit Antworten für ausgebuchte Daten, fehlende Angaben und Sprachwechsel, einer Übergabenotiz und einem ausgefüllten Beispiel. Von CRMsoftware.pro.</w:t>
      </w:r>
    </w:p>
    <w:p>
      <w:pPr>
        <w:spacing w:after="280"/>
      </w:pPr>
      <w:r>
        <w:rPr>
          <w:rFonts w:ascii="Calibri" w:hAnsi="Calibri" w:cs="Calibri" w:eastAsia="Calibri"/>
          <w:b w:val="0"/>
          <w:color w:val="5D5A70"/>
          <w:sz w:val="21"/>
        </w:rPr>
        <w:t>Ersetzen Sie jedes Wort in [Klammern] durch Ihre eigenen Angaben. Behalten Sie die Leitfäden für die Buchungen, die Sie anbieten, und immer die Anfrageregel in Abschnitt 7, damit Ihre KI nie eine Buchung bestätigt. Fügen Sie das Ergebnis in Ihre KI-Anweisungen oder die Chat-Notizen Ihres Teams ein.</w:t>
      </w:r>
    </w:p>
    <w:p>
      <w:pPr>
        <w:spacing w:after="160"/>
      </w:pPr>
      <w:r>
        <w:rPr>
          <w:rFonts w:ascii="Calibri" w:hAnsi="Calibri" w:cs="Calibri" w:eastAsia="Calibri"/>
          <w:b/>
          <w:color w:val="15131F"/>
          <w:sz w:val="32"/>
        </w:rPr>
        <w:t>Die Leitfäden</w:t>
      </w:r>
    </w:p>
    <w:p>
      <w:pPr>
        <w:spacing w:after="60"/>
      </w:pPr>
      <w:r>
        <w:rPr>
          <w:rFonts w:ascii="Calibri" w:hAnsi="Calibri" w:cs="Calibri" w:eastAsia="Calibri"/>
          <w:b/>
          <w:color w:val="15131F"/>
          <w:sz w:val="28"/>
        </w:rPr>
        <w:t>1. Hotelaufenthalt: Zimmer für Einzelgäste, Paare und Familien</w:t>
      </w:r>
    </w:p>
    <w:p>
      <w:pPr>
        <w:spacing w:after="80"/>
      </w:pPr>
      <w:r>
        <w:rPr>
          <w:rFonts w:ascii="Calibri" w:hAnsi="Calibri" w:cs="Calibri" w:eastAsia="Calibri"/>
          <w:b w:val="0"/>
          <w:color w:val="5D5A70"/>
          <w:sz w:val="20"/>
        </w:rPr>
        <w:t>Fragen: 6 · Übergabe an: Reservierung · Antwortzeit: 2 Arbeitsstunden</w:t>
      </w:r>
    </w:p>
    <w:p>
      <w:pPr>
        <w:spacing w:after="80"/>
      </w:pPr>
      <w:r>
        <w:rPr>
          <w:rFonts w:ascii="Calibri" w:hAnsi="Calibri" w:cs="Calibri" w:eastAsia="Calibri"/>
          <w:b w:val="0"/>
          <w:color w:val="15131F"/>
          <w:sz w:val="21"/>
        </w:rPr>
        <w:t>Für einen Gast, ein Paar oder eine Familie, bis zu [4] Zimmer. Stellen Sie eine Frage pro Nachricht und überspringen Sie alles, was der Gast schon gesagt hat.</w:t>
      </w:r>
    </w:p>
    <w:p>
      <w:pPr>
        <w:spacing w:after="40"/>
      </w:pPr>
      <w:r>
        <w:rPr>
          <w:rFonts w:ascii="Calibri" w:hAnsi="Calibri" w:cs="Calibri" w:eastAsia="Calibri"/>
          <w:b/>
          <w:color w:val="6B3CF0"/>
          <w:sz w:val="21"/>
        </w:rPr>
        <w:t>Pflichtangaben in dieser Reihenfolge</w:t>
      </w:r>
    </w:p>
    <w:p>
      <w:pPr>
        <w:spacing w:after="40"/>
        <w:ind w:left="283"/>
      </w:pPr>
      <w:r>
        <w:rPr>
          <w:rFonts w:ascii="Calibri" w:hAnsi="Calibri" w:cs="Calibri" w:eastAsia="Calibri"/>
          <w:b w:val="0"/>
          <w:color w:val="15131F"/>
          <w:sz w:val="21"/>
        </w:rPr>
        <w:t>• An- und Abreisedatum</w:t>
      </w:r>
    </w:p>
    <w:p>
      <w:pPr>
        <w:spacing w:after="40"/>
        <w:ind w:left="283"/>
      </w:pPr>
      <w:r>
        <w:rPr>
          <w:rFonts w:ascii="Calibri" w:hAnsi="Calibri" w:cs="Calibri" w:eastAsia="Calibri"/>
          <w:b w:val="0"/>
          <w:color w:val="15131F"/>
          <w:sz w:val="21"/>
        </w:rPr>
        <w:t>• Erwachsene und Kinder, mit Alter</w:t>
      </w:r>
    </w:p>
    <w:p>
      <w:pPr>
        <w:spacing w:after="40"/>
        <w:ind w:left="283"/>
      </w:pPr>
      <w:r>
        <w:rPr>
          <w:rFonts w:ascii="Calibri" w:hAnsi="Calibri" w:cs="Calibri" w:eastAsia="Calibri"/>
          <w:b w:val="0"/>
          <w:color w:val="15131F"/>
          <w:sz w:val="21"/>
        </w:rPr>
        <w:t>• Anzahl der Zimmer und Zimmerkategorie</w:t>
      </w:r>
    </w:p>
    <w:p>
      <w:pPr>
        <w:spacing w:after="40"/>
        <w:ind w:left="283"/>
      </w:pPr>
      <w:r>
        <w:rPr>
          <w:rFonts w:ascii="Calibri" w:hAnsi="Calibri" w:cs="Calibri" w:eastAsia="Calibri"/>
          <w:b w:val="0"/>
          <w:color w:val="15131F"/>
          <w:sz w:val="21"/>
        </w:rPr>
        <w:t>• Budget pro Nacht als Spanne</w:t>
      </w:r>
    </w:p>
    <w:p>
      <w:pPr>
        <w:spacing w:after="40"/>
        <w:ind w:left="283"/>
      </w:pPr>
      <w:r>
        <w:rPr>
          <w:rFonts w:ascii="Calibri" w:hAnsi="Calibri" w:cs="Calibri" w:eastAsia="Calibri"/>
          <w:b w:val="0"/>
          <w:color w:val="15131F"/>
          <w:sz w:val="21"/>
        </w:rPr>
        <w:t>• Besondere Wünsche</w:t>
      </w:r>
    </w:p>
    <w:p>
      <w:pPr>
        <w:spacing w:after="40"/>
        <w:ind w:left="283"/>
      </w:pPr>
      <w:r>
        <w:rPr>
          <w:rFonts w:ascii="Calibri" w:hAnsi="Calibri" w:cs="Calibri" w:eastAsia="Calibri"/>
          <w:b w:val="0"/>
          <w:color w:val="15131F"/>
          <w:sz w:val="21"/>
        </w:rPr>
        <w:t>• Name und E-Mail oder Telefon</w:t>
      </w:r>
    </w:p>
    <w:p>
      <w:pPr>
        <w:spacing w:after="40"/>
      </w:pPr>
      <w:r>
        <w:rPr>
          <w:rFonts w:ascii="Calibri" w:hAnsi="Calibri" w:cs="Calibri" w:eastAsia="Calibri"/>
          <w:b/>
          <w:color w:val="15131F"/>
          <w:sz w:val="22"/>
        </w:rPr>
        <w:t>1.1 Daten und Nächte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Preise und Verfügbarkeit ändern sich von Nacht zu Nacht.</w:t>
      </w:r>
    </w:p>
    <w:p>
      <w:pPr>
        <w:spacing w:after="60"/>
      </w:pPr>
      <w:r>
        <w:rPr>
          <w:rFonts w:ascii="Calibri" w:hAnsi="Calibri" w:cs="Calibri" w:eastAsia="Calibri"/>
          <w:b/>
          <w:color w:val="6B3CF0"/>
          <w:sz w:val="21"/>
        </w:rPr>
        <w:t xml:space="preserve">Wenn der Gast „irgendwann im Mai“ sagt: </w:t>
      </w:r>
      <w:r>
        <w:rPr>
          <w:rFonts w:ascii="Calibri" w:hAnsi="Calibri" w:cs="Calibri" w:eastAsia="Calibri"/>
          <w:b w:val="0"/>
          <w:color w:val="5D5A70"/>
          <w:sz w:val="21"/>
        </w:rPr>
        <w:t>Bieten Sie zwei Optionen an, etwa [Freitag, 7., bis Sonntag, 9. Mai] oder [Freitag, 14., bis Sonntag, 16. Mai].</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An welchem Tag möchten Sie anreisen und an welchem abreisen?</w:t>
      </w:r>
    </w:p>
    <w:p>
      <w:pPr>
        <w:spacing w:after="40"/>
      </w:pPr>
    </w:p>
    <w:p>
      <w:pPr>
        <w:spacing w:after="40"/>
      </w:pPr>
      <w:r>
        <w:rPr>
          <w:rFonts w:ascii="Calibri" w:hAnsi="Calibri" w:cs="Calibri" w:eastAsia="Calibri"/>
          <w:b/>
          <w:color w:val="15131F"/>
          <w:sz w:val="22"/>
        </w:rPr>
        <w:t>1.2 Erwachsene, Kinder und Alter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Das Alter entscheidet über die Betten und oft über den Preis.</w:t>
      </w:r>
    </w:p>
    <w:p>
      <w:pPr>
        <w:spacing w:after="60"/>
      </w:pPr>
      <w:r>
        <w:rPr>
          <w:rFonts w:ascii="Calibri" w:hAnsi="Calibri" w:cs="Calibri" w:eastAsia="Calibri"/>
          <w:b/>
          <w:color w:val="6B3CF0"/>
          <w:sz w:val="21"/>
        </w:rPr>
        <w:t xml:space="preserve">Wenn der Gast „eine Familie“ schreibt: </w:t>
      </w:r>
      <w:r>
        <w:rPr>
          <w:rFonts w:ascii="Calibri" w:hAnsi="Calibri" w:cs="Calibri" w:eastAsia="Calibri"/>
          <w:b w:val="0"/>
          <w:color w:val="5D5A70"/>
          <w:sz w:val="21"/>
        </w:rPr>
        <w:t>Fragen Sie nach Zahlen, nicht nach einer Bezeichnung.</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Wie viele Erwachsene und wie viele Kinder reisen an? Wie alt sind die Kinder?</w:t>
      </w:r>
    </w:p>
    <w:p>
      <w:pPr>
        <w:spacing w:after="40"/>
      </w:pPr>
    </w:p>
    <w:p>
      <w:pPr>
        <w:spacing w:after="40"/>
      </w:pPr>
      <w:r>
        <w:rPr>
          <w:rFonts w:ascii="Calibri" w:hAnsi="Calibri" w:cs="Calibri" w:eastAsia="Calibri"/>
          <w:b/>
          <w:color w:val="15131F"/>
          <w:sz w:val="22"/>
        </w:rPr>
        <w:t>1.3 Zimmer und Zimmerkategorie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Der Gast wählt die Option. Eine Person bestätigt sie.</w:t>
      </w:r>
    </w:p>
    <w:p>
      <w:pPr>
        <w:spacing w:after="60"/>
      </w:pPr>
      <w:r>
        <w:rPr>
          <w:rFonts w:ascii="Calibri" w:hAnsi="Calibri" w:cs="Calibri" w:eastAsia="Calibri"/>
          <w:b/>
          <w:color w:val="6B3CF0"/>
          <w:sz w:val="21"/>
        </w:rPr>
        <w:t xml:space="preserve">Wenn der Gast fragt, was Sie haben: </w:t>
      </w:r>
      <w:r>
        <w:rPr>
          <w:rFonts w:ascii="Calibri" w:hAnsi="Calibri" w:cs="Calibri" w:eastAsia="Calibri"/>
          <w:b w:val="0"/>
          <w:color w:val="5D5A70"/>
          <w:sz w:val="21"/>
        </w:rPr>
        <w:t>Nennen Sie [2] oder [3] Zimmerkategorien mit Ab-Preisen. Nie einen Gesamtpreis.</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Möchten Sie lieber [Zimmerkategorie A] oder [Zimmerkategorie B]? Die Preise beginnen bei [Preis] pro Nacht.</w:t>
      </w:r>
    </w:p>
    <w:p>
      <w:pPr>
        <w:spacing w:after="40"/>
      </w:pPr>
    </w:p>
    <w:p>
      <w:pPr>
        <w:spacing w:after="40"/>
      </w:pPr>
      <w:r>
        <w:rPr>
          <w:rFonts w:ascii="Calibri" w:hAnsi="Calibri" w:cs="Calibri" w:eastAsia="Calibri"/>
          <w:b/>
          <w:color w:val="15131F"/>
          <w:sz w:val="22"/>
        </w:rPr>
        <w:t>1.4 Budget pro Nacht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Auf eine offene Budgetfrage antworten nur wenige Gäste, aber die meisten wählen eine Spanne.</w:t>
      </w:r>
    </w:p>
    <w:p>
      <w:pPr>
        <w:spacing w:after="60"/>
      </w:pPr>
      <w:r>
        <w:rPr>
          <w:rFonts w:ascii="Calibri" w:hAnsi="Calibri" w:cs="Calibri" w:eastAsia="Calibri"/>
          <w:b/>
          <w:color w:val="6B3CF0"/>
          <w:sz w:val="21"/>
        </w:rPr>
        <w:t xml:space="preserve">Wenn der Gast es nicht sagen möchte: </w:t>
      </w:r>
      <w:r>
        <w:rPr>
          <w:rFonts w:ascii="Calibri" w:hAnsi="Calibri" w:cs="Calibri" w:eastAsia="Calibri"/>
          <w:b w:val="0"/>
          <w:color w:val="5D5A70"/>
          <w:sz w:val="21"/>
        </w:rPr>
        <w:t>Notieren Sie „nicht angegeben“ und machen Sie weiter.</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Liegt Ihr Budget pro Nacht eher unter [150 $], bei [150 bis 250 $] oder über [250 $]?</w:t>
      </w:r>
    </w:p>
    <w:p>
      <w:pPr>
        <w:spacing w:after="40"/>
      </w:pPr>
    </w:p>
    <w:p>
      <w:pPr>
        <w:spacing w:after="40"/>
      </w:pPr>
      <w:r>
        <w:rPr>
          <w:rFonts w:ascii="Calibri" w:hAnsi="Calibri" w:cs="Calibri" w:eastAsia="Calibri"/>
          <w:b/>
          <w:color w:val="15131F"/>
          <w:sz w:val="22"/>
        </w:rPr>
        <w:t>1.5 Besondere Wünsche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offene Frage fängt auf, was wichtig ist.</w:t>
      </w:r>
    </w:p>
    <w:p>
      <w:pPr>
        <w:spacing w:after="60"/>
      </w:pPr>
      <w:r>
        <w:rPr>
          <w:rFonts w:ascii="Calibri" w:hAnsi="Calibri" w:cs="Calibri" w:eastAsia="Calibri"/>
          <w:b/>
          <w:color w:val="6B3CF0"/>
          <w:sz w:val="21"/>
        </w:rPr>
        <w:t xml:space="preserve">Wenn der Gast früher einchecken möchte: </w:t>
      </w:r>
      <w:r>
        <w:rPr>
          <w:rFonts w:ascii="Calibri" w:hAnsi="Calibri" w:cs="Calibri" w:eastAsia="Calibri"/>
          <w:b w:val="0"/>
          <w:color w:val="5D5A70"/>
          <w:sz w:val="21"/>
        </w:rPr>
        <w:t>Notieren Sie es als Wunsch. Eine Person beantwortet ihn.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Sollten wir noch etwas wissen, etwa zu Barrierefreiheit, einem Kinderbett, einem Parkplatz oder einer späten Anreise?</w:t>
      </w:r>
    </w:p>
    <w:p>
      <w:pPr>
        <w:spacing w:after="40"/>
      </w:pPr>
    </w:p>
    <w:p>
      <w:pPr>
        <w:spacing w:after="40"/>
      </w:pPr>
      <w:r>
        <w:rPr>
          <w:rFonts w:ascii="Calibri" w:hAnsi="Calibri" w:cs="Calibri" w:eastAsia="Calibri"/>
          <w:b/>
          <w:color w:val="15131F"/>
          <w:sz w:val="22"/>
        </w:rPr>
        <w:t>1.6 Kontaktdaten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Ohne Kontakt kein Angebot.</w:t>
      </w:r>
    </w:p>
    <w:p>
      <w:pPr>
        <w:spacing w:after="60"/>
      </w:pPr>
      <w:r>
        <w:rPr>
          <w:rFonts w:ascii="Calibri" w:hAnsi="Calibri" w:cs="Calibri" w:eastAsia="Calibri"/>
          <w:b/>
          <w:color w:val="6B3CF0"/>
          <w:sz w:val="21"/>
        </w:rPr>
        <w:t xml:space="preserve">Wenn der Gast zögert: </w:t>
      </w:r>
      <w:r>
        <w:rPr>
          <w:rFonts w:ascii="Calibri" w:hAnsi="Calibri" w:cs="Calibri" w:eastAsia="Calibri"/>
          <w:b w:val="0"/>
          <w:color w:val="5D5A70"/>
          <w:sz w:val="21"/>
        </w:rPr>
        <w:t>Sagen Sie, dass das Angebot per E-Mail oder Telefon kommt, und lassen Sie ihn wählen.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An welche E-Mail-Adresse oder Telefonnummer darf [Name] Ihnen das Angebot schicken?</w:t>
      </w:r>
    </w:p>
    <w:p>
      <w:pPr>
        <w:spacing w:after="40"/>
      </w:pPr>
    </w:p>
    <w:p>
      <w:pPr>
        <w:spacing w:after="60"/>
      </w:pPr>
      <w:r>
        <w:rPr>
          <w:rFonts w:ascii="Calibri" w:hAnsi="Calibri" w:cs="Calibri" w:eastAsia="Calibri"/>
          <w:b/>
          <w:color w:val="6B3CF0"/>
          <w:sz w:val="21"/>
        </w:rPr>
        <w:t xml:space="preserve">Zum Abschluss: </w:t>
      </w:r>
      <w:r>
        <w:rPr>
          <w:rFonts w:ascii="Calibri" w:hAnsi="Calibri" w:cs="Calibri" w:eastAsia="Calibri"/>
          <w:b w:val="0"/>
          <w:color w:val="15131F"/>
          <w:sz w:val="21"/>
        </w:rPr>
        <w:t>Vielen Dank, [Vorname]. Ihre Anfrage: [Anreise] bis [Abreise], [Erwachsene] Erwachsene und [Kinder] Kinder, [Zimmerkategorie], etwa [Budget] pro Nacht. Das ist eine Anfrage, keine Buchung. [Name] prüft die Verfügbarkeit und schickt Ihnen bis [Uhrzeit] ein Angebot.</w:t>
      </w:r>
    </w:p>
    <w:p>
      <w:pPr>
        <w:spacing w:after="60"/>
      </w:pPr>
      <w:r>
        <w:rPr>
          <w:rFonts w:ascii="Calibri" w:hAnsi="Calibri" w:cs="Calibri" w:eastAsia="Calibri"/>
          <w:b/>
          <w:color w:val="6B3CF0"/>
          <w:sz w:val="21"/>
        </w:rPr>
        <w:t xml:space="preserve">Übergabenotiz: </w:t>
      </w:r>
      <w:r>
        <w:rPr>
          <w:rFonts w:ascii="Calibri" w:hAnsi="Calibri" w:cs="Calibri" w:eastAsia="Calibri"/>
          <w:b w:val="0"/>
          <w:color w:val="15131F"/>
          <w:sz w:val="21"/>
        </w:rPr>
        <w:t>Hotelanfrage für [zuständige Person]. Status: Anfrage, nicht bestätigt. Daten: [Anreise] bis [Abreise], [Nächte] Nächte. Gäste: [Erwachsene] Erwachsene, [Kinder] Kinder (Alter [Alter]). Zimmer: [Anzahl] x [Zimmerkategorie]. Budget: [Spanne] pro Nacht. Wünsche: [Wünsche]. Fehlt: [Angaben oder nichts]. Sprache: [Sprache]. Kontakt: [E-Mail oder Telefon].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Schreiben Sie nie, dass ein Zimmer frei oder gebucht ist. Ein Unternehmen haftet für das, was sein Chatbot Kunden sagt.</w:t>
      </w:r>
    </w:p>
    <w:p>
      <w:pPr>
        <w:spacing w:after="160"/>
      </w:pPr>
    </w:p>
    <w:p>
      <w:pPr>
        <w:spacing w:after="60"/>
      </w:pPr>
      <w:r>
        <w:rPr>
          <w:rFonts w:ascii="Calibri" w:hAnsi="Calibri" w:cs="Calibri" w:eastAsia="Calibri"/>
          <w:b/>
          <w:color w:val="15131F"/>
          <w:sz w:val="28"/>
        </w:rPr>
        <w:t>2. Location für Gruppen und Veranstaltungen: Hochzeiten, Tagungen, Zimmerkontingente</w:t>
      </w:r>
    </w:p>
    <w:p>
      <w:pPr>
        <w:spacing w:after="80"/>
      </w:pPr>
      <w:r>
        <w:rPr>
          <w:rFonts w:ascii="Calibri" w:hAnsi="Calibri" w:cs="Calibri" w:eastAsia="Calibri"/>
          <w:b w:val="0"/>
          <w:color w:val="5D5A70"/>
          <w:sz w:val="20"/>
        </w:rPr>
        <w:t>Fragen: 6 · Übergabe an: Veranstaltungsplanung · Antwortzeit: Am selben Arbeitstag</w:t>
      </w:r>
    </w:p>
    <w:p>
      <w:pPr>
        <w:spacing w:after="80"/>
      </w:pPr>
      <w:r>
        <w:rPr>
          <w:rFonts w:ascii="Calibri" w:hAnsi="Calibri" w:cs="Calibri" w:eastAsia="Calibri"/>
          <w:b w:val="0"/>
          <w:color w:val="15131F"/>
          <w:sz w:val="21"/>
        </w:rPr>
        <w:t>Für Hochzeiten, Feiern, Tagungen, Klausuren und Aufenthalte ab [10] Zimmern.</w:t>
      </w:r>
    </w:p>
    <w:p>
      <w:pPr>
        <w:spacing w:after="40"/>
      </w:pPr>
      <w:r>
        <w:rPr>
          <w:rFonts w:ascii="Calibri" w:hAnsi="Calibri" w:cs="Calibri" w:eastAsia="Calibri"/>
          <w:b/>
          <w:color w:val="6B3CF0"/>
          <w:sz w:val="21"/>
        </w:rPr>
        <w:t>Pflichtangaben in dieser Reihenfolge</w:t>
      </w:r>
    </w:p>
    <w:p>
      <w:pPr>
        <w:spacing w:after="40"/>
        <w:ind w:left="283"/>
      </w:pPr>
      <w:r>
        <w:rPr>
          <w:rFonts w:ascii="Calibri" w:hAnsi="Calibri" w:cs="Calibri" w:eastAsia="Calibri"/>
          <w:b w:val="0"/>
          <w:color w:val="15131F"/>
          <w:sz w:val="21"/>
        </w:rPr>
        <w:t>• Art der Veranstaltung, Datum und ein Ausweichdatum</w:t>
      </w:r>
    </w:p>
    <w:p>
      <w:pPr>
        <w:spacing w:after="40"/>
        <w:ind w:left="283"/>
      </w:pPr>
      <w:r>
        <w:rPr>
          <w:rFonts w:ascii="Calibri" w:hAnsi="Calibri" w:cs="Calibri" w:eastAsia="Calibri"/>
          <w:b w:val="0"/>
          <w:color w:val="15131F"/>
          <w:sz w:val="21"/>
        </w:rPr>
        <w:t>• Gäste und, bei Übernachtung, Zimmer pro Nacht</w:t>
      </w:r>
    </w:p>
    <w:p>
      <w:pPr>
        <w:spacing w:after="40"/>
        <w:ind w:left="283"/>
      </w:pPr>
      <w:r>
        <w:rPr>
          <w:rFonts w:ascii="Calibri" w:hAnsi="Calibri" w:cs="Calibri" w:eastAsia="Calibri"/>
          <w:b w:val="0"/>
          <w:color w:val="15131F"/>
          <w:sz w:val="21"/>
        </w:rPr>
        <w:t>• Zeiten und Bestuhlung</w:t>
      </w:r>
    </w:p>
    <w:p>
      <w:pPr>
        <w:spacing w:after="40"/>
        <w:ind w:left="283"/>
      </w:pPr>
      <w:r>
        <w:rPr>
          <w:rFonts w:ascii="Calibri" w:hAnsi="Calibri" w:cs="Calibri" w:eastAsia="Calibri"/>
          <w:b w:val="0"/>
          <w:color w:val="15131F"/>
          <w:sz w:val="21"/>
        </w:rPr>
        <w:t>• Speisen, Getränke und Extras</w:t>
      </w:r>
    </w:p>
    <w:p>
      <w:pPr>
        <w:spacing w:after="40"/>
        <w:ind w:left="283"/>
      </w:pPr>
      <w:r>
        <w:rPr>
          <w:rFonts w:ascii="Calibri" w:hAnsi="Calibri" w:cs="Calibri" w:eastAsia="Calibri"/>
          <w:b w:val="0"/>
          <w:color w:val="15131F"/>
          <w:sz w:val="21"/>
        </w:rPr>
        <w:t>• Budget gesamt oder pro Person</w:t>
      </w:r>
    </w:p>
    <w:p>
      <w:pPr>
        <w:spacing w:after="40"/>
        <w:ind w:left="283"/>
      </w:pPr>
      <w:r>
        <w:rPr>
          <w:rFonts w:ascii="Calibri" w:hAnsi="Calibri" w:cs="Calibri" w:eastAsia="Calibri"/>
          <w:b w:val="0"/>
          <w:color w:val="15131F"/>
          <w:sz w:val="21"/>
        </w:rPr>
        <w:t>• Wer entscheidet, und bis wann</w:t>
      </w:r>
    </w:p>
    <w:p>
      <w:pPr>
        <w:spacing w:after="40"/>
        <w:ind w:left="283"/>
      </w:pPr>
      <w:r>
        <w:rPr>
          <w:rFonts w:ascii="Calibri" w:hAnsi="Calibri" w:cs="Calibri" w:eastAsia="Calibri"/>
          <w:b w:val="0"/>
          <w:color w:val="15131F"/>
          <w:sz w:val="21"/>
        </w:rPr>
        <w:t>• Name, Firma und E-Mail oder Telefon</w:t>
      </w:r>
    </w:p>
    <w:p>
      <w:pPr>
        <w:spacing w:after="40"/>
      </w:pPr>
      <w:r>
        <w:rPr>
          <w:rFonts w:ascii="Calibri" w:hAnsi="Calibri" w:cs="Calibri" w:eastAsia="Calibri"/>
          <w:b/>
          <w:color w:val="15131F"/>
          <w:sz w:val="22"/>
        </w:rPr>
        <w:t>2.1 Veranstaltung und Datum</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Locations verkaufen Termine. Ein Ausweichdatum ist eine zweite Chance.</w:t>
      </w:r>
    </w:p>
    <w:p>
      <w:pPr>
        <w:spacing w:after="60"/>
      </w:pPr>
      <w:r>
        <w:rPr>
          <w:rFonts w:ascii="Calibri" w:hAnsi="Calibri" w:cs="Calibri" w:eastAsia="Calibri"/>
          <w:b/>
          <w:color w:val="6B3CF0"/>
          <w:sz w:val="21"/>
        </w:rPr>
        <w:t xml:space="preserve">Wenn das Datum noch offen ist: </w:t>
      </w:r>
      <w:r>
        <w:rPr>
          <w:rFonts w:ascii="Calibri" w:hAnsi="Calibri" w:cs="Calibri" w:eastAsia="Calibri"/>
          <w:b w:val="0"/>
          <w:color w:val="5D5A70"/>
          <w:sz w:val="21"/>
        </w:rPr>
        <w:t>Fragen Sie nach dem Monat und dem bevorzugten Wochentag.</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Was planen Sie, und an welchem Datum? Haben Sie ein Ausweichdatum?</w:t>
      </w:r>
    </w:p>
    <w:p>
      <w:pPr>
        <w:spacing w:after="40"/>
      </w:pPr>
    </w:p>
    <w:p>
      <w:pPr>
        <w:spacing w:after="40"/>
      </w:pPr>
      <w:r>
        <w:rPr>
          <w:rFonts w:ascii="Calibri" w:hAnsi="Calibri" w:cs="Calibri" w:eastAsia="Calibri"/>
          <w:b/>
          <w:color w:val="15131F"/>
          <w:sz w:val="22"/>
        </w:rPr>
        <w:t>2.2 Gäste und Zimmer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Die Gästezahl bestimmt den Raum. Übernachtungsgäste bedeuten ein Zimmerkontingent.</w:t>
      </w:r>
    </w:p>
    <w:p>
      <w:pPr>
        <w:spacing w:after="60"/>
      </w:pPr>
      <w:r>
        <w:rPr>
          <w:rFonts w:ascii="Calibri" w:hAnsi="Calibri" w:cs="Calibri" w:eastAsia="Calibri"/>
          <w:b/>
          <w:color w:val="6B3CF0"/>
          <w:sz w:val="21"/>
        </w:rPr>
        <w:t xml:space="preserve">Wenn der Gast „60 bis 80“ sagt: </w:t>
      </w:r>
      <w:r>
        <w:rPr>
          <w:rFonts w:ascii="Calibri" w:hAnsi="Calibri" w:cs="Calibri" w:eastAsia="Calibri"/>
          <w:b w:val="0"/>
          <w:color w:val="5D5A70"/>
          <w:sz w:val="21"/>
        </w:rPr>
        <w:t>Notieren Sie beide Zahlen. Das Team plant mit der höheren.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Mit wie vielen Gästen rechnen Sie, und übernachten einige davon? Etwa wie viele Zimmer pro Nacht?</w:t>
      </w:r>
    </w:p>
    <w:p>
      <w:pPr>
        <w:spacing w:after="40"/>
      </w:pPr>
    </w:p>
    <w:p>
      <w:pPr>
        <w:spacing w:after="40"/>
      </w:pPr>
      <w:r>
        <w:rPr>
          <w:rFonts w:ascii="Calibri" w:hAnsi="Calibri" w:cs="Calibri" w:eastAsia="Calibri"/>
          <w:b/>
          <w:color w:val="15131F"/>
          <w:sz w:val="22"/>
        </w:rPr>
        <w:t>2.3 Zeiten und Bestuhlung</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gesetztes Abendessen für 80 braucht einen anderen Raum als ein Empfang für 80.</w:t>
      </w:r>
    </w:p>
    <w:p>
      <w:pPr>
        <w:spacing w:after="60"/>
      </w:pPr>
      <w:r>
        <w:rPr>
          <w:rFonts w:ascii="Calibri" w:hAnsi="Calibri" w:cs="Calibri" w:eastAsia="Calibri"/>
          <w:b/>
          <w:color w:val="6B3CF0"/>
          <w:sz w:val="21"/>
        </w:rPr>
        <w:t xml:space="preserve">Wenn der Gast unsicher ist: </w:t>
      </w:r>
      <w:r>
        <w:rPr>
          <w:rFonts w:ascii="Calibri" w:hAnsi="Calibri" w:cs="Calibri" w:eastAsia="Calibri"/>
          <w:b w:val="0"/>
          <w:color w:val="5D5A70"/>
          <w:sz w:val="21"/>
        </w:rPr>
        <w:t>Bieten Sie die [2] Bestuhlungen an, die Sie am häufigsten nutzen.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Wann soll es beginnen und enden? Stellen Sie sich ein Essen an Tischen, einen Stehempfang oder Stuhlreihen vor?</w:t>
      </w:r>
    </w:p>
    <w:p>
      <w:pPr>
        <w:spacing w:after="40"/>
      </w:pPr>
    </w:p>
    <w:p>
      <w:pPr>
        <w:spacing w:after="40"/>
      </w:pPr>
      <w:r>
        <w:rPr>
          <w:rFonts w:ascii="Calibri" w:hAnsi="Calibri" w:cs="Calibri" w:eastAsia="Calibri"/>
          <w:b/>
          <w:color w:val="15131F"/>
          <w:sz w:val="22"/>
        </w:rPr>
        <w:t>2.4 Speisen, Getränke und Extras</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Das Catering verändert den Preis stark.</w:t>
      </w:r>
    </w:p>
    <w:p>
      <w:pPr>
        <w:spacing w:after="60"/>
      </w:pPr>
      <w:r>
        <w:rPr>
          <w:rFonts w:ascii="Calibri" w:hAnsi="Calibri" w:cs="Calibri" w:eastAsia="Calibri"/>
          <w:b/>
          <w:color w:val="6B3CF0"/>
          <w:sz w:val="21"/>
        </w:rPr>
        <w:t xml:space="preserve">Wenn der Gast einen eigenen Caterer mitbringt: </w:t>
      </w:r>
      <w:r>
        <w:rPr>
          <w:rFonts w:ascii="Calibri" w:hAnsi="Calibri" w:cs="Calibri" w:eastAsia="Calibri"/>
          <w:b w:val="0"/>
          <w:color w:val="5D5A70"/>
          <w:sz w:val="21"/>
        </w:rPr>
        <w:t>Notieren Sie es. Die Veranstaltungsplanung entscheidet.</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Sollen wir Speisen und Getränke übernehmen? Brauchen Sie noch etwas, etwa eine Leinwand oder Mikrofone?</w:t>
      </w:r>
    </w:p>
    <w:p>
      <w:pPr>
        <w:spacing w:after="40"/>
      </w:pPr>
    </w:p>
    <w:p>
      <w:pPr>
        <w:spacing w:after="40"/>
      </w:pPr>
      <w:r>
        <w:rPr>
          <w:rFonts w:ascii="Calibri" w:hAnsi="Calibri" w:cs="Calibri" w:eastAsia="Calibri"/>
          <w:b/>
          <w:color w:val="15131F"/>
          <w:sz w:val="22"/>
        </w:rPr>
        <w:t>2.5 Budget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Spanne bedeutet ein Angebot statt drei.</w:t>
      </w:r>
    </w:p>
    <w:p>
      <w:pPr>
        <w:spacing w:after="60"/>
      </w:pPr>
      <w:r>
        <w:rPr>
          <w:rFonts w:ascii="Calibri" w:hAnsi="Calibri" w:cs="Calibri" w:eastAsia="Calibri"/>
          <w:b/>
          <w:color w:val="6B3CF0"/>
          <w:sz w:val="21"/>
        </w:rPr>
        <w:t xml:space="preserve">Wenn der Gast es nicht nennen möchte: </w:t>
      </w:r>
      <w:r>
        <w:rPr>
          <w:rFonts w:ascii="Calibri" w:hAnsi="Calibri" w:cs="Calibri" w:eastAsia="Calibri"/>
          <w:b w:val="0"/>
          <w:color w:val="5D5A70"/>
          <w:sz w:val="21"/>
        </w:rPr>
        <w:t>Nennen Sie zuerst Ihre Spanne: „Veranstaltungen wie diese kosten in der Regel [Spanne]. Kommt das ungefähr hin?“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Haben Sie ein Gesamtbudget oder ein Budget pro Person im Kopf? Eine grobe Spanne reicht.</w:t>
      </w:r>
    </w:p>
    <w:p>
      <w:pPr>
        <w:spacing w:after="40"/>
      </w:pPr>
    </w:p>
    <w:p>
      <w:pPr>
        <w:spacing w:after="40"/>
      </w:pPr>
      <w:r>
        <w:rPr>
          <w:rFonts w:ascii="Calibri" w:hAnsi="Calibri" w:cs="Calibri" w:eastAsia="Calibri"/>
          <w:b/>
          <w:color w:val="15131F"/>
          <w:sz w:val="22"/>
        </w:rPr>
        <w:t>2.6 Entscheidung und Zeitpunkt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Wer schreibt, unterschreibt oft nicht.</w:t>
      </w:r>
    </w:p>
    <w:p>
      <w:pPr>
        <w:spacing w:after="60"/>
      </w:pPr>
      <w:r>
        <w:rPr>
          <w:rFonts w:ascii="Calibri" w:hAnsi="Calibri" w:cs="Calibri" w:eastAsia="Calibri"/>
          <w:b/>
          <w:color w:val="6B3CF0"/>
          <w:sz w:val="21"/>
        </w:rPr>
        <w:t xml:space="preserve">Wenn jemand anderes entscheidet: </w:t>
      </w:r>
      <w:r>
        <w:rPr>
          <w:rFonts w:ascii="Calibri" w:hAnsi="Calibri" w:cs="Calibri" w:eastAsia="Calibri"/>
          <w:b w:val="0"/>
          <w:color w:val="5D5A70"/>
          <w:sz w:val="21"/>
        </w:rPr>
        <w:t>Fragen Sie, ob das Angebot auch an diese Person gehen soll.</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Wer entscheidet noch mit, und bis wann müssen Sie sich für eine Location entscheiden?</w:t>
      </w:r>
    </w:p>
    <w:p>
      <w:pPr>
        <w:spacing w:after="40"/>
      </w:pPr>
    </w:p>
    <w:p>
      <w:pPr>
        <w:spacing w:after="60"/>
      </w:pPr>
      <w:r>
        <w:rPr>
          <w:rFonts w:ascii="Calibri" w:hAnsi="Calibri" w:cs="Calibri" w:eastAsia="Calibri"/>
          <w:b/>
          <w:color w:val="6B3CF0"/>
          <w:sz w:val="21"/>
        </w:rPr>
        <w:t xml:space="preserve">Zum Abschluss: </w:t>
      </w:r>
      <w:r>
        <w:rPr>
          <w:rFonts w:ascii="Calibri" w:hAnsi="Calibri" w:cs="Calibri" w:eastAsia="Calibri"/>
          <w:b w:val="0"/>
          <w:color w:val="15131F"/>
          <w:sz w:val="21"/>
        </w:rPr>
        <w:t>Vielen Dank, [Vorname]. Ihre Anfrage: [Veranstaltung] am [Datum], Ausweichdatum [Datum], [Gäste] Gäste, [Bestuhlung], Budget [Spanne]. Das ist eine Anfrage, und der Termin ist noch nicht für Sie freigehalten. [Name] aus unserer Veranstaltungsplanung schickt Ihnen bis [Uhrzeit] die Verfügbarkeit und ein erstes Angebot. Unter welcher E-Mail-Adresse oder Telefonnummer erreichen wir Sie am besten?</w:t>
      </w:r>
    </w:p>
    <w:p>
      <w:pPr>
        <w:spacing w:after="60"/>
      </w:pPr>
      <w:r>
        <w:rPr>
          <w:rFonts w:ascii="Calibri" w:hAnsi="Calibri" w:cs="Calibri" w:eastAsia="Calibri"/>
          <w:b/>
          <w:color w:val="6B3CF0"/>
          <w:sz w:val="21"/>
        </w:rPr>
        <w:t xml:space="preserve">Besichtigung anbieten: </w:t>
      </w:r>
      <w:r>
        <w:rPr>
          <w:rFonts w:ascii="Calibri" w:hAnsi="Calibri" w:cs="Calibri" w:eastAsia="Calibri"/>
          <w:b w:val="0"/>
          <w:color w:val="15131F"/>
          <w:sz w:val="21"/>
        </w:rPr>
        <w:t>Möchten Sie sich die Räume vorher ansehen? Wählen Sie hier einen Termin mit [Name]: [Buchungslink].</w:t>
      </w:r>
    </w:p>
    <w:p>
      <w:pPr>
        <w:spacing w:after="60"/>
      </w:pPr>
      <w:r>
        <w:rPr>
          <w:rFonts w:ascii="Calibri" w:hAnsi="Calibri" w:cs="Calibri" w:eastAsia="Calibri"/>
          <w:b/>
          <w:color w:val="6B3CF0"/>
          <w:sz w:val="21"/>
        </w:rPr>
        <w:t xml:space="preserve">Übergabenotiz: </w:t>
      </w:r>
      <w:r>
        <w:rPr>
          <w:rFonts w:ascii="Calibri" w:hAnsi="Calibri" w:cs="Calibri" w:eastAsia="Calibri"/>
          <w:b w:val="0"/>
          <w:color w:val="15131F"/>
          <w:sz w:val="21"/>
        </w:rPr>
        <w:t>Veranstaltungsanfrage für [zuständige Person]. Status: Anfrage, nicht bestätigt. Veranstaltung: [Art] am [Datum], Ausweichdatum [Datum]. Gäste: [Anzahl]. Zimmer: [Zimmer] pro Nacht, [Nächte] Nächte. Zeiten und Bestuhlung: [Zeiten], [Bestuhlung]. Speisen und Extras: [Details]. Budget: [Spanne]. Entscheidet: [wer], bis [Datum]. Fehlt: [Angaben oder nichts]. Sprache: [Sprache]. Kontakt: [Details].</w:t>
      </w:r>
    </w:p>
    <w:p>
      <w:pPr>
        <w:spacing w:after="160"/>
      </w:pPr>
    </w:p>
    <w:p>
      <w:pPr>
        <w:spacing w:after="60"/>
      </w:pPr>
      <w:r>
        <w:rPr>
          <w:rFonts w:ascii="Calibri" w:hAnsi="Calibri" w:cs="Calibri" w:eastAsia="Calibri"/>
          <w:b/>
          <w:color w:val="15131F"/>
          <w:sz w:val="28"/>
        </w:rPr>
        <w:t>3. Tour oder Aktivität: Tagestouren, Bootsausflüge und Kurse</w:t>
      </w:r>
    </w:p>
    <w:p>
      <w:pPr>
        <w:spacing w:after="80"/>
      </w:pPr>
      <w:r>
        <w:rPr>
          <w:rFonts w:ascii="Calibri" w:hAnsi="Calibri" w:cs="Calibri" w:eastAsia="Calibri"/>
          <w:b w:val="0"/>
          <w:color w:val="5D5A70"/>
          <w:sz w:val="20"/>
        </w:rPr>
        <w:t>Fragen: 6 · Übergabe an: Tourenbüro · Antwortzeit: 2 Std., 15 Min. für heute</w:t>
      </w:r>
    </w:p>
    <w:p>
      <w:pPr>
        <w:spacing w:after="80"/>
      </w:pPr>
      <w:r>
        <w:rPr>
          <w:rFonts w:ascii="Calibri" w:hAnsi="Calibri" w:cs="Calibri" w:eastAsia="Calibri"/>
          <w:b w:val="0"/>
          <w:color w:val="15131F"/>
          <w:sz w:val="21"/>
        </w:rPr>
        <w:t>Für Touren, Bootsausflüge und Kurse mit fester Startzeit. Hier zählen Alter, Abholung und Sicherheit, nicht Zimmer.</w:t>
      </w:r>
    </w:p>
    <w:p>
      <w:pPr>
        <w:spacing w:after="40"/>
      </w:pPr>
      <w:r>
        <w:rPr>
          <w:rFonts w:ascii="Calibri" w:hAnsi="Calibri" w:cs="Calibri" w:eastAsia="Calibri"/>
          <w:b/>
          <w:color w:val="6B3CF0"/>
          <w:sz w:val="21"/>
        </w:rPr>
        <w:t>Pflichtangaben in dieser Reihenfolge</w:t>
      </w:r>
    </w:p>
    <w:p>
      <w:pPr>
        <w:spacing w:after="40"/>
        <w:ind w:left="283"/>
      </w:pPr>
      <w:r>
        <w:rPr>
          <w:rFonts w:ascii="Calibri" w:hAnsi="Calibri" w:cs="Calibri" w:eastAsia="Calibri"/>
          <w:b w:val="0"/>
          <w:color w:val="15131F"/>
          <w:sz w:val="21"/>
        </w:rPr>
        <w:t>• Tour, Datum und Startzeit</w:t>
      </w:r>
    </w:p>
    <w:p>
      <w:pPr>
        <w:spacing w:after="40"/>
        <w:ind w:left="283"/>
      </w:pPr>
      <w:r>
        <w:rPr>
          <w:rFonts w:ascii="Calibri" w:hAnsi="Calibri" w:cs="Calibri" w:eastAsia="Calibri"/>
          <w:b w:val="0"/>
          <w:color w:val="15131F"/>
          <w:sz w:val="21"/>
        </w:rPr>
        <w:t>• Personen und das Alter der Kinder</w:t>
      </w:r>
    </w:p>
    <w:p>
      <w:pPr>
        <w:spacing w:after="40"/>
        <w:ind w:left="283"/>
      </w:pPr>
      <w:r>
        <w:rPr>
          <w:rFonts w:ascii="Calibri" w:hAnsi="Calibri" w:cs="Calibri" w:eastAsia="Calibri"/>
          <w:b w:val="0"/>
          <w:color w:val="15131F"/>
          <w:sz w:val="21"/>
        </w:rPr>
        <w:t>• Abholung oder Treffpunkt</w:t>
      </w:r>
    </w:p>
    <w:p>
      <w:pPr>
        <w:spacing w:after="40"/>
        <w:ind w:left="283"/>
      </w:pPr>
      <w:r>
        <w:rPr>
          <w:rFonts w:ascii="Calibri" w:hAnsi="Calibri" w:cs="Calibri" w:eastAsia="Calibri"/>
          <w:b w:val="0"/>
          <w:color w:val="15131F"/>
          <w:sz w:val="21"/>
        </w:rPr>
        <w:t>• Offene Gruppe oder privat</w:t>
      </w:r>
    </w:p>
    <w:p>
      <w:pPr>
        <w:spacing w:after="40"/>
        <w:ind w:left="283"/>
      </w:pPr>
      <w:r>
        <w:rPr>
          <w:rFonts w:ascii="Calibri" w:hAnsi="Calibri" w:cs="Calibri" w:eastAsia="Calibri"/>
          <w:b w:val="0"/>
          <w:color w:val="15131F"/>
          <w:sz w:val="21"/>
        </w:rPr>
        <w:t>• Sicherheitshinweise</w:t>
      </w:r>
    </w:p>
    <w:p>
      <w:pPr>
        <w:spacing w:after="40"/>
        <w:ind w:left="283"/>
      </w:pPr>
      <w:r>
        <w:rPr>
          <w:rFonts w:ascii="Calibri" w:hAnsi="Calibri" w:cs="Calibri" w:eastAsia="Calibri"/>
          <w:b w:val="0"/>
          <w:color w:val="15131F"/>
          <w:sz w:val="21"/>
        </w:rPr>
        <w:t>• Name und eine Handynummer für den Tourtag</w:t>
      </w:r>
    </w:p>
    <w:p>
      <w:pPr>
        <w:spacing w:after="40"/>
      </w:pPr>
      <w:r>
        <w:rPr>
          <w:rFonts w:ascii="Calibri" w:hAnsi="Calibri" w:cs="Calibri" w:eastAsia="Calibri"/>
          <w:b/>
          <w:color w:val="15131F"/>
          <w:sz w:val="22"/>
        </w:rPr>
        <w:t>3.1 Tour, Datum und Uhrzeit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Touren starten zu festen Zeiten mit begrenzten Plätzen.</w:t>
      </w:r>
    </w:p>
    <w:p>
      <w:pPr>
        <w:spacing w:after="60"/>
      </w:pPr>
      <w:r>
        <w:rPr>
          <w:rFonts w:ascii="Calibri" w:hAnsi="Calibri" w:cs="Calibri" w:eastAsia="Calibri"/>
          <w:b/>
          <w:color w:val="6B3CF0"/>
          <w:sz w:val="21"/>
        </w:rPr>
        <w:t xml:space="preserve">Wenn der Gast „dieses Wochenende“ sagt: </w:t>
      </w:r>
      <w:r>
        <w:rPr>
          <w:rFonts w:ascii="Calibri" w:hAnsi="Calibri" w:cs="Calibri" w:eastAsia="Calibri"/>
          <w:b w:val="0"/>
          <w:color w:val="5D5A70"/>
          <w:sz w:val="21"/>
        </w:rPr>
        <w:t>Wiederholen Sie es als genaues Datum: „Samstag, 10. Oktober, um [10:00] oder um [16:00] Uhr?“</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Welche Tour möchten Sie machen, und an welchem Tag? Wir starten um [Uhrzeiten].</w:t>
      </w:r>
    </w:p>
    <w:p>
      <w:pPr>
        <w:spacing w:after="40"/>
      </w:pPr>
    </w:p>
    <w:p>
      <w:pPr>
        <w:spacing w:after="40"/>
      </w:pPr>
      <w:r>
        <w:rPr>
          <w:rFonts w:ascii="Calibri" w:hAnsi="Calibri" w:cs="Calibri" w:eastAsia="Calibri"/>
          <w:b/>
          <w:color w:val="15131F"/>
          <w:sz w:val="22"/>
        </w:rPr>
        <w:t>3.2 Personen und Alter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Viele Aktivitäten haben ein Mindestalter oder einen Kinderpreis.</w:t>
      </w:r>
    </w:p>
    <w:p>
      <w:pPr>
        <w:spacing w:after="60"/>
      </w:pPr>
      <w:r>
        <w:rPr>
          <w:rFonts w:ascii="Calibri" w:hAnsi="Calibri" w:cs="Calibri" w:eastAsia="Calibri"/>
          <w:b/>
          <w:color w:val="6B3CF0"/>
          <w:sz w:val="21"/>
        </w:rPr>
        <w:t xml:space="preserve">Wenn ein Kind unter Ihrem Mindestalter liegt: </w:t>
      </w:r>
      <w:r>
        <w:rPr>
          <w:rFonts w:ascii="Calibri" w:hAnsi="Calibri" w:cs="Calibri" w:eastAsia="Calibri"/>
          <w:b w:val="0"/>
          <w:color w:val="5D5A70"/>
          <w:sz w:val="21"/>
        </w:rPr>
        <w:t>Sagen Sie das und bieten Sie eine Tour für alle Altersgruppen an: [andere Tour].</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Wie viele Personen sind dabei, und wie alt sind die Kinder, falls welche mitkommen?</w:t>
      </w:r>
    </w:p>
    <w:p>
      <w:pPr>
        <w:spacing w:after="40"/>
      </w:pPr>
    </w:p>
    <w:p>
      <w:pPr>
        <w:spacing w:after="40"/>
      </w:pPr>
      <w:r>
        <w:rPr>
          <w:rFonts w:ascii="Calibri" w:hAnsi="Calibri" w:cs="Calibri" w:eastAsia="Calibri"/>
          <w:b/>
          <w:color w:val="15131F"/>
          <w:sz w:val="22"/>
        </w:rPr>
        <w:t>3.3 Abholung oder Treffpunkt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Ohne diese Angabe ruft der Guide am Morgen der Tour an, und der Start verzögert sich.</w:t>
      </w:r>
    </w:p>
    <w:p>
      <w:pPr>
        <w:spacing w:after="60"/>
      </w:pPr>
      <w:r>
        <w:rPr>
          <w:rFonts w:ascii="Calibri" w:hAnsi="Calibri" w:cs="Calibri" w:eastAsia="Calibri"/>
          <w:b/>
          <w:color w:val="6B3CF0"/>
          <w:sz w:val="21"/>
        </w:rPr>
        <w:t xml:space="preserve">Wenn der Gast sein Hotel noch nicht kennt: </w:t>
      </w:r>
      <w:r>
        <w:rPr>
          <w:rFonts w:ascii="Calibri" w:hAnsi="Calibri" w:cs="Calibri" w:eastAsia="Calibri"/>
          <w:b w:val="0"/>
          <w:color w:val="5D5A70"/>
          <w:sz w:val="21"/>
        </w:rPr>
        <w:t>Nennen Sie den Treffpunkt und fragen Sie später nach dem Hotel.</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Wo sollen wir Sie abholen? Sie können uns auch hier treffen: [Treffpunkt].</w:t>
      </w:r>
    </w:p>
    <w:p>
      <w:pPr>
        <w:spacing w:after="40"/>
      </w:pPr>
    </w:p>
    <w:p>
      <w:pPr>
        <w:spacing w:after="40"/>
      </w:pPr>
      <w:r>
        <w:rPr>
          <w:rFonts w:ascii="Calibri" w:hAnsi="Calibri" w:cs="Calibri" w:eastAsia="Calibri"/>
          <w:b/>
          <w:color w:val="15131F"/>
          <w:sz w:val="22"/>
        </w:rPr>
        <w:t>3.4 Offene Gruppe oder privat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Bei Touren ist das die Budgetfrage.</w:t>
      </w:r>
    </w:p>
    <w:p>
      <w:pPr>
        <w:spacing w:after="60"/>
      </w:pPr>
      <w:r>
        <w:rPr>
          <w:rFonts w:ascii="Calibri" w:hAnsi="Calibri" w:cs="Calibri" w:eastAsia="Calibri"/>
          <w:b/>
          <w:color w:val="6B3CF0"/>
          <w:sz w:val="21"/>
        </w:rPr>
        <w:t xml:space="preserve">Wenn der Gast nach dem Preis fragt: </w:t>
      </w:r>
      <w:r>
        <w:rPr>
          <w:rFonts w:ascii="Calibri" w:hAnsi="Calibri" w:cs="Calibri" w:eastAsia="Calibri"/>
          <w:b w:val="0"/>
          <w:color w:val="5D5A70"/>
          <w:sz w:val="21"/>
        </w:rPr>
        <w:t>Nennen Sie den Preis pro Person für die offene Gruppe. Private Touren kalkuliert das Team.</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Möchten Sie sich einer offenen Gruppe anschließen, oder lieber eine private Tour nur für Sie und Ihre Begleitung?</w:t>
      </w:r>
    </w:p>
    <w:p>
      <w:pPr>
        <w:spacing w:after="40"/>
      </w:pPr>
    </w:p>
    <w:p>
      <w:pPr>
        <w:spacing w:after="40"/>
      </w:pPr>
      <w:r>
        <w:rPr>
          <w:rFonts w:ascii="Calibri" w:hAnsi="Calibri" w:cs="Calibri" w:eastAsia="Calibri"/>
          <w:b/>
          <w:color w:val="15131F"/>
          <w:sz w:val="22"/>
        </w:rPr>
        <w:t>3.5 Sicherheitshinweise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Eingeschränkte Mobilität, Allergien oder Nichtschwimmer entscheiden, welche Tour sicher ist.</w:t>
      </w:r>
    </w:p>
    <w:p>
      <w:pPr>
        <w:spacing w:after="60"/>
      </w:pPr>
      <w:r>
        <w:rPr>
          <w:rFonts w:ascii="Calibri" w:hAnsi="Calibri" w:cs="Calibri" w:eastAsia="Calibri"/>
          <w:b/>
          <w:color w:val="6B3CF0"/>
          <w:sz w:val="21"/>
        </w:rPr>
        <w:t xml:space="preserve">Wenn der Gast eine Erkrankung erwähnt: </w:t>
      </w:r>
      <w:r>
        <w:rPr>
          <w:rFonts w:ascii="Calibri" w:hAnsi="Calibri" w:cs="Calibri" w:eastAsia="Calibri"/>
          <w:b w:val="0"/>
          <w:color w:val="5D5A70"/>
          <w:sz w:val="21"/>
        </w:rPr>
        <w:t>Geben Sie keinen Rat. Notieren Sie es, und die zuständige Person entscheidet.</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Sollte der Guide etwas wissen, etwa zu eingeschränkter Mobilität, zu Allergien oder ob jemand nicht schwimmen kann?</w:t>
      </w:r>
    </w:p>
    <w:p>
      <w:pPr>
        <w:spacing w:after="40"/>
      </w:pPr>
    </w:p>
    <w:p>
      <w:pPr>
        <w:spacing w:after="40"/>
      </w:pPr>
      <w:r>
        <w:rPr>
          <w:rFonts w:ascii="Calibri" w:hAnsi="Calibri" w:cs="Calibri" w:eastAsia="Calibri"/>
          <w:b/>
          <w:color w:val="15131F"/>
          <w:sz w:val="22"/>
        </w:rPr>
        <w:t>3.6 Handynummer</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Am Tourtag ändern sich Pläne schnell.</w:t>
      </w:r>
    </w:p>
    <w:p>
      <w:pPr>
        <w:spacing w:after="60"/>
      </w:pPr>
      <w:r>
        <w:rPr>
          <w:rFonts w:ascii="Calibri" w:hAnsi="Calibri" w:cs="Calibri" w:eastAsia="Calibri"/>
          <w:b/>
          <w:color w:val="6B3CF0"/>
          <w:sz w:val="21"/>
        </w:rPr>
        <w:t xml:space="preserve">Wenn der Gast nur eine E-Mail-Adresse nennt: </w:t>
      </w:r>
      <w:r>
        <w:rPr>
          <w:rFonts w:ascii="Calibri" w:hAnsi="Calibri" w:cs="Calibri" w:eastAsia="Calibri"/>
          <w:b w:val="0"/>
          <w:color w:val="5D5A70"/>
          <w:sz w:val="21"/>
        </w:rPr>
        <w:t>Fragen Sie noch einmal und akzeptieren Sie dann die E-Mail-Adresse.</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Unter welcher Handynummer erreicht Sie der Guide während der Tour? WhatsApp geht auch.</w:t>
      </w:r>
    </w:p>
    <w:p>
      <w:pPr>
        <w:spacing w:after="40"/>
      </w:pPr>
    </w:p>
    <w:p>
      <w:pPr>
        <w:spacing w:after="60"/>
      </w:pPr>
      <w:r>
        <w:rPr>
          <w:rFonts w:ascii="Calibri" w:hAnsi="Calibri" w:cs="Calibri" w:eastAsia="Calibri"/>
          <w:b/>
          <w:color w:val="6B3CF0"/>
          <w:sz w:val="21"/>
        </w:rPr>
        <w:t xml:space="preserve">Zum Abschluss: </w:t>
      </w:r>
      <w:r>
        <w:rPr>
          <w:rFonts w:ascii="Calibri" w:hAnsi="Calibri" w:cs="Calibri" w:eastAsia="Calibri"/>
          <w:b w:val="0"/>
          <w:color w:val="15131F"/>
          <w:sz w:val="21"/>
        </w:rPr>
        <w:t>Vielen Dank, [Vorname]. Ihre Anfrage: [Tour] am [Datum] um [Uhrzeit], [Erwachsene] Erwachsene und [Kinder] Kinder (Alter [Alter]), Abholort [Ort]. Das ist eine Anfrage, noch kein bestätigter Platz. [Name] bestätigt Ihnen die Plätze und den Preis bis [Uhrzeit].</w:t>
      </w:r>
    </w:p>
    <w:p>
      <w:pPr>
        <w:spacing w:after="60"/>
      </w:pPr>
      <w:r>
        <w:rPr>
          <w:rFonts w:ascii="Calibri" w:hAnsi="Calibri" w:cs="Calibri" w:eastAsia="Calibri"/>
          <w:b/>
          <w:color w:val="6B3CF0"/>
          <w:sz w:val="21"/>
        </w:rPr>
        <w:t xml:space="preserve">Tour heute oder morgen: </w:t>
      </w:r>
      <w:r>
        <w:rPr>
          <w:rFonts w:ascii="Calibri" w:hAnsi="Calibri" w:cs="Calibri" w:eastAsia="Calibri"/>
          <w:b w:val="0"/>
          <w:color w:val="15131F"/>
          <w:sz w:val="21"/>
        </w:rPr>
        <w:t>Für eine so kurzfristige Tour rufen Sie bitte [Telefonnummer] an. Ich habe Ihre Anfrage außerdem an [Name] weitergegeben.</w:t>
      </w:r>
    </w:p>
    <w:p>
      <w:pPr>
        <w:spacing w:after="60"/>
      </w:pPr>
      <w:r>
        <w:rPr>
          <w:rFonts w:ascii="Calibri" w:hAnsi="Calibri" w:cs="Calibri" w:eastAsia="Calibri"/>
          <w:b/>
          <w:color w:val="6B3CF0"/>
          <w:sz w:val="21"/>
        </w:rPr>
        <w:t xml:space="preserve">Übergabenotiz: </w:t>
      </w:r>
      <w:r>
        <w:rPr>
          <w:rFonts w:ascii="Calibri" w:hAnsi="Calibri" w:cs="Calibri" w:eastAsia="Calibri"/>
          <w:b w:val="0"/>
          <w:color w:val="15131F"/>
          <w:sz w:val="21"/>
        </w:rPr>
        <w:t>Touranfrage für [zuständige Person]. Status: Anfrage, nicht bestätigt. Dringend: [ja oder nein]. Tour: [Tour], [offene Gruppe oder privat], [Datum], [Uhrzeit]. Personen: [Erwachsene] Erwachsene, [Kinder] Kinder (Alter [Alter]). Abholung: [Ort]. Sicherheitshinweise: [Hinweise oder keine]. Fehlt: [Angaben oder nichts]. Sprache: [Sprache]. Handy: [Nummer].</w:t>
      </w:r>
    </w:p>
    <w:p>
      <w:pPr>
        <w:spacing w:after="160"/>
      </w:pPr>
    </w:p>
    <w:p>
      <w:pPr>
        <w:spacing w:after="60"/>
      </w:pPr>
      <w:r>
        <w:rPr>
          <w:rFonts w:ascii="Calibri" w:hAnsi="Calibri" w:cs="Calibri" w:eastAsia="Calibri"/>
          <w:b/>
          <w:color w:val="15131F"/>
          <w:sz w:val="28"/>
        </w:rPr>
        <w:t>4. Yachtcharter: Tag oder Woche, mit Crew oder Bareboat</w:t>
      </w:r>
    </w:p>
    <w:p>
      <w:pPr>
        <w:spacing w:after="80"/>
      </w:pPr>
      <w:r>
        <w:rPr>
          <w:rFonts w:ascii="Calibri" w:hAnsi="Calibri" w:cs="Calibri" w:eastAsia="Calibri"/>
          <w:b w:val="0"/>
          <w:color w:val="5D5A70"/>
          <w:sz w:val="20"/>
        </w:rPr>
        <w:t>Fragen: 6 · Übergabe an: Charterbüro · Antwortzeit: 24 Stunden</w:t>
      </w:r>
    </w:p>
    <w:p>
      <w:pPr>
        <w:spacing w:after="80"/>
      </w:pPr>
      <w:r>
        <w:rPr>
          <w:rFonts w:ascii="Calibri" w:hAnsi="Calibri" w:cs="Calibri" w:eastAsia="Calibri"/>
          <w:b w:val="0"/>
          <w:color w:val="15131F"/>
          <w:sz w:val="21"/>
        </w:rPr>
        <w:t>Für Tages- oder Wochencharter, mit Crew oder als Bareboat. Eine Charter braucht den Hafen, die Gäste an Bord und die Angabe, wer die Yacht führt.</w:t>
      </w:r>
    </w:p>
    <w:p>
      <w:pPr>
        <w:spacing w:after="40"/>
      </w:pPr>
      <w:r>
        <w:rPr>
          <w:rFonts w:ascii="Calibri" w:hAnsi="Calibri" w:cs="Calibri" w:eastAsia="Calibri"/>
          <w:b/>
          <w:color w:val="6B3CF0"/>
          <w:sz w:val="21"/>
        </w:rPr>
        <w:t>Pflichtangaben in dieser Reihenfolge</w:t>
      </w:r>
    </w:p>
    <w:p>
      <w:pPr>
        <w:spacing w:after="40"/>
        <w:ind w:left="283"/>
      </w:pPr>
      <w:r>
        <w:rPr>
          <w:rFonts w:ascii="Calibri" w:hAnsi="Calibri" w:cs="Calibri" w:eastAsia="Calibri"/>
          <w:b w:val="0"/>
          <w:color w:val="15131F"/>
          <w:sz w:val="21"/>
        </w:rPr>
        <w:t>• Daten, Tagesfahrt oder mit Übernachtung</w:t>
      </w:r>
    </w:p>
    <w:p>
      <w:pPr>
        <w:spacing w:after="40"/>
        <w:ind w:left="283"/>
      </w:pPr>
      <w:r>
        <w:rPr>
          <w:rFonts w:ascii="Calibri" w:hAnsi="Calibri" w:cs="Calibri" w:eastAsia="Calibri"/>
          <w:b w:val="0"/>
          <w:color w:val="15131F"/>
          <w:sz w:val="21"/>
        </w:rPr>
        <w:t>• Starthafen und bei Einwegtörn der Zielhafen</w:t>
      </w:r>
    </w:p>
    <w:p>
      <w:pPr>
        <w:spacing w:after="40"/>
        <w:ind w:left="283"/>
      </w:pPr>
      <w:r>
        <w:rPr>
          <w:rFonts w:ascii="Calibri" w:hAnsi="Calibri" w:cs="Calibri" w:eastAsia="Calibri"/>
          <w:b w:val="0"/>
          <w:color w:val="15131F"/>
          <w:sz w:val="21"/>
        </w:rPr>
        <w:t>• Gäste an Bord: Erwachsene und Kinder</w:t>
      </w:r>
    </w:p>
    <w:p>
      <w:pPr>
        <w:spacing w:after="40"/>
        <w:ind w:left="283"/>
      </w:pPr>
      <w:r>
        <w:rPr>
          <w:rFonts w:ascii="Calibri" w:hAnsi="Calibri" w:cs="Calibri" w:eastAsia="Calibri"/>
          <w:b w:val="0"/>
          <w:color w:val="15131F"/>
          <w:sz w:val="21"/>
        </w:rPr>
        <w:t>• Mit Crew oder Bareboat, und der Befähigungsnachweis des Skippers</w:t>
      </w:r>
    </w:p>
    <w:p>
      <w:pPr>
        <w:spacing w:after="40"/>
        <w:ind w:left="283"/>
      </w:pPr>
      <w:r>
        <w:rPr>
          <w:rFonts w:ascii="Calibri" w:hAnsi="Calibri" w:cs="Calibri" w:eastAsia="Calibri"/>
          <w:b w:val="0"/>
          <w:color w:val="15131F"/>
          <w:sz w:val="21"/>
        </w:rPr>
        <w:t>• Yacht oder Typ</w:t>
      </w:r>
    </w:p>
    <w:p>
      <w:pPr>
        <w:spacing w:after="40"/>
        <w:ind w:left="283"/>
      </w:pPr>
      <w:r>
        <w:rPr>
          <w:rFonts w:ascii="Calibri" w:hAnsi="Calibri" w:cs="Calibri" w:eastAsia="Calibri"/>
          <w:b w:val="0"/>
          <w:color w:val="15131F"/>
          <w:sz w:val="21"/>
        </w:rPr>
        <w:t>• Budget für den Charterpreis</w:t>
      </w:r>
    </w:p>
    <w:p>
      <w:pPr>
        <w:spacing w:after="40"/>
        <w:ind w:left="283"/>
      </w:pPr>
      <w:r>
        <w:rPr>
          <w:rFonts w:ascii="Calibri" w:hAnsi="Calibri" w:cs="Calibri" w:eastAsia="Calibri"/>
          <w:b w:val="0"/>
          <w:color w:val="15131F"/>
          <w:sz w:val="21"/>
        </w:rPr>
        <w:t>• Name und E-Mail oder Telefon</w:t>
      </w:r>
    </w:p>
    <w:p>
      <w:pPr>
        <w:spacing w:after="40"/>
      </w:pPr>
      <w:r>
        <w:rPr>
          <w:rFonts w:ascii="Calibri" w:hAnsi="Calibri" w:cs="Calibri" w:eastAsia="Calibri"/>
          <w:b/>
          <w:color w:val="15131F"/>
          <w:sz w:val="22"/>
        </w:rPr>
        <w:t>4.1 Daten und Charterart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Wochencharter laufen oft von [Samstag] bis [Samstag]. Tagescharter haben andere Preise.</w:t>
      </w:r>
    </w:p>
    <w:p>
      <w:pPr>
        <w:spacing w:after="60"/>
      </w:pPr>
      <w:r>
        <w:rPr>
          <w:rFonts w:ascii="Calibri" w:hAnsi="Calibri" w:cs="Calibri" w:eastAsia="Calibri"/>
          <w:b/>
          <w:color w:val="6B3CF0"/>
          <w:sz w:val="21"/>
        </w:rPr>
        <w:t xml:space="preserve">Wenn der Gast eine kürzere Woche möchte: </w:t>
      </w:r>
      <w:r>
        <w:rPr>
          <w:rFonts w:ascii="Calibri" w:hAnsi="Calibri" w:cs="Calibri" w:eastAsia="Calibri"/>
          <w:b w:val="0"/>
          <w:color w:val="5D5A70"/>
          <w:sz w:val="21"/>
        </w:rPr>
        <w:t>Notieren Sie es. Das Charterbüro entscheidet.</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An welche Daten denken Sie? Ist es eine Tagesfahrt, oder übernachten Sie an Bord?</w:t>
      </w:r>
    </w:p>
    <w:p>
      <w:pPr>
        <w:spacing w:after="40"/>
      </w:pPr>
    </w:p>
    <w:p>
      <w:pPr>
        <w:spacing w:after="40"/>
      </w:pPr>
      <w:r>
        <w:rPr>
          <w:rFonts w:ascii="Calibri" w:hAnsi="Calibri" w:cs="Calibri" w:eastAsia="Calibri"/>
          <w:b/>
          <w:color w:val="15131F"/>
          <w:sz w:val="22"/>
        </w:rPr>
        <w:t>4.2 Häfen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Bei einem Einwegtörn muss die Yacht zurückgebracht werden, was den Preis verändern kann.</w:t>
      </w:r>
    </w:p>
    <w:p>
      <w:pPr>
        <w:spacing w:after="60"/>
      </w:pPr>
      <w:r>
        <w:rPr>
          <w:rFonts w:ascii="Calibri" w:hAnsi="Calibri" w:cs="Calibri" w:eastAsia="Calibri"/>
          <w:b/>
          <w:color w:val="6B3CF0"/>
          <w:sz w:val="21"/>
        </w:rPr>
        <w:t xml:space="preserve">Wenn der Gast einen Hafen nennt, den Sie nicht anfahren: </w:t>
      </w:r>
      <w:r>
        <w:rPr>
          <w:rFonts w:ascii="Calibri" w:hAnsi="Calibri" w:cs="Calibri" w:eastAsia="Calibri"/>
          <w:b w:val="0"/>
          <w:color w:val="5D5A70"/>
          <w:sz w:val="21"/>
        </w:rPr>
        <w:t>Bieten Sie Ihren nächstgelegenen Hafen an: [Hafen].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Möchten Sie in [Heimathafen] starten und enden, oder woanders ankommen?</w:t>
      </w:r>
    </w:p>
    <w:p>
      <w:pPr>
        <w:spacing w:after="40"/>
      </w:pPr>
    </w:p>
    <w:p>
      <w:pPr>
        <w:spacing w:after="40"/>
      </w:pPr>
      <w:r>
        <w:rPr>
          <w:rFonts w:ascii="Calibri" w:hAnsi="Calibri" w:cs="Calibri" w:eastAsia="Calibri"/>
          <w:b/>
          <w:color w:val="15131F"/>
          <w:sz w:val="22"/>
        </w:rPr>
        <w:t>4.3 Gäste an Bord</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Jede Yacht hat eine zugelassene Höchstzahl an Gästen, über Nacht oft weniger.</w:t>
      </w:r>
    </w:p>
    <w:p>
      <w:pPr>
        <w:spacing w:after="60"/>
      </w:pPr>
      <w:r>
        <w:rPr>
          <w:rFonts w:ascii="Calibri" w:hAnsi="Calibri" w:cs="Calibri" w:eastAsia="Calibri"/>
          <w:b/>
          <w:color w:val="6B3CF0"/>
          <w:sz w:val="21"/>
        </w:rPr>
        <w:t xml:space="preserve">Wenn die Gruppe über der Höchstzahl liegt: </w:t>
      </w:r>
      <w:r>
        <w:rPr>
          <w:rFonts w:ascii="Calibri" w:hAnsi="Calibri" w:cs="Calibri" w:eastAsia="Calibri"/>
          <w:b w:val="0"/>
          <w:color w:val="5D5A70"/>
          <w:sz w:val="21"/>
        </w:rPr>
        <w:t>Versprechen Sie nichts. Bieten Sie [zwei Yachten] oder eine [Tagescharter] an und lassen Sie eine Person prüfen.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Wie viele Gäste sind an Bord, und wie viele davon sind Kinder?</w:t>
      </w:r>
    </w:p>
    <w:p>
      <w:pPr>
        <w:spacing w:after="40"/>
      </w:pPr>
    </w:p>
    <w:p>
      <w:pPr>
        <w:spacing w:after="40"/>
      </w:pPr>
      <w:r>
        <w:rPr>
          <w:rFonts w:ascii="Calibri" w:hAnsi="Calibri" w:cs="Calibri" w:eastAsia="Calibri"/>
          <w:b/>
          <w:color w:val="15131F"/>
          <w:sz w:val="22"/>
        </w:rPr>
        <w:t>4.4 Mit Crew oder Bareboat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Bei Bareboat segeln die Gäste die Yacht selbst, deshalb wird zuerst der Skipper geprüft.</w:t>
      </w:r>
    </w:p>
    <w:p>
      <w:pPr>
        <w:spacing w:after="60"/>
      </w:pPr>
      <w:r>
        <w:rPr>
          <w:rFonts w:ascii="Calibri" w:hAnsi="Calibri" w:cs="Calibri" w:eastAsia="Calibri"/>
          <w:b/>
          <w:color w:val="6B3CF0"/>
          <w:sz w:val="21"/>
        </w:rPr>
        <w:t xml:space="preserve">Wenn der Gast Bareboat wählt: </w:t>
      </w:r>
      <w:r>
        <w:rPr>
          <w:rFonts w:ascii="Calibri" w:hAnsi="Calibri" w:cs="Calibri" w:eastAsia="Calibri"/>
          <w:b w:val="0"/>
          <w:color w:val="5D5A70"/>
          <w:sz w:val="21"/>
        </w:rPr>
        <w:t>Fragen Sie nach Befähigungsnachweis und Erfahrung des Skippers. Das Charterbüro entscheidet.</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Möchten Sie eine Charter mit Skipper und Crew, oder Bareboat, bei der Ihre Gruppe die Yacht selbst führt?</w:t>
      </w:r>
    </w:p>
    <w:p>
      <w:pPr>
        <w:spacing w:after="40"/>
      </w:pPr>
    </w:p>
    <w:p>
      <w:pPr>
        <w:spacing w:after="40"/>
      </w:pPr>
      <w:r>
        <w:rPr>
          <w:rFonts w:ascii="Calibri" w:hAnsi="Calibri" w:cs="Calibri" w:eastAsia="Calibri"/>
          <w:b/>
          <w:color w:val="15131F"/>
          <w:sz w:val="22"/>
        </w:rPr>
        <w:t>4.5 Yacht oder Typ</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bestimmte Yacht oder ein Typ reicht für ein erstes Angebot.</w:t>
      </w:r>
    </w:p>
    <w:p>
      <w:pPr>
        <w:spacing w:after="60"/>
      </w:pPr>
      <w:r>
        <w:rPr>
          <w:rFonts w:ascii="Calibri" w:hAnsi="Calibri" w:cs="Calibri" w:eastAsia="Calibri"/>
          <w:b/>
          <w:color w:val="6B3CF0"/>
          <w:sz w:val="21"/>
        </w:rPr>
        <w:t xml:space="preserve">Wenn der Gast eine Yacht nennt: </w:t>
      </w:r>
      <w:r>
        <w:rPr>
          <w:rFonts w:ascii="Calibri" w:hAnsi="Calibri" w:cs="Calibri" w:eastAsia="Calibri"/>
          <w:b w:val="0"/>
          <w:color w:val="5D5A70"/>
          <w:sz w:val="21"/>
        </w:rPr>
        <w:t>Notieren Sie sie mit „oder ähnlich“, falls sie schon vergeben ist.</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Haben Sie eine bestimmte Yacht im Blick, oder einen Typ, den Sie bevorzugen: Segelyacht, Katamaran oder Motoryacht?</w:t>
      </w:r>
    </w:p>
    <w:p>
      <w:pPr>
        <w:spacing w:after="40"/>
      </w:pPr>
    </w:p>
    <w:p>
      <w:pPr>
        <w:spacing w:after="40"/>
      </w:pPr>
      <w:r>
        <w:rPr>
          <w:rFonts w:ascii="Calibri" w:hAnsi="Calibri" w:cs="Calibri" w:eastAsia="Calibri"/>
          <w:b/>
          <w:color w:val="15131F"/>
          <w:sz w:val="22"/>
        </w:rPr>
        <w:t>4.6 Charterpreis</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Die Preise hängen von Yacht und Saison ab, Nebenkosten stehen im Angebot.</w:t>
      </w:r>
    </w:p>
    <w:p>
      <w:pPr>
        <w:spacing w:after="60"/>
      </w:pPr>
      <w:r>
        <w:rPr>
          <w:rFonts w:ascii="Calibri" w:hAnsi="Calibri" w:cs="Calibri" w:eastAsia="Calibri"/>
          <w:b/>
          <w:color w:val="6B3CF0"/>
          <w:sz w:val="21"/>
        </w:rPr>
        <w:t xml:space="preserve">Wenn das Budget unter Ihrem niedrigsten Preis liegt: </w:t>
      </w:r>
      <w:r>
        <w:rPr>
          <w:rFonts w:ascii="Calibri" w:hAnsi="Calibri" w:cs="Calibri" w:eastAsia="Calibri"/>
          <w:b w:val="0"/>
          <w:color w:val="5D5A70"/>
          <w:sz w:val="21"/>
        </w:rPr>
        <w:t>Bieten Sie eine kleinere Yacht, weniger Tage oder eine Tagesfahrt an.</w:t>
      </w:r>
    </w:p>
    <w:p>
      <w:pPr>
        <w:spacing w:after="60"/>
      </w:pPr>
      <w:r>
        <w:rPr>
          <w:rFonts w:ascii="Calibri" w:hAnsi="Calibri" w:cs="Calibri" w:eastAsia="Calibri"/>
          <w:b/>
          <w:color w:val="6B3CF0"/>
          <w:sz w:val="21"/>
        </w:rPr>
        <w:t xml:space="preserve">Fragen Sie: </w:t>
      </w:r>
      <w:r>
        <w:rPr>
          <w:rFonts w:ascii="Calibri" w:hAnsi="Calibri" w:cs="Calibri" w:eastAsia="Calibri"/>
          <w:b w:val="0"/>
          <w:color w:val="15131F"/>
          <w:sz w:val="21"/>
        </w:rPr>
        <w:t>Welches Budget haben Sie für den Charterpreis im Kopf? Nebenkosten wie Verpflegung, Treibstoff und Hafengebühren stehen gesondert im Angebot.</w:t>
      </w:r>
    </w:p>
    <w:p>
      <w:pPr>
        <w:spacing w:after="40"/>
      </w:pPr>
    </w:p>
    <w:p>
      <w:pPr>
        <w:spacing w:after="60"/>
      </w:pPr>
      <w:r>
        <w:rPr>
          <w:rFonts w:ascii="Calibri" w:hAnsi="Calibri" w:cs="Calibri" w:eastAsia="Calibri"/>
          <w:b/>
          <w:color w:val="6B3CF0"/>
          <w:sz w:val="21"/>
        </w:rPr>
        <w:t xml:space="preserve">Zum Abschluss: </w:t>
      </w:r>
      <w:r>
        <w:rPr>
          <w:rFonts w:ascii="Calibri" w:hAnsi="Calibri" w:cs="Calibri" w:eastAsia="Calibri"/>
          <w:b w:val="0"/>
          <w:color w:val="15131F"/>
          <w:sz w:val="21"/>
        </w:rPr>
        <w:t>Vielen Dank, [Vorname]. Ihre Anfrage: [Yacht oder Typ], [mit Crew oder Bareboat], [Startdatum] bis [Enddatum], ab [Hafen], [Erwachsene] Erwachsene und [Kinder] Kinder, Charterpreis etwa [Budget]. Das ist eine Anfrage, keine Buchung. [Name] prüft die Verfügbarkeit und schickt Ihnen bis [Uhrzeit] ein Angebot mit Preis und Bedingungen.</w:t>
      </w:r>
    </w:p>
    <w:p>
      <w:pPr>
        <w:spacing w:after="60"/>
      </w:pPr>
      <w:r>
        <w:rPr>
          <w:rFonts w:ascii="Calibri" w:hAnsi="Calibri" w:cs="Calibri" w:eastAsia="Calibri"/>
          <w:b/>
          <w:color w:val="6B3CF0"/>
          <w:sz w:val="21"/>
        </w:rPr>
        <w:t xml:space="preserve">Übergabenotiz: </w:t>
      </w:r>
      <w:r>
        <w:rPr>
          <w:rFonts w:ascii="Calibri" w:hAnsi="Calibri" w:cs="Calibri" w:eastAsia="Calibri"/>
          <w:b w:val="0"/>
          <w:color w:val="15131F"/>
          <w:sz w:val="21"/>
        </w:rPr>
        <w:t>Charteranfrage für [zuständige Person]. Status: Anfrage, nicht bestätigt. Yacht: [Yacht oder Typ], [mit Crew oder Bareboat]. Daten: [Beginn] bis [Ende], [Nächte] Nächte. Häfen: [Starthafen] nach [Zielhafen]. Gäste: [Erwachsene] Erwachsene, [Kinder] Kinder (Alter [Alter]). Befähigungsnachweis: [Nachweis oder nicht nötig]. Charterpreis: [Spanne]. Fehlt: [Angaben oder nichts]. Sprache: [Sprache]. Kontakt: [E-Mail oder Telefon].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Gewerbliche Yachten ab 24 Metern Länge, die unter den Red Ensign Group Yacht Code fallen, befördern höchstens 12 Passagiere, und wer im Ausland chartert, braucht in der Regel einen Befähigungsnachweis. Hinterlegen Sie die Höchstzahl jeder Yacht in Ihrer Wissensdatenbank.</w:t>
      </w:r>
    </w:p>
    <w:p>
      <w:pPr>
        <w:spacing w:after="160"/>
      </w:pPr>
    </w:p>
    <w:p>
      <w:pPr>
        <w:spacing w:after="60"/>
      </w:pPr>
      <w:r>
        <w:rPr>
          <w:rFonts w:ascii="Calibri" w:hAnsi="Calibri" w:cs="Calibri" w:eastAsia="Calibri"/>
          <w:b/>
          <w:color w:val="15131F"/>
          <w:sz w:val="28"/>
        </w:rPr>
        <w:t>5. Wenn Daten, Zimmer, Tour oder Yacht nicht verfügbar sind</w:t>
      </w:r>
    </w:p>
    <w:p>
      <w:pPr>
        <w:spacing w:after="80"/>
      </w:pPr>
      <w:r>
        <w:rPr>
          <w:rFonts w:ascii="Calibri" w:hAnsi="Calibri" w:cs="Calibri" w:eastAsia="Calibri"/>
          <w:b w:val="0"/>
          <w:color w:val="5D5A70"/>
          <w:sz w:val="20"/>
        </w:rPr>
        <w:t>Alternativen: max. 2 · Warteliste: Immer mit Datum · Wenn der Gast ablehnt: Status Verloren, mit Grund</w:t>
      </w:r>
    </w:p>
    <w:p>
      <w:pPr>
        <w:spacing w:after="80"/>
      </w:pPr>
      <w:r>
        <w:rPr>
          <w:rFonts w:ascii="Calibri" w:hAnsi="Calibri" w:cs="Calibri" w:eastAsia="Calibri"/>
          <w:b w:val="0"/>
          <w:color w:val="15131F"/>
          <w:sz w:val="21"/>
        </w:rPr>
        <w:t>Ihre KI sieht die aktuelle Verfügbarkeit nicht. Sie kennt nur, was in Ihrer Wissensdatenbank steht: Schließzeiten, Gästehöchstzahlen und Daten, die Sie als ausgebucht markiert haben. Den Rest prüft eine Person. Schreiben Sie nie „wahrscheinlich frei“.</w:t>
      </w:r>
    </w:p>
    <w:p>
      <w:pPr>
        <w:spacing w:after="40"/>
      </w:pPr>
      <w:r>
        <w:rPr>
          <w:rFonts w:ascii="Calibri" w:hAnsi="Calibri" w:cs="Calibri" w:eastAsia="Calibri"/>
          <w:b/>
          <w:color w:val="6B3CF0"/>
          <w:sz w:val="21"/>
        </w:rPr>
        <w:t>Was Sie anbieten, in dieser Reihenfolge</w:t>
      </w:r>
    </w:p>
    <w:p>
      <w:pPr>
        <w:spacing w:after="40"/>
      </w:pPr>
      <w:r>
        <w:rPr>
          <w:rFonts w:ascii="Calibri" w:hAnsi="Calibri" w:cs="Calibri" w:eastAsia="Calibri"/>
          <w:b w:val="0"/>
          <w:color w:val="15131F"/>
          <w:sz w:val="21"/>
        </w:rPr>
        <w:t>1. Andere Daten: Die nächsten freien Daten oder eine Woche früher oder später.</w:t>
      </w:r>
    </w:p>
    <w:p>
      <w:pPr>
        <w:spacing w:after="40"/>
      </w:pPr>
      <w:r>
        <w:rPr>
          <w:rFonts w:ascii="Calibri" w:hAnsi="Calibri" w:cs="Calibri" w:eastAsia="Calibri"/>
          <w:b w:val="0"/>
          <w:color w:val="15131F"/>
          <w:sz w:val="21"/>
        </w:rPr>
        <w:t>2. Eine andere Option: Ein anderes Zimmer, ein anderer Raum, eine andere Tourzeit oder Yacht zu einem ähnlichen Preis.</w:t>
      </w:r>
    </w:p>
    <w:p>
      <w:pPr>
        <w:spacing w:after="40"/>
      </w:pPr>
      <w:r>
        <w:rPr>
          <w:rFonts w:ascii="Calibri" w:hAnsi="Calibri" w:cs="Calibri" w:eastAsia="Calibri"/>
          <w:b w:val="0"/>
          <w:color w:val="15131F"/>
          <w:sz w:val="21"/>
        </w:rPr>
        <w:t>3. Warteliste: Nur mit einem Datum, bis zu dem Sie antworten, nie als Buchung.</w:t>
      </w:r>
    </w:p>
    <w:p>
      <w:pPr>
        <w:spacing w:after="40"/>
      </w:pPr>
      <w:r>
        <w:rPr>
          <w:rFonts w:ascii="Calibri" w:hAnsi="Calibri" w:cs="Calibri" w:eastAsia="Calibri"/>
          <w:b w:val="0"/>
          <w:color w:val="15131F"/>
          <w:sz w:val="21"/>
        </w:rPr>
        <w:t>4. Weiterempfehlung: Ein Partner, dem Sie vertrauen, wenn Sie nicht helfen können.</w:t>
      </w:r>
    </w:p>
    <w:p>
      <w:pPr>
        <w:spacing w:after="60"/>
      </w:pPr>
      <w:r>
        <w:rPr>
          <w:rFonts w:ascii="Calibri" w:hAnsi="Calibri" w:cs="Calibri" w:eastAsia="Calibri"/>
          <w:b/>
          <w:color w:val="6B3CF0"/>
          <w:sz w:val="21"/>
        </w:rPr>
        <w:t xml:space="preserve">KI: Datum geschlossen oder ausgebucht: </w:t>
      </w:r>
      <w:r>
        <w:rPr>
          <w:rFonts w:ascii="Calibri" w:hAnsi="Calibri" w:cs="Calibri" w:eastAsia="Calibri"/>
          <w:b w:val="0"/>
          <w:color w:val="15131F"/>
          <w:sz w:val="21"/>
        </w:rPr>
        <w:t>[Betrieb] ist zu diesen Daten [geschlossen oder ausgebucht]: [Daten]. Die nächsten freien Daten sind [Daten]. Soll ich eine Anfrage für diese Daten an [Name] schicken?</w:t>
      </w:r>
    </w:p>
    <w:p>
      <w:pPr>
        <w:spacing w:after="60"/>
      </w:pPr>
      <w:r>
        <w:rPr>
          <w:rFonts w:ascii="Calibri" w:hAnsi="Calibri" w:cs="Calibri" w:eastAsia="Calibri"/>
          <w:b/>
          <w:color w:val="6B3CF0"/>
          <w:sz w:val="21"/>
        </w:rPr>
        <w:t xml:space="preserve">KI: über der Gästehöchstzahl: </w:t>
      </w:r>
      <w:r>
        <w:rPr>
          <w:rFonts w:ascii="Calibri" w:hAnsi="Calibri" w:cs="Calibri" w:eastAsia="Calibri"/>
          <w:b w:val="0"/>
          <w:color w:val="15131F"/>
          <w:sz w:val="21"/>
        </w:rPr>
        <w:t>[Option] bietet Platz für bis zu [12] Gäste. Für [14] Gäste kann [Name] [Alternative] prüfen. Soll ich das zu Ihrer Anfrage hinzufügen?</w:t>
      </w:r>
    </w:p>
    <w:p>
      <w:pPr>
        <w:spacing w:after="60"/>
      </w:pPr>
      <w:r>
        <w:rPr>
          <w:rFonts w:ascii="Calibri" w:hAnsi="Calibri" w:cs="Calibri" w:eastAsia="Calibri"/>
          <w:b/>
          <w:color w:val="6B3CF0"/>
          <w:sz w:val="21"/>
        </w:rPr>
        <w:t xml:space="preserve">KI: Frage, ob noch frei: </w:t>
      </w:r>
      <w:r>
        <w:rPr>
          <w:rFonts w:ascii="Calibri" w:hAnsi="Calibri" w:cs="Calibri" w:eastAsia="Calibri"/>
          <w:b w:val="0"/>
          <w:color w:val="15131F"/>
          <w:sz w:val="21"/>
        </w:rPr>
        <w:t>Ich sehe die aktuelle Verfügbarkeit nicht, kann Ihre Anfrage aber jetzt an [Name] schicken. [Name] antwortet bis [Uhrzeit].</w:t>
      </w:r>
    </w:p>
    <w:p>
      <w:pPr>
        <w:spacing w:after="60"/>
      </w:pPr>
      <w:r>
        <w:rPr>
          <w:rFonts w:ascii="Calibri" w:hAnsi="Calibri" w:cs="Calibri" w:eastAsia="Calibri"/>
          <w:b/>
          <w:color w:val="6B3CF0"/>
          <w:sz w:val="21"/>
        </w:rPr>
        <w:t xml:space="preserve">Team: zwei Alternativen: </w:t>
      </w:r>
      <w:r>
        <w:rPr>
          <w:rFonts w:ascii="Calibri" w:hAnsi="Calibri" w:cs="Calibri" w:eastAsia="Calibri"/>
          <w:b w:val="0"/>
          <w:color w:val="15131F"/>
          <w:sz w:val="21"/>
        </w:rPr>
        <w:t>Danke für Ihre Geduld, [Vorname]. [Option] ist für [Daten] leider nicht verfügbar. Ich kann Ihnen [Alternative 1] oder [Alternative 2] anbieten. Möchten Sie für eine davon ein Angebot?</w:t>
      </w:r>
    </w:p>
    <w:p>
      <w:pPr>
        <w:spacing w:after="60"/>
      </w:pPr>
      <w:r>
        <w:rPr>
          <w:rFonts w:ascii="Calibri" w:hAnsi="Calibri" w:cs="Calibri" w:eastAsia="Calibri"/>
          <w:b/>
          <w:color w:val="6B3CF0"/>
          <w:sz w:val="21"/>
        </w:rPr>
        <w:t xml:space="preserve">Team: Warteliste: </w:t>
      </w:r>
      <w:r>
        <w:rPr>
          <w:rFonts w:ascii="Calibri" w:hAnsi="Calibri" w:cs="Calibri" w:eastAsia="Calibri"/>
          <w:b w:val="0"/>
          <w:color w:val="15131F"/>
          <w:sz w:val="21"/>
        </w:rPr>
        <w:t>Sie stehen auf der Warteliste für [Option] für [Daten]. Das ist keine Buchung. Wird etwas frei, schreibe ich Ihnen sofort. Wenn nicht, gebe ich Ihnen bis [Datum] Bescheid.</w:t>
      </w:r>
    </w:p>
    <w:p>
      <w:pPr>
        <w:spacing w:after="60"/>
      </w:pPr>
      <w:r>
        <w:rPr>
          <w:rFonts w:ascii="Calibri" w:hAnsi="Calibri" w:cs="Calibri" w:eastAsia="Calibri"/>
          <w:b/>
          <w:color w:val="6B3CF0"/>
          <w:sz w:val="21"/>
        </w:rPr>
        <w:t xml:space="preserve">Wenn der Gast alles ablehnt: </w:t>
      </w:r>
      <w:r>
        <w:rPr>
          <w:rFonts w:ascii="Calibri" w:hAnsi="Calibri" w:cs="Calibri" w:eastAsia="Calibri"/>
          <w:b w:val="0"/>
          <w:color w:val="15131F"/>
          <w:sz w:val="21"/>
        </w:rPr>
        <w:t>Danke, dass Sie an uns gedacht haben. Wenn sich Ihre Pläne ändern, schreiben Sie uns einfach hier. [Partner] hat zu Ihren Daten vielleicht noch Platz: [Link].</w:t>
      </w:r>
    </w:p>
    <w:p>
      <w:pPr>
        <w:spacing w:after="160"/>
      </w:pPr>
    </w:p>
    <w:p>
      <w:pPr>
        <w:spacing w:after="60"/>
      </w:pPr>
      <w:r>
        <w:rPr>
          <w:rFonts w:ascii="Calibri" w:hAnsi="Calibri" w:cs="Calibri" w:eastAsia="Calibri"/>
          <w:b/>
          <w:color w:val="15131F"/>
          <w:sz w:val="28"/>
        </w:rPr>
        <w:t>6. Fehlende Angaben und ein Wechsel der Sprache</w:t>
      </w:r>
    </w:p>
    <w:p>
      <w:pPr>
        <w:spacing w:after="80"/>
      </w:pPr>
      <w:r>
        <w:rPr>
          <w:rFonts w:ascii="Calibri" w:hAnsi="Calibri" w:cs="Calibri" w:eastAsia="Calibri"/>
          <w:b w:val="0"/>
          <w:color w:val="5D5A70"/>
          <w:sz w:val="20"/>
        </w:rPr>
        <w:t>Fragen pro Lücke: 1 · Versuche pro Angabe: 2 · Nie überspringen: Kontaktdaten</w:t>
      </w:r>
    </w:p>
    <w:p>
      <w:pPr>
        <w:spacing w:after="80"/>
      </w:pPr>
      <w:r>
        <w:rPr>
          <w:rFonts w:ascii="Calibri" w:hAnsi="Calibri" w:cs="Calibri" w:eastAsia="Calibri"/>
          <w:b w:val="0"/>
          <w:color w:val="15131F"/>
          <w:sz w:val="21"/>
        </w:rPr>
        <w:t>Gäste schicken oft nur die Hälfte der Angaben auf einmal. Behalten Sie, was da ist, und fragen Sie nur nach der ersten fehlenden Angabe.</w:t>
      </w:r>
    </w:p>
    <w:p>
      <w:pPr>
        <w:spacing w:after="40"/>
      </w:pPr>
      <w:r>
        <w:rPr>
          <w:rFonts w:ascii="Calibri" w:hAnsi="Calibri" w:cs="Calibri" w:eastAsia="Calibri"/>
          <w:b/>
          <w:color w:val="6B3CF0"/>
          <w:sz w:val="21"/>
        </w:rPr>
        <w:t>Wenn Angaben fehlen</w:t>
      </w:r>
    </w:p>
    <w:p>
      <w:pPr>
        <w:spacing w:after="40"/>
      </w:pPr>
      <w:r>
        <w:rPr>
          <w:rFonts w:ascii="Calibri" w:hAnsi="Calibri" w:cs="Calibri" w:eastAsia="Calibri"/>
          <w:b w:val="0"/>
          <w:color w:val="15131F"/>
          <w:sz w:val="21"/>
        </w:rPr>
        <w:t>1. Behalten, was da ist: Fragen Sie nie erneut nach einer Angabe, die der Gast schon gemacht hat.</w:t>
      </w:r>
    </w:p>
    <w:p>
      <w:pPr>
        <w:spacing w:after="40"/>
      </w:pPr>
      <w:r>
        <w:rPr>
          <w:rFonts w:ascii="Calibri" w:hAnsi="Calibri" w:cs="Calibri" w:eastAsia="Calibri"/>
          <w:b w:val="0"/>
          <w:color w:val="15131F"/>
          <w:sz w:val="21"/>
        </w:rPr>
        <w:t>2. Nach einer Lücke fragen: Eine fehlende Angabe pro Frage. Erwachsene und Kinder dürfen in eine Frage.</w:t>
      </w:r>
    </w:p>
    <w:p>
      <w:pPr>
        <w:spacing w:after="40"/>
      </w:pPr>
      <w:r>
        <w:rPr>
          <w:rFonts w:ascii="Calibri" w:hAnsi="Calibri" w:cs="Calibri" w:eastAsia="Calibri"/>
          <w:b w:val="0"/>
          <w:color w:val="15131F"/>
          <w:sz w:val="21"/>
        </w:rPr>
        <w:t>3. Vage Antworten wiederholen: Machen Sie aus „nächstes Wochenende“ „Freitag, 16., bis Sonntag, 18. Oktober“ und bitten Sie den Gast, das zu bestätigen.</w:t>
      </w:r>
    </w:p>
    <w:p>
      <w:pPr>
        <w:spacing w:after="40"/>
      </w:pPr>
      <w:r>
        <w:rPr>
          <w:rFonts w:ascii="Calibri" w:hAnsi="Calibri" w:cs="Calibri" w:eastAsia="Calibri"/>
          <w:b w:val="0"/>
          <w:color w:val="15131F"/>
          <w:sz w:val="21"/>
        </w:rPr>
        <w:t>4. Nach zwei Versuchen aufhören: Übergeben Sie dann mit „Fehlt: [Angabe]“ und dem Status Angaben fehlen. Nur die Kontaktdaten dürfen nicht fehlen.</w:t>
      </w:r>
    </w:p>
    <w:p>
      <w:pPr>
        <w:spacing w:after="60"/>
      </w:pPr>
      <w:r>
        <w:rPr>
          <w:rFonts w:ascii="Calibri" w:hAnsi="Calibri" w:cs="Calibri" w:eastAsia="Calibri"/>
          <w:b/>
          <w:color w:val="6B3CF0"/>
          <w:sz w:val="21"/>
        </w:rPr>
        <w:t xml:space="preserve">KI: ein Teil der Angaben vorhanden: </w:t>
      </w:r>
      <w:r>
        <w:rPr>
          <w:rFonts w:ascii="Calibri" w:hAnsi="Calibri" w:cs="Calibri" w:eastAsia="Calibri"/>
          <w:b w:val="0"/>
          <w:color w:val="15131F"/>
          <w:sz w:val="21"/>
        </w:rPr>
        <w:t>Danke, [Vorname]. Ich habe [Daten] für [Gäste] Gäste notiert. Noch eine Sache, damit [Name] Ihr Angebot vorbereiten kann: [Frage zur fehlenden Angabe]</w:t>
      </w:r>
    </w:p>
    <w:p>
      <w:pPr>
        <w:spacing w:after="60"/>
      </w:pPr>
      <w:r>
        <w:rPr>
          <w:rFonts w:ascii="Calibri" w:hAnsi="Calibri" w:cs="Calibri" w:eastAsia="Calibri"/>
          <w:b/>
          <w:color w:val="6B3CF0"/>
          <w:sz w:val="21"/>
        </w:rPr>
        <w:t xml:space="preserve">KI: kein Budget angegeben: </w:t>
      </w:r>
      <w:r>
        <w:rPr>
          <w:rFonts w:ascii="Calibri" w:hAnsi="Calibri" w:cs="Calibri" w:eastAsia="Calibri"/>
          <w:b w:val="0"/>
          <w:color w:val="15131F"/>
          <w:sz w:val="21"/>
        </w:rPr>
        <w:t>Kein Problem. Liegt es eher bei [Spanne A], [Spanne B] oder [Spanne C]? Wenn Sie es lieber nicht sagen möchten, lasse ich es offen.</w:t>
      </w:r>
    </w:p>
    <w:p>
      <w:pPr>
        <w:spacing w:after="60"/>
      </w:pPr>
      <w:r>
        <w:rPr>
          <w:rFonts w:ascii="Calibri" w:hAnsi="Calibri" w:cs="Calibri" w:eastAsia="Calibri"/>
          <w:b/>
          <w:color w:val="6B3CF0"/>
          <w:sz w:val="21"/>
        </w:rPr>
        <w:t xml:space="preserve">KI: Kontakt fehlt noch: </w:t>
      </w:r>
      <w:r>
        <w:rPr>
          <w:rFonts w:ascii="Calibri" w:hAnsi="Calibri" w:cs="Calibri" w:eastAsia="Calibri"/>
          <w:b w:val="0"/>
          <w:color w:val="15131F"/>
          <w:sz w:val="21"/>
        </w:rPr>
        <w:t>Um Ihre Anfrage an [Name] zu schicken, brauche ich eine E-Mail-Adresse oder Telefonnummer. Was ist Ihnen lieber?</w:t>
      </w:r>
    </w:p>
    <w:p>
      <w:pPr>
        <w:spacing w:after="40"/>
      </w:pPr>
      <w:r>
        <w:rPr>
          <w:rFonts w:ascii="Calibri" w:hAnsi="Calibri" w:cs="Calibri" w:eastAsia="Calibri"/>
          <w:b/>
          <w:color w:val="6B3CF0"/>
          <w:sz w:val="21"/>
        </w:rPr>
        <w:t>Wenn der Gast die Sprache wechselt</w:t>
      </w:r>
    </w:p>
    <w:p>
      <w:pPr>
        <w:spacing w:after="40"/>
        <w:ind w:left="283"/>
      </w:pPr>
      <w:r>
        <w:rPr>
          <w:rFonts w:ascii="Calibri" w:hAnsi="Calibri" w:cs="Calibri" w:eastAsia="Calibri"/>
          <w:b w:val="0"/>
          <w:color w:val="15131F"/>
          <w:sz w:val="21"/>
        </w:rPr>
        <w:t>• Antworten Sie in der Sprache der letzten Nachricht des Gastes. Wechselt er, wechseln Sie mit, ohne zu fragen.</w:t>
      </w:r>
    </w:p>
    <w:p>
      <w:pPr>
        <w:spacing w:after="40"/>
        <w:ind w:left="283"/>
      </w:pPr>
      <w:r>
        <w:rPr>
          <w:rFonts w:ascii="Calibri" w:hAnsi="Calibri" w:cs="Calibri" w:eastAsia="Calibri"/>
          <w:b w:val="0"/>
          <w:color w:val="15131F"/>
          <w:sz w:val="21"/>
        </w:rPr>
        <w:t>• Schreiben Sie Daten mit dem Monatsnamen: 07/10 bedeutet in den USA den 10. Juli und in den meisten Ländern Europas den 7. Oktober.</w:t>
      </w:r>
    </w:p>
    <w:p>
      <w:pPr>
        <w:spacing w:after="40"/>
        <w:ind w:left="283"/>
      </w:pPr>
      <w:r>
        <w:rPr>
          <w:rFonts w:ascii="Calibri" w:hAnsi="Calibri" w:cs="Calibri" w:eastAsia="Calibri"/>
          <w:b w:val="0"/>
          <w:color w:val="15131F"/>
          <w:sz w:val="21"/>
        </w:rPr>
        <w:t>• Schreiben Sie Preise mit Währungscode, etwa 180 USD.</w:t>
      </w:r>
    </w:p>
    <w:p>
      <w:pPr>
        <w:spacing w:after="40"/>
        <w:ind w:left="283"/>
      </w:pPr>
      <w:r>
        <w:rPr>
          <w:rFonts w:ascii="Calibri" w:hAnsi="Calibri" w:cs="Calibri" w:eastAsia="Calibri"/>
          <w:b w:val="0"/>
          <w:color w:val="15131F"/>
          <w:sz w:val="21"/>
        </w:rPr>
        <w:t>• Übernehmen Sie Namen und Adressen genau so, wie der Gast sie geschrieben hat.</w:t>
      </w:r>
    </w:p>
    <w:p>
      <w:pPr>
        <w:spacing w:after="40"/>
        <w:ind w:left="283"/>
      </w:pPr>
      <w:r>
        <w:rPr>
          <w:rFonts w:ascii="Calibri" w:hAnsi="Calibri" w:cs="Calibri" w:eastAsia="Calibri"/>
          <w:b w:val="0"/>
          <w:color w:val="15131F"/>
          <w:sz w:val="21"/>
        </w:rPr>
        <w:t>• Schreiben Sie die Notiz in der Sprache Ihres Teams, mit „Sprache: [Sprache]“.</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In einer Umfrage unter 8.709 Verbrauchern kauften 76 % lieber mit Informationen in ihrer eigenen Sprache. Ab dem Growth-Plan übersetzt der Posteingang von CRMsoftware.pro automatisch für die zuständige Person.</w:t>
      </w:r>
    </w:p>
    <w:p>
      <w:pPr>
        <w:spacing w:after="160"/>
      </w:pPr>
    </w:p>
    <w:p>
      <w:pPr>
        <w:spacing w:after="60"/>
      </w:pPr>
      <w:r>
        <w:rPr>
          <w:rFonts w:ascii="Calibri" w:hAnsi="Calibri" w:cs="Calibri" w:eastAsia="Calibri"/>
          <w:b/>
          <w:color w:val="15131F"/>
          <w:sz w:val="28"/>
        </w:rPr>
        <w:t>7. Anfrage oder Bestätigung: was die KI sagen darf und was nicht</w:t>
      </w:r>
    </w:p>
    <w:p>
      <w:pPr>
        <w:spacing w:after="80"/>
      </w:pPr>
      <w:r>
        <w:rPr>
          <w:rFonts w:ascii="Calibri" w:hAnsi="Calibri" w:cs="Calibri" w:eastAsia="Calibri"/>
          <w:b w:val="0"/>
          <w:color w:val="5D5A70"/>
          <w:sz w:val="20"/>
        </w:rPr>
        <w:t>KI sagt „gebucht“: Nie · Wer bestätigt: Eine Person · Status bis dahin: Anfrage</w:t>
      </w:r>
    </w:p>
    <w:p>
      <w:pPr>
        <w:spacing w:after="80"/>
      </w:pPr>
      <w:r>
        <w:rPr>
          <w:rFonts w:ascii="Calibri" w:hAnsi="Calibri" w:cs="Calibri" w:eastAsia="Calibri"/>
          <w:b w:val="0"/>
          <w:color w:val="15131F"/>
          <w:sz w:val="21"/>
        </w:rPr>
        <w:t>Nur eine Person kann eine Buchung bestätigen, nachdem sie Verfügbarkeit, Preis und Bedingungen geprüft hat. Bis dahin nimmt die KI eine Anfrage auf. Ein Gericht hat Air Canada für das haftbar gemacht, was der Chatbot auf ihrer Website einem Kunden gesagt hatte.</w:t>
      </w:r>
    </w:p>
    <w:p>
      <w:pPr>
        <w:spacing w:after="40"/>
      </w:pPr>
      <w:r>
        <w:rPr>
          <w:rFonts w:ascii="Calibri" w:hAnsi="Calibri" w:cs="Calibri" w:eastAsia="Calibri"/>
          <w:b/>
          <w:color w:val="6B3CF0"/>
          <w:sz w:val="21"/>
        </w:rPr>
        <w:t>Nie sagen, und was Sie stattdessen sagen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Nie sagen</w:t>
            </w:r>
          </w:p>
        </w:tc>
        <w:tc>
          <w:tcPr>
            <w:tcW w:type="dxa" w:w="4986"/>
            <w:shd w:val="clear" w:color="auto" w:fill="EFE9FF"/>
          </w:tcPr>
          <w:p>
            <w:r/>
            <w:r>
              <w:rPr>
                <w:rFonts w:ascii="Calibri" w:hAnsi="Calibri" w:cs="Calibri" w:eastAsia="Calibri"/>
                <w:b/>
                <w:color w:val="15131F"/>
                <w:sz w:val="19"/>
              </w:rPr>
              <w:t>Stattdessen sagen</w:t>
            </w:r>
          </w:p>
        </w:tc>
      </w:tr>
      <w:tr>
        <w:tc>
          <w:tcPr>
            <w:tcW w:type="dxa" w:w="4986"/>
          </w:tcPr>
          <w:p>
            <w:r/>
            <w:r>
              <w:rPr>
                <w:rFonts w:ascii="Calibri" w:hAnsi="Calibri" w:cs="Calibri" w:eastAsia="Calibri"/>
                <w:b w:val="0"/>
                <w:color w:val="15131F"/>
                <w:sz w:val="19"/>
              </w:rPr>
              <w:t>Ihr Zimmer ist gebucht.</w:t>
            </w:r>
          </w:p>
        </w:tc>
        <w:tc>
          <w:tcPr>
            <w:tcW w:type="dxa" w:w="4986"/>
          </w:tcPr>
          <w:p>
            <w:r/>
            <w:r>
              <w:rPr>
                <w:rFonts w:ascii="Calibri" w:hAnsi="Calibri" w:cs="Calibri" w:eastAsia="Calibri"/>
                <w:b w:val="0"/>
                <w:color w:val="15131F"/>
                <w:sz w:val="19"/>
              </w:rPr>
              <w:t>Ihre Anfrage ist notiert. [Name] bestätigt die Verfügbarkeit bis [Uhrzeit].</w:t>
            </w:r>
          </w:p>
        </w:tc>
      </w:tr>
      <w:tr>
        <w:tc>
          <w:tcPr>
            <w:tcW w:type="dxa" w:w="4986"/>
          </w:tcPr>
          <w:p>
            <w:r/>
            <w:r>
              <w:rPr>
                <w:rFonts w:ascii="Calibri" w:hAnsi="Calibri" w:cs="Calibri" w:eastAsia="Calibri"/>
                <w:b w:val="0"/>
                <w:color w:val="15131F"/>
                <w:sz w:val="19"/>
              </w:rPr>
              <w:t>Ja, das ist frei.</w:t>
            </w:r>
          </w:p>
        </w:tc>
        <w:tc>
          <w:tcPr>
            <w:tcW w:type="dxa" w:w="4986"/>
          </w:tcPr>
          <w:p>
            <w:r/>
            <w:r>
              <w:rPr>
                <w:rFonts w:ascii="Calibri" w:hAnsi="Calibri" w:cs="Calibri" w:eastAsia="Calibri"/>
                <w:b w:val="0"/>
                <w:color w:val="15131F"/>
                <w:sz w:val="19"/>
              </w:rPr>
              <w:t>Ich sehe die aktuelle Verfügbarkeit nicht. [Name] prüft das.</w:t>
            </w:r>
          </w:p>
        </w:tc>
      </w:tr>
      <w:tr>
        <w:tc>
          <w:tcPr>
            <w:tcW w:type="dxa" w:w="4986"/>
          </w:tcPr>
          <w:p>
            <w:r/>
            <w:r>
              <w:rPr>
                <w:rFonts w:ascii="Calibri" w:hAnsi="Calibri" w:cs="Calibri" w:eastAsia="Calibri"/>
                <w:b w:val="0"/>
                <w:color w:val="15131F"/>
                <w:sz w:val="19"/>
              </w:rPr>
              <w:t>Das macht insgesamt 2.400 $.</w:t>
            </w:r>
          </w:p>
        </w:tc>
        <w:tc>
          <w:tcPr>
            <w:tcW w:type="dxa" w:w="4986"/>
          </w:tcPr>
          <w:p>
            <w:r/>
            <w:r>
              <w:rPr>
                <w:rFonts w:ascii="Calibri" w:hAnsi="Calibri" w:cs="Calibri" w:eastAsia="Calibri"/>
                <w:b w:val="0"/>
                <w:color w:val="15131F"/>
                <w:sz w:val="19"/>
              </w:rPr>
              <w:t>Die Preise beginnen bei [Preis] pro Nacht. Den genauen Preis erhalten Sie mit dem Angebot.</w:t>
            </w:r>
          </w:p>
        </w:tc>
      </w:tr>
      <w:tr>
        <w:tc>
          <w:tcPr>
            <w:tcW w:type="dxa" w:w="4986"/>
          </w:tcPr>
          <w:p>
            <w:r/>
            <w:r>
              <w:rPr>
                <w:rFonts w:ascii="Calibri" w:hAnsi="Calibri" w:cs="Calibri" w:eastAsia="Calibri"/>
                <w:b w:val="0"/>
                <w:color w:val="15131F"/>
                <w:sz w:val="19"/>
              </w:rPr>
              <w:t>Ich halte es für Sie frei.</w:t>
            </w:r>
          </w:p>
        </w:tc>
        <w:tc>
          <w:tcPr>
            <w:tcW w:type="dxa" w:w="4986"/>
          </w:tcPr>
          <w:p>
            <w:r/>
            <w:r>
              <w:rPr>
                <w:rFonts w:ascii="Calibri" w:hAnsi="Calibri" w:cs="Calibri" w:eastAsia="Calibri"/>
                <w:b w:val="0"/>
                <w:color w:val="15131F"/>
                <w:sz w:val="19"/>
              </w:rPr>
              <w:t>[Name] sagt Ihnen, ob wir es für Sie freihalten können.</w:t>
            </w:r>
          </w:p>
        </w:tc>
      </w:tr>
      <w:tr>
        <w:tc>
          <w:tcPr>
            <w:tcW w:type="dxa" w:w="4986"/>
          </w:tcPr>
          <w:p>
            <w:r/>
            <w:r>
              <w:rPr>
                <w:rFonts w:ascii="Calibri" w:hAnsi="Calibri" w:cs="Calibri" w:eastAsia="Calibri"/>
                <w:b w:val="0"/>
                <w:color w:val="15131F"/>
                <w:sz w:val="19"/>
              </w:rPr>
              <w:t>Kostenlose Stornierung, kein Problem.</w:t>
            </w:r>
          </w:p>
        </w:tc>
        <w:tc>
          <w:tcPr>
            <w:tcW w:type="dxa" w:w="4986"/>
          </w:tcPr>
          <w:p>
            <w:r/>
            <w:r>
              <w:rPr>
                <w:rFonts w:ascii="Calibri" w:hAnsi="Calibri" w:cs="Calibri" w:eastAsia="Calibri"/>
                <w:b w:val="0"/>
                <w:color w:val="15131F"/>
                <w:sz w:val="19"/>
              </w:rPr>
              <w:t>Die Stornobedingungen stehen im Angebot und auf [Seite mit den Bedingungen].</w:t>
            </w:r>
          </w:p>
        </w:tc>
      </w:tr>
    </w:tbl>
    <w:p/>
    <w:p>
      <w:pPr>
        <w:spacing w:after="60"/>
      </w:pPr>
      <w:r>
        <w:rPr>
          <w:rFonts w:ascii="Calibri" w:hAnsi="Calibri" w:cs="Calibri" w:eastAsia="Calibri"/>
          <w:b/>
          <w:color w:val="6B3CF0"/>
          <w:sz w:val="21"/>
        </w:rPr>
        <w:t xml:space="preserve">In die KI-Anweisungen einfügen: </w:t>
      </w:r>
      <w:r>
        <w:rPr>
          <w:rFonts w:ascii="Calibri" w:hAnsi="Calibri" w:cs="Calibri" w:eastAsia="Calibri"/>
          <w:b w:val="0"/>
          <w:color w:val="15131F"/>
          <w:sz w:val="21"/>
        </w:rPr>
        <w:t>Du nimmst Buchungsanfragen für [Betrieb] auf. Du siehst keine Verfügbarkeit und kannst weder Buchungen, Preise, Rabatte oder Erstattungen bestätigen noch etwas freihalten. Sage nie, dass etwas gebucht, bestätigt, reserviert, garantiert oder freigehalten ist. Sprich von einer Anfrage, nenne die Person, die sie bestätigt, und sag, bis wann. Nenne nur Ab-Preise aus der Wissensdatenbank.</w:t>
      </w:r>
    </w:p>
    <w:p>
      <w:pPr>
        <w:spacing w:after="40"/>
      </w:pPr>
      <w:r>
        <w:rPr>
          <w:rFonts w:ascii="Calibri" w:hAnsi="Calibri" w:cs="Calibri" w:eastAsia="Calibri"/>
          <w:b/>
          <w:color w:val="6B3CF0"/>
          <w:sz w:val="21"/>
        </w:rPr>
        <w:t>Wer bestätigt, und wann</w:t>
      </w:r>
    </w:p>
    <w:p>
      <w:pPr>
        <w:spacing w:after="40"/>
      </w:pPr>
      <w:r>
        <w:rPr>
          <w:rFonts w:ascii="Calibri" w:hAnsi="Calibri" w:cs="Calibri" w:eastAsia="Calibri"/>
          <w:b w:val="0"/>
          <w:color w:val="15131F"/>
          <w:sz w:val="21"/>
        </w:rPr>
        <w:t>1. Die zuständige Person prüft: Verfügbarkeit, Preis und Bedingungen, in Ihrem eigenen System oder Kalender.</w:t>
      </w:r>
    </w:p>
    <w:p>
      <w:pPr>
        <w:spacing w:after="40"/>
      </w:pPr>
      <w:r>
        <w:rPr>
          <w:rFonts w:ascii="Calibri" w:hAnsi="Calibri" w:cs="Calibri" w:eastAsia="Calibri"/>
          <w:b w:val="0"/>
          <w:color w:val="15131F"/>
          <w:sz w:val="21"/>
        </w:rPr>
        <w:t>2. Die zuständige Person schickt das Angebot: Preis, Bedingungen und Zahlungsweg. Status: Angebot gesendet.</w:t>
      </w:r>
    </w:p>
    <w:p>
      <w:pPr>
        <w:spacing w:after="40"/>
      </w:pPr>
      <w:r>
        <w:rPr>
          <w:rFonts w:ascii="Calibri" w:hAnsi="Calibri" w:cs="Calibri" w:eastAsia="Calibri"/>
          <w:b w:val="0"/>
          <w:color w:val="15131F"/>
          <w:sz w:val="21"/>
        </w:rPr>
        <w:t>3. Der Gast nimmt an: Anzahlung, Zahlung oder unterschriebener Vertrag, wie es Ihre Bedingungen vorsehen.</w:t>
      </w:r>
    </w:p>
    <w:p>
      <w:pPr>
        <w:spacing w:after="40"/>
      </w:pPr>
      <w:r>
        <w:rPr>
          <w:rFonts w:ascii="Calibri" w:hAnsi="Calibri" w:cs="Calibri" w:eastAsia="Calibri"/>
          <w:b w:val="0"/>
          <w:color w:val="15131F"/>
          <w:sz w:val="21"/>
        </w:rPr>
        <w:t>4. Die zuständige Person bestätigt: Erst jetzt: „Ihre Buchung ist bestätigt.“ Status: Vom Team bestätigt.</w:t>
      </w:r>
    </w:p>
    <w:p>
      <w:pPr>
        <w:spacing w:after="160"/>
      </w:pPr>
    </w:p>
    <w:p>
      <w:pPr>
        <w:spacing w:after="60"/>
      </w:pPr>
      <w:r>
        <w:rPr>
          <w:rFonts w:ascii="Calibri" w:hAnsi="Calibri" w:cs="Calibri" w:eastAsia="Calibri"/>
          <w:b/>
          <w:color w:val="15131F"/>
          <w:sz w:val="28"/>
        </w:rPr>
        <w:t>8. Übergabenotiz: jede Anfrage an die richtige Person</w:t>
      </w:r>
    </w:p>
    <w:p>
      <w:pPr>
        <w:spacing w:after="80"/>
      </w:pPr>
      <w:r>
        <w:rPr>
          <w:rFonts w:ascii="Calibri" w:hAnsi="Calibri" w:cs="Calibri" w:eastAsia="Calibri"/>
          <w:b w:val="0"/>
          <w:color w:val="5D5A70"/>
          <w:sz w:val="20"/>
        </w:rPr>
        <w:t>Status: Anfrage · Erste Zeile: Typ und zuständige Person</w:t>
      </w:r>
    </w:p>
    <w:p>
      <w:pPr>
        <w:spacing w:after="80"/>
      </w:pPr>
      <w:r>
        <w:rPr>
          <w:rFonts w:ascii="Calibri" w:hAnsi="Calibri" w:cs="Calibri" w:eastAsia="Calibri"/>
          <w:b w:val="0"/>
          <w:color w:val="15131F"/>
          <w:sz w:val="21"/>
        </w:rPr>
        <w:t>Die Notiz liest die zuständige Person zuerst. Sie sollte reichen, um die Verfügbarkeit zu prüfen und ein Angebot zu schicken, ohne beim Gast nachzufragen.</w:t>
      </w:r>
    </w:p>
    <w:p>
      <w:pPr>
        <w:spacing w:after="40"/>
      </w:pPr>
      <w:r>
        <w:rPr>
          <w:rFonts w:ascii="Calibri" w:hAnsi="Calibri" w:cs="Calibri" w:eastAsia="Calibri"/>
          <w:b/>
          <w:color w:val="6B3CF0"/>
          <w:sz w:val="21"/>
        </w:rPr>
        <w:t>Wer welche Anfrage bekommt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Anfrage</w:t>
            </w:r>
          </w:p>
        </w:tc>
        <w:tc>
          <w:tcPr>
            <w:tcW w:type="dxa" w:w="3324"/>
            <w:shd w:val="clear" w:color="auto" w:fill="EFE9FF"/>
          </w:tcPr>
          <w:p>
            <w:r/>
            <w:r>
              <w:rPr>
                <w:rFonts w:ascii="Calibri" w:hAnsi="Calibri" w:cs="Calibri" w:eastAsia="Calibri"/>
                <w:b/>
                <w:color w:val="15131F"/>
                <w:sz w:val="19"/>
              </w:rPr>
              <w:t>Zuständig</w:t>
            </w:r>
          </w:p>
        </w:tc>
        <w:tc>
          <w:tcPr>
            <w:tcW w:type="dxa" w:w="3324"/>
            <w:shd w:val="clear" w:color="auto" w:fill="EFE9FF"/>
          </w:tcPr>
          <w:p>
            <w:r/>
            <w:r>
              <w:rPr>
                <w:rFonts w:ascii="Calibri" w:hAnsi="Calibri" w:cs="Calibri" w:eastAsia="Calibri"/>
                <w:b/>
                <w:color w:val="15131F"/>
                <w:sz w:val="19"/>
              </w:rPr>
              <w:t>Antwortzeit</w:t>
            </w:r>
          </w:p>
        </w:tc>
      </w:tr>
      <w:tr>
        <w:tc>
          <w:tcPr>
            <w:tcW w:type="dxa" w:w="3324"/>
          </w:tcPr>
          <w:p>
            <w:r/>
            <w:r>
              <w:rPr>
                <w:rFonts w:ascii="Calibri" w:hAnsi="Calibri" w:cs="Calibri" w:eastAsia="Calibri"/>
                <w:b w:val="0"/>
                <w:color w:val="15131F"/>
                <w:sz w:val="19"/>
              </w:rPr>
              <w:t>Hotelaufenthalt</w:t>
            </w:r>
          </w:p>
        </w:tc>
        <w:tc>
          <w:tcPr>
            <w:tcW w:type="dxa" w:w="3324"/>
          </w:tcPr>
          <w:p>
            <w:r/>
            <w:r>
              <w:rPr>
                <w:rFonts w:ascii="Calibri" w:hAnsi="Calibri" w:cs="Calibri" w:eastAsia="Calibri"/>
                <w:b w:val="0"/>
                <w:color w:val="15131F"/>
                <w:sz w:val="19"/>
              </w:rPr>
              <w:t>[Reservierung]</w:t>
            </w:r>
          </w:p>
        </w:tc>
        <w:tc>
          <w:tcPr>
            <w:tcW w:type="dxa" w:w="3324"/>
          </w:tcPr>
          <w:p>
            <w:r/>
            <w:r>
              <w:rPr>
                <w:rFonts w:ascii="Calibri" w:hAnsi="Calibri" w:cs="Calibri" w:eastAsia="Calibri"/>
                <w:b w:val="0"/>
                <w:color w:val="15131F"/>
                <w:sz w:val="19"/>
              </w:rPr>
              <w:t>[2 Arbeitsstunden]</w:t>
            </w:r>
          </w:p>
        </w:tc>
      </w:tr>
      <w:tr>
        <w:tc>
          <w:tcPr>
            <w:tcW w:type="dxa" w:w="3324"/>
          </w:tcPr>
          <w:p>
            <w:r/>
            <w:r>
              <w:rPr>
                <w:rFonts w:ascii="Calibri" w:hAnsi="Calibri" w:cs="Calibri" w:eastAsia="Calibri"/>
                <w:b w:val="0"/>
                <w:color w:val="15131F"/>
                <w:sz w:val="19"/>
              </w:rPr>
              <w:t>Gruppe oder Veranstaltung</w:t>
            </w:r>
          </w:p>
        </w:tc>
        <w:tc>
          <w:tcPr>
            <w:tcW w:type="dxa" w:w="3324"/>
          </w:tcPr>
          <w:p>
            <w:r/>
            <w:r>
              <w:rPr>
                <w:rFonts w:ascii="Calibri" w:hAnsi="Calibri" w:cs="Calibri" w:eastAsia="Calibri"/>
                <w:b w:val="0"/>
                <w:color w:val="15131F"/>
                <w:sz w:val="19"/>
              </w:rPr>
              <w:t>[Veranstaltungsplanung]</w:t>
            </w:r>
          </w:p>
        </w:tc>
        <w:tc>
          <w:tcPr>
            <w:tcW w:type="dxa" w:w="3324"/>
          </w:tcPr>
          <w:p>
            <w:r/>
            <w:r>
              <w:rPr>
                <w:rFonts w:ascii="Calibri" w:hAnsi="Calibri" w:cs="Calibri" w:eastAsia="Calibri"/>
                <w:b w:val="0"/>
                <w:color w:val="15131F"/>
                <w:sz w:val="19"/>
              </w:rPr>
              <w:t>[Am selben Arbeitstag]</w:t>
            </w:r>
          </w:p>
        </w:tc>
      </w:tr>
      <w:tr>
        <w:tc>
          <w:tcPr>
            <w:tcW w:type="dxa" w:w="3324"/>
          </w:tcPr>
          <w:p>
            <w:r/>
            <w:r>
              <w:rPr>
                <w:rFonts w:ascii="Calibri" w:hAnsi="Calibri" w:cs="Calibri" w:eastAsia="Calibri"/>
                <w:b w:val="0"/>
                <w:color w:val="15131F"/>
                <w:sz w:val="19"/>
              </w:rPr>
              <w:t>Tour oder Aktivität</w:t>
            </w:r>
          </w:p>
        </w:tc>
        <w:tc>
          <w:tcPr>
            <w:tcW w:type="dxa" w:w="3324"/>
          </w:tcPr>
          <w:p>
            <w:r/>
            <w:r>
              <w:rPr>
                <w:rFonts w:ascii="Calibri" w:hAnsi="Calibri" w:cs="Calibri" w:eastAsia="Calibri"/>
                <w:b w:val="0"/>
                <w:color w:val="15131F"/>
                <w:sz w:val="19"/>
              </w:rPr>
              <w:t>[Tourenbüro]</w:t>
            </w:r>
          </w:p>
        </w:tc>
        <w:tc>
          <w:tcPr>
            <w:tcW w:type="dxa" w:w="3324"/>
          </w:tcPr>
          <w:p>
            <w:r/>
            <w:r>
              <w:rPr>
                <w:rFonts w:ascii="Calibri" w:hAnsi="Calibri" w:cs="Calibri" w:eastAsia="Calibri"/>
                <w:b w:val="0"/>
                <w:color w:val="15131F"/>
                <w:sz w:val="19"/>
              </w:rPr>
              <w:t>[2 Stunden, 15 Minuten für Touren am selben Tag]</w:t>
            </w:r>
          </w:p>
        </w:tc>
      </w:tr>
      <w:tr>
        <w:tc>
          <w:tcPr>
            <w:tcW w:type="dxa" w:w="3324"/>
          </w:tcPr>
          <w:p>
            <w:r/>
            <w:r>
              <w:rPr>
                <w:rFonts w:ascii="Calibri" w:hAnsi="Calibri" w:cs="Calibri" w:eastAsia="Calibri"/>
                <w:b w:val="0"/>
                <w:color w:val="15131F"/>
                <w:sz w:val="19"/>
              </w:rPr>
              <w:t>Yachtcharter</w:t>
            </w:r>
          </w:p>
        </w:tc>
        <w:tc>
          <w:tcPr>
            <w:tcW w:type="dxa" w:w="3324"/>
          </w:tcPr>
          <w:p>
            <w:r/>
            <w:r>
              <w:rPr>
                <w:rFonts w:ascii="Calibri" w:hAnsi="Calibri" w:cs="Calibri" w:eastAsia="Calibri"/>
                <w:b w:val="0"/>
                <w:color w:val="15131F"/>
                <w:sz w:val="19"/>
              </w:rPr>
              <w:t>[Charterbüro]</w:t>
            </w:r>
          </w:p>
        </w:tc>
        <w:tc>
          <w:tcPr>
            <w:tcW w:type="dxa" w:w="3324"/>
          </w:tcPr>
          <w:p>
            <w:r/>
            <w:r>
              <w:rPr>
                <w:rFonts w:ascii="Calibri" w:hAnsi="Calibri" w:cs="Calibri" w:eastAsia="Calibri"/>
                <w:b w:val="0"/>
                <w:color w:val="15131F"/>
                <w:sz w:val="19"/>
              </w:rPr>
              <w:t>[24 Stunden]</w:t>
            </w:r>
          </w:p>
        </w:tc>
      </w:tr>
      <w:tr>
        <w:tc>
          <w:tcPr>
            <w:tcW w:type="dxa" w:w="3324"/>
          </w:tcPr>
          <w:p>
            <w:r/>
            <w:r>
              <w:rPr>
                <w:rFonts w:ascii="Calibri" w:hAnsi="Calibri" w:cs="Calibri" w:eastAsia="Calibri"/>
                <w:b w:val="0"/>
                <w:color w:val="15131F"/>
                <w:sz w:val="19"/>
              </w:rPr>
              <w:t>Unklar</w:t>
            </w:r>
          </w:p>
        </w:tc>
        <w:tc>
          <w:tcPr>
            <w:tcW w:type="dxa" w:w="3324"/>
          </w:tcPr>
          <w:p>
            <w:r/>
            <w:r>
              <w:rPr>
                <w:rFonts w:ascii="Calibri" w:hAnsi="Calibri" w:cs="Calibri" w:eastAsia="Calibri"/>
                <w:b w:val="0"/>
                <w:color w:val="15131F"/>
                <w:sz w:val="19"/>
              </w:rPr>
              <w:t>[Rezeption oder Inhaber]</w:t>
            </w:r>
          </w:p>
        </w:tc>
        <w:tc>
          <w:tcPr>
            <w:tcW w:type="dxa" w:w="3324"/>
          </w:tcPr>
          <w:p>
            <w:r/>
            <w:r>
              <w:rPr>
                <w:rFonts w:ascii="Calibri" w:hAnsi="Calibri" w:cs="Calibri" w:eastAsia="Calibri"/>
                <w:b w:val="0"/>
                <w:color w:val="15131F"/>
                <w:sz w:val="19"/>
              </w:rPr>
              <w:t>[2 Arbeitsstunden]</w:t>
            </w:r>
          </w:p>
        </w:tc>
      </w:tr>
    </w:tbl>
    <w:p/>
    <w:p>
      <w:pPr>
        <w:spacing w:after="60"/>
      </w:pPr>
      <w:r>
        <w:rPr>
          <w:rFonts w:ascii="Calibri" w:hAnsi="Calibri" w:cs="Calibri" w:eastAsia="Calibri"/>
          <w:b/>
          <w:color w:val="6B3CF0"/>
          <w:sz w:val="21"/>
        </w:rPr>
        <w:t xml:space="preserve">Format der Notiz: </w:t>
      </w:r>
      <w:r>
        <w:rPr>
          <w:rFonts w:ascii="Calibri" w:hAnsi="Calibri" w:cs="Calibri" w:eastAsia="Calibri"/>
          <w:b w:val="0"/>
          <w:color w:val="15131F"/>
          <w:sz w:val="21"/>
        </w:rPr>
        <w:t>Anfrage [Typ] für [zuständige Person]. Status: Anfrage, nicht bestätigt. Daten: [Daten], [Nächte] Nächte. Gäste: [Erwachsene] Erwachsene, [Kinder] Kinder (Alter [Alter]). Option: [Zimmer, Raum, Tour oder Yacht]. Ort: [Abholung oder Hafen]. Budget: [Spanne]. Wünsche: [Notizen]. Fehlt: [Angaben oder nichts]. Sprache: [Sprache]. Kontakt: [E-Mail oder Telefon]. Zugesagte Antwort: bis [Uhrzeit].</w:t>
      </w:r>
    </w:p>
    <w:p>
      <w:pPr>
        <w:spacing w:after="60"/>
      </w:pPr>
      <w:r>
        <w:rPr>
          <w:rFonts w:ascii="Calibri" w:hAnsi="Calibri" w:cs="Calibri" w:eastAsia="Calibri"/>
          <w:b/>
          <w:color w:val="6B3CF0"/>
          <w:sz w:val="21"/>
        </w:rPr>
        <w:t xml:space="preserve">Die KI sagt dem Gast: </w:t>
      </w:r>
      <w:r>
        <w:rPr>
          <w:rFonts w:ascii="Calibri" w:hAnsi="Calibri" w:cs="Calibri" w:eastAsia="Calibri"/>
          <w:b w:val="0"/>
          <w:color w:val="15131F"/>
          <w:sz w:val="21"/>
        </w:rPr>
        <w:t>Vielen Dank. Ich habe Ihre Anfrage an [Name] geschickt. [Name] ist bei uns für [Hotelaufenthalte, Veranstaltungen, Touren oder Charter] zuständig und antwortet bis [Uhrzeit]. Bis dahin ist das eine Anfrage, keine Buchung.</w:t>
      </w:r>
    </w:p>
    <w:p>
      <w:pPr>
        <w:spacing w:after="60"/>
      </w:pPr>
      <w:r>
        <w:rPr>
          <w:rFonts w:ascii="Calibri" w:hAnsi="Calibri" w:cs="Calibri" w:eastAsia="Calibri"/>
          <w:b/>
          <w:color w:val="6B3CF0"/>
          <w:sz w:val="21"/>
        </w:rPr>
        <w:t xml:space="preserve">Wenn niemand online ist: </w:t>
      </w:r>
      <w:r>
        <w:rPr>
          <w:rFonts w:ascii="Calibri" w:hAnsi="Calibri" w:cs="Calibri" w:eastAsia="Calibri"/>
          <w:b w:val="0"/>
          <w:color w:val="15131F"/>
          <w:sz w:val="21"/>
        </w:rPr>
        <w:t>Unser Team ist gerade nicht erreichbar. Ihre Anfrage ist gespeichert, und [Name] antwortet morgen bis [Uhrzeit]. Wenn es dringend ist, rufen Sie [Telefonnummer] an.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Legen Sie für jede zuständige Person eine Vertretung fest. Eine Anfrage, die in einem leeren Posteingang wartet, ist eine verlorene Buchung.</w:t>
      </w:r>
    </w:p>
    <w:p>
      <w:pPr>
        <w:spacing w:after="60"/>
      </w:pPr>
      <w:r>
        <w:rPr>
          <w:rFonts w:ascii="Calibri" w:hAnsi="Calibri" w:cs="Calibri" w:eastAsia="Calibri"/>
          <w:b/>
          <w:color w:val="6B3CF0"/>
          <w:sz w:val="21"/>
        </w:rPr>
        <w:t xml:space="preserve">Benachrichtigungen in CRMsoftware.pro: </w:t>
      </w:r>
      <w:r>
        <w:rPr>
          <w:rFonts w:ascii="Calibri" w:hAnsi="Calibri" w:cs="Calibri" w:eastAsia="Calibri"/>
          <w:b w:val="0"/>
          <w:color w:val="5D5A70"/>
          <w:sz w:val="21"/>
        </w:rPr>
        <w:t>E-Mail, Push, Live-Support</w:t>
      </w:r>
    </w:p>
    <w:p>
      <w:pPr>
        <w:spacing w:after="160"/>
      </w:pPr>
    </w:p>
    <w:p>
      <w:pPr>
        <w:spacing w:after="80"/>
      </w:pPr>
      <w:r>
        <w:rPr>
          <w:rFonts w:ascii="Calibri" w:hAnsi="Calibri" w:cs="Calibri" w:eastAsia="Calibri"/>
          <w:b/>
          <w:color w:val="15131F"/>
          <w:sz w:val="28"/>
        </w:rPr>
        <w:t>Ausgefülltes Beispiel: Eine Charteranfrage, in 4 Minuten an die richtige Person übergeben</w:t>
      </w:r>
    </w:p>
    <w:p>
      <w:pPr>
        <w:spacing w:after="120"/>
      </w:pPr>
      <w:r>
        <w:rPr>
          <w:rFonts w:ascii="Calibri" w:hAnsi="Calibri" w:cs="Calibri" w:eastAsia="Calibri"/>
          <w:b w:val="0"/>
          <w:color w:val="5D5A70"/>
          <w:sz w:val="21"/>
        </w:rPr>
        <w:t>Der Gesprächsleitfaden für Buchungsanfragen im Einsatz bei Tidewell Harbor, einem fiktiven Hafenhotel mit Veranstaltungsterrasse, Bootstouren und drei Charteryachten. Der Gast schickt um 21:14 Uhr die Hälfte der Angaben; die KI fragt nur nach den Lücken und übergibt eine vollständige Anfrage an Marta aus dem Charterbüro.</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Hallo! Ist die Aurora vom 10. bis 17. Juli nächstes Jahr frei? Wir sind 10 Personen.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danke für Ihre Nachricht an Tidewell Harbor. Ich sehe die aktuelle Verfügbarkeit nicht, aber ich schicke Ihre Anfrage an Marta aus unserem Charterbüro, die das prüft. Ich habe den 10. bis 17. Juli 2027 für 10 Gäste notiert. Wie viele davon sind Kinder?</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Zwei Kinder, 9 und 12. Die anderen sind Erwachsene.</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Möchten Sie eine Charter mit Skipper und Crew, oder Bareboat, bei der Ihre Gruppe die Yacht selbst führt?</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Mit Crew, bitte. Keiner von uns kann segeln.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Also mit Crew. Möchten Sie hier in Tidewell Harbor starten und enden?</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Ja, als Rundtörn.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Welches Budget haben Sie für den Charterpreis im Kopf? Nebenkosten wie Verpflegung, Treibstoff und Hafengebühren stehen gesondert im Angebot.</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So um die 20 bis 25 Tausend Dollar.</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An welche E-Mail-Adresse darf Marta Ihnen das Angebot schicken?</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anna.w@example.com</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Vielen Dank, Anna. Hier ist Ihre Anfrage: Aurora, mit Crew, 10. bis 17. Juli 2027, ab Tidewell Harbor, 8 Erwachsene und 2 Kinder, Charterpreis etwa 20.000 bis 25.000 $. Das ist eine Anfrage, keine Buchung. Marta prüft die Verfügbarkeit und schickt Ihnen morgen bis 12 Uhr ein Angebot per E-Mail.</w:t>
      </w:r>
    </w:p>
    <w:p>
      <w:pPr>
        <w:spacing w:after="60"/>
      </w:pPr>
      <w:r>
        <w:rPr>
          <w:rFonts w:ascii="Calibri" w:hAnsi="Calibri" w:cs="Calibri" w:eastAsia="Calibri"/>
          <w:b/>
          <w:color w:val="6B3CF0"/>
          <w:sz w:val="21"/>
        </w:rPr>
        <w:t xml:space="preserve">Gast: </w:t>
      </w:r>
      <w:r>
        <w:rPr>
          <w:rFonts w:ascii="Calibri" w:hAnsi="Calibri" w:cs="Calibri" w:eastAsia="Calibri"/>
          <w:b w:val="0"/>
          <w:color w:val="15131F"/>
          <w:sz w:val="21"/>
        </w:rPr>
        <w:t>Perfekt, danke!</w:t>
      </w:r>
    </w:p>
    <w:p>
      <w:pPr>
        <w:spacing w:after="60"/>
      </w:pPr>
      <w:r>
        <w:rPr>
          <w:rFonts w:ascii="Calibri" w:hAnsi="Calibri" w:cs="Calibri" w:eastAsia="Calibri"/>
          <w:b/>
          <w:color w:val="6B3CF0"/>
          <w:sz w:val="21"/>
        </w:rPr>
        <w:t xml:space="preserve">Marta (Charter): </w:t>
      </w:r>
      <w:r>
        <w:rPr>
          <w:rFonts w:ascii="Calibri" w:hAnsi="Calibri" w:cs="Calibri" w:eastAsia="Calibri"/>
          <w:b w:val="0"/>
          <w:color w:val="15131F"/>
          <w:sz w:val="21"/>
        </w:rPr>
        <w:t>Guten Morgen, Anna, hier ist Marta. Die Aurora ist vom 10. bis 17. Juli 2027 verfügbar, und Ihr Angebot mit Preis und Bedingungen ist in Ihrem Postfach. Ich halte die Yacht bis Freitag, 16. Oktober, für Sie frei. Die Buchung ist bestätigt, sobald der unterschriebene Vertrag und die Anzahlung bei uns eingegangen sind.</w:t>
      </w:r>
    </w:p>
    <w:p>
      <w:pPr>
        <w:spacing w:after="80"/>
      </w:pPr>
    </w:p>
    <w:p>
      <w:pPr>
        <w:spacing w:after="80"/>
      </w:pPr>
      <w:r>
        <w:rPr>
          <w:rFonts w:ascii="Calibri" w:hAnsi="Calibri" w:cs="Calibri" w:eastAsia="Calibri"/>
          <w:b/>
          <w:color w:val="15131F"/>
          <w:sz w:val="24"/>
        </w:rPr>
        <w:t>Übergabenotiz an Marta</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Anfrage</w:t>
            </w:r>
          </w:p>
        </w:tc>
        <w:tc>
          <w:tcPr>
            <w:tcW w:type="dxa" w:w="4986"/>
          </w:tcPr>
          <w:p>
            <w:r/>
            <w:r>
              <w:rPr>
                <w:rFonts w:ascii="Calibri" w:hAnsi="Calibri" w:cs="Calibri" w:eastAsia="Calibri"/>
                <w:b w:val="0"/>
                <w:color w:val="15131F"/>
                <w:sz w:val="19"/>
              </w:rPr>
              <w:t>Yachtcharter, für Marta (Charter)</w:t>
            </w:r>
          </w:p>
        </w:tc>
      </w:tr>
      <w:tr>
        <w:tc>
          <w:tcPr>
            <w:tcW w:type="dxa" w:w="4986"/>
          </w:tcPr>
          <w:p>
            <w:r/>
            <w:r>
              <w:rPr>
                <w:rFonts w:ascii="Calibri" w:hAnsi="Calibri" w:cs="Calibri" w:eastAsia="Calibri"/>
                <w:b/>
                <w:color w:val="15131F"/>
                <w:sz w:val="19"/>
              </w:rPr>
              <w:t>Status</w:t>
            </w:r>
          </w:p>
        </w:tc>
        <w:tc>
          <w:tcPr>
            <w:tcW w:type="dxa" w:w="4986"/>
          </w:tcPr>
          <w:p>
            <w:r/>
            <w:r>
              <w:rPr>
                <w:rFonts w:ascii="Calibri" w:hAnsi="Calibri" w:cs="Calibri" w:eastAsia="Calibri"/>
                <w:b w:val="0"/>
                <w:color w:val="15131F"/>
                <w:sz w:val="19"/>
              </w:rPr>
              <w:t>Anfrage, nicht bestätigt</w:t>
            </w:r>
          </w:p>
        </w:tc>
      </w:tr>
      <w:tr>
        <w:tc>
          <w:tcPr>
            <w:tcW w:type="dxa" w:w="4986"/>
          </w:tcPr>
          <w:p>
            <w:r/>
            <w:r>
              <w:rPr>
                <w:rFonts w:ascii="Calibri" w:hAnsi="Calibri" w:cs="Calibri" w:eastAsia="Calibri"/>
                <w:b/>
                <w:color w:val="15131F"/>
                <w:sz w:val="19"/>
              </w:rPr>
              <w:t>Yacht</w:t>
            </w:r>
          </w:p>
        </w:tc>
        <w:tc>
          <w:tcPr>
            <w:tcW w:type="dxa" w:w="4986"/>
          </w:tcPr>
          <w:p>
            <w:r/>
            <w:r>
              <w:rPr>
                <w:rFonts w:ascii="Calibri" w:hAnsi="Calibri" w:cs="Calibri" w:eastAsia="Calibri"/>
                <w:b w:val="0"/>
                <w:color w:val="15131F"/>
                <w:sz w:val="19"/>
              </w:rPr>
              <w:t>Aurora, mit Crew</w:t>
            </w:r>
          </w:p>
        </w:tc>
      </w:tr>
      <w:tr>
        <w:tc>
          <w:tcPr>
            <w:tcW w:type="dxa" w:w="4986"/>
          </w:tcPr>
          <w:p>
            <w:r/>
            <w:r>
              <w:rPr>
                <w:rFonts w:ascii="Calibri" w:hAnsi="Calibri" w:cs="Calibri" w:eastAsia="Calibri"/>
                <w:b/>
                <w:color w:val="15131F"/>
                <w:sz w:val="19"/>
              </w:rPr>
              <w:t>Daten</w:t>
            </w:r>
          </w:p>
        </w:tc>
        <w:tc>
          <w:tcPr>
            <w:tcW w:type="dxa" w:w="4986"/>
          </w:tcPr>
          <w:p>
            <w:r/>
            <w:r>
              <w:rPr>
                <w:rFonts w:ascii="Calibri" w:hAnsi="Calibri" w:cs="Calibri" w:eastAsia="Calibri"/>
                <w:b w:val="0"/>
                <w:color w:val="15131F"/>
                <w:sz w:val="19"/>
              </w:rPr>
              <w:t>Sa., 10. bis Sa., 17. Juli 2027, 7 Nächte</w:t>
            </w:r>
          </w:p>
        </w:tc>
      </w:tr>
      <w:tr>
        <w:tc>
          <w:tcPr>
            <w:tcW w:type="dxa" w:w="4986"/>
          </w:tcPr>
          <w:p>
            <w:r/>
            <w:r>
              <w:rPr>
                <w:rFonts w:ascii="Calibri" w:hAnsi="Calibri" w:cs="Calibri" w:eastAsia="Calibri"/>
                <w:b/>
                <w:color w:val="15131F"/>
                <w:sz w:val="19"/>
              </w:rPr>
              <w:t>Häfen</w:t>
            </w:r>
          </w:p>
        </w:tc>
        <w:tc>
          <w:tcPr>
            <w:tcW w:type="dxa" w:w="4986"/>
          </w:tcPr>
          <w:p>
            <w:r/>
            <w:r>
              <w:rPr>
                <w:rFonts w:ascii="Calibri" w:hAnsi="Calibri" w:cs="Calibri" w:eastAsia="Calibri"/>
                <w:b w:val="0"/>
                <w:color w:val="15131F"/>
                <w:sz w:val="19"/>
              </w:rPr>
              <w:t>Tidewell Harbor, Rundtörn</w:t>
            </w:r>
          </w:p>
        </w:tc>
      </w:tr>
      <w:tr>
        <w:tc>
          <w:tcPr>
            <w:tcW w:type="dxa" w:w="4986"/>
          </w:tcPr>
          <w:p>
            <w:r/>
            <w:r>
              <w:rPr>
                <w:rFonts w:ascii="Calibri" w:hAnsi="Calibri" w:cs="Calibri" w:eastAsia="Calibri"/>
                <w:b/>
                <w:color w:val="15131F"/>
                <w:sz w:val="19"/>
              </w:rPr>
              <w:t>Gäste</w:t>
            </w:r>
          </w:p>
        </w:tc>
        <w:tc>
          <w:tcPr>
            <w:tcW w:type="dxa" w:w="4986"/>
          </w:tcPr>
          <w:p>
            <w:r/>
            <w:r>
              <w:rPr>
                <w:rFonts w:ascii="Calibri" w:hAnsi="Calibri" w:cs="Calibri" w:eastAsia="Calibri"/>
                <w:b w:val="0"/>
                <w:color w:val="15131F"/>
                <w:sz w:val="19"/>
              </w:rPr>
              <w:t>8 Erwachsene, 2 Kinder (9 und 12)</w:t>
            </w:r>
          </w:p>
        </w:tc>
      </w:tr>
      <w:tr>
        <w:tc>
          <w:tcPr>
            <w:tcW w:type="dxa" w:w="4986"/>
          </w:tcPr>
          <w:p>
            <w:r/>
            <w:r>
              <w:rPr>
                <w:rFonts w:ascii="Calibri" w:hAnsi="Calibri" w:cs="Calibri" w:eastAsia="Calibri"/>
                <w:b/>
                <w:color w:val="15131F"/>
                <w:sz w:val="19"/>
              </w:rPr>
              <w:t>Budget</w:t>
            </w:r>
          </w:p>
        </w:tc>
        <w:tc>
          <w:tcPr>
            <w:tcW w:type="dxa" w:w="4986"/>
          </w:tcPr>
          <w:p>
            <w:r/>
            <w:r>
              <w:rPr>
                <w:rFonts w:ascii="Calibri" w:hAnsi="Calibri" w:cs="Calibri" w:eastAsia="Calibri"/>
                <w:b w:val="0"/>
                <w:color w:val="15131F"/>
                <w:sz w:val="19"/>
              </w:rPr>
              <w:t>20.000 bis 25.000 $ Charterpreis</w:t>
            </w:r>
          </w:p>
        </w:tc>
      </w:tr>
      <w:tr>
        <w:tc>
          <w:tcPr>
            <w:tcW w:type="dxa" w:w="4986"/>
          </w:tcPr>
          <w:p>
            <w:r/>
            <w:r>
              <w:rPr>
                <w:rFonts w:ascii="Calibri" w:hAnsi="Calibri" w:cs="Calibri" w:eastAsia="Calibri"/>
                <w:b/>
                <w:color w:val="15131F"/>
                <w:sz w:val="19"/>
              </w:rPr>
              <w:t>Fehlt</w:t>
            </w:r>
          </w:p>
        </w:tc>
        <w:tc>
          <w:tcPr>
            <w:tcW w:type="dxa" w:w="4986"/>
          </w:tcPr>
          <w:p>
            <w:r/>
            <w:r>
              <w:rPr>
                <w:rFonts w:ascii="Calibri" w:hAnsi="Calibri" w:cs="Calibri" w:eastAsia="Calibri"/>
                <w:b w:val="0"/>
                <w:color w:val="15131F"/>
                <w:sz w:val="19"/>
              </w:rPr>
              <w:t>Nichts</w:t>
            </w:r>
          </w:p>
        </w:tc>
      </w:tr>
      <w:tr>
        <w:tc>
          <w:tcPr>
            <w:tcW w:type="dxa" w:w="4986"/>
          </w:tcPr>
          <w:p>
            <w:r/>
            <w:r>
              <w:rPr>
                <w:rFonts w:ascii="Calibri" w:hAnsi="Calibri" w:cs="Calibri" w:eastAsia="Calibri"/>
                <w:b/>
                <w:color w:val="15131F"/>
                <w:sz w:val="19"/>
              </w:rPr>
              <w:t>Sprache</w:t>
            </w:r>
          </w:p>
        </w:tc>
        <w:tc>
          <w:tcPr>
            <w:tcW w:type="dxa" w:w="4986"/>
          </w:tcPr>
          <w:p>
            <w:r/>
            <w:r>
              <w:rPr>
                <w:rFonts w:ascii="Calibri" w:hAnsi="Calibri" w:cs="Calibri" w:eastAsia="Calibri"/>
                <w:b w:val="0"/>
                <w:color w:val="15131F"/>
                <w:sz w:val="19"/>
              </w:rPr>
              <w:t>Deutsch</w:t>
            </w:r>
          </w:p>
        </w:tc>
      </w:tr>
      <w:tr>
        <w:tc>
          <w:tcPr>
            <w:tcW w:type="dxa" w:w="4986"/>
          </w:tcPr>
          <w:p>
            <w:r/>
            <w:r>
              <w:rPr>
                <w:rFonts w:ascii="Calibri" w:hAnsi="Calibri" w:cs="Calibri" w:eastAsia="Calibri"/>
                <w:b/>
                <w:color w:val="15131F"/>
                <w:sz w:val="19"/>
              </w:rPr>
              <w:t>Kontakt</w:t>
            </w:r>
          </w:p>
        </w:tc>
        <w:tc>
          <w:tcPr>
            <w:tcW w:type="dxa" w:w="4986"/>
          </w:tcPr>
          <w:p>
            <w:r/>
            <w:r>
              <w:rPr>
                <w:rFonts w:ascii="Calibri" w:hAnsi="Calibri" w:cs="Calibri" w:eastAsia="Calibri"/>
                <w:b w:val="0"/>
                <w:color w:val="15131F"/>
                <w:sz w:val="19"/>
              </w:rPr>
              <w:t>Anna W. (anna.w@example.com)</w:t>
            </w:r>
          </w:p>
        </w:tc>
      </w:tr>
      <w:tr>
        <w:tc>
          <w:tcPr>
            <w:tcW w:type="dxa" w:w="4986"/>
          </w:tcPr>
          <w:p>
            <w:r/>
            <w:r>
              <w:rPr>
                <w:rFonts w:ascii="Calibri" w:hAnsi="Calibri" w:cs="Calibri" w:eastAsia="Calibri"/>
                <w:b/>
                <w:color w:val="15131F"/>
                <w:sz w:val="19"/>
              </w:rPr>
              <w:t>Zugesagte Antwort</w:t>
            </w:r>
          </w:p>
        </w:tc>
        <w:tc>
          <w:tcPr>
            <w:tcW w:type="dxa" w:w="4986"/>
          </w:tcPr>
          <w:p>
            <w:r/>
            <w:r>
              <w:rPr>
                <w:rFonts w:ascii="Calibri" w:hAnsi="Calibri" w:cs="Calibri" w:eastAsia="Calibri"/>
                <w:b w:val="0"/>
                <w:color w:val="15131F"/>
                <w:sz w:val="19"/>
              </w:rPr>
              <w:t>Mittwoch, 7. Oktober, bis 12 Uhr</w:t>
            </w:r>
          </w:p>
        </w:tc>
      </w:tr>
    </w:tbl>
    <w:p/>
    <w:p>
      <w:pPr>
        <w:spacing w:after="80"/>
      </w:pPr>
      <w:r>
        <w:rPr>
          <w:rFonts w:ascii="Calibri" w:hAnsi="Calibri" w:cs="Calibri" w:eastAsia="Calibri"/>
          <w:b/>
          <w:color w:val="15131F"/>
          <w:sz w:val="24"/>
        </w:rPr>
        <w:t>Von der Anfrage zur Buchung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Wann</w:t>
            </w:r>
          </w:p>
        </w:tc>
        <w:tc>
          <w:tcPr>
            <w:tcW w:type="dxa" w:w="3324"/>
            <w:shd w:val="clear" w:color="auto" w:fill="EFE9FF"/>
          </w:tcPr>
          <w:p>
            <w:r/>
            <w:r>
              <w:rPr>
                <w:rFonts w:ascii="Calibri" w:hAnsi="Calibri" w:cs="Calibri" w:eastAsia="Calibri"/>
                <w:b/>
                <w:color w:val="15131F"/>
                <w:sz w:val="19"/>
              </w:rPr>
              <w:t>Schritt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Di., 21:14 Uhr</w:t>
            </w:r>
          </w:p>
        </w:tc>
        <w:tc>
          <w:tcPr>
            <w:tcW w:type="dxa" w:w="3324"/>
          </w:tcPr>
          <w:p>
            <w:r/>
            <w:r>
              <w:rPr>
                <w:rFonts w:ascii="Calibri" w:hAnsi="Calibri" w:cs="Calibri" w:eastAsia="Calibri"/>
                <w:b w:val="0"/>
                <w:color w:val="15131F"/>
                <w:sz w:val="19"/>
              </w:rPr>
              <w:t>Erste Nachricht im Website-Chat</w:t>
            </w:r>
          </w:p>
        </w:tc>
        <w:tc>
          <w:tcPr>
            <w:tcW w:type="dxa" w:w="3324"/>
          </w:tcPr>
          <w:p>
            <w:r/>
            <w:r>
              <w:rPr>
                <w:rFonts w:ascii="Calibri" w:hAnsi="Calibri" w:cs="Calibri" w:eastAsia="Calibri"/>
                <w:b w:val="0"/>
                <w:color w:val="15131F"/>
                <w:sz w:val="19"/>
              </w:rPr>
              <w:t>Neu</w:t>
            </w:r>
          </w:p>
        </w:tc>
      </w:tr>
      <w:tr>
        <w:tc>
          <w:tcPr>
            <w:tcW w:type="dxa" w:w="3324"/>
          </w:tcPr>
          <w:p>
            <w:r/>
            <w:r>
              <w:rPr>
                <w:rFonts w:ascii="Calibri" w:hAnsi="Calibri" w:cs="Calibri" w:eastAsia="Calibri"/>
                <w:b w:val="0"/>
                <w:color w:val="15131F"/>
                <w:sz w:val="19"/>
              </w:rPr>
              <w:t>Di., 21:18 Uhr</w:t>
            </w:r>
          </w:p>
        </w:tc>
        <w:tc>
          <w:tcPr>
            <w:tcW w:type="dxa" w:w="3324"/>
          </w:tcPr>
          <w:p>
            <w:r/>
            <w:r>
              <w:rPr>
                <w:rFonts w:ascii="Calibri" w:hAnsi="Calibri" w:cs="Calibri" w:eastAsia="Calibri"/>
                <w:b w:val="0"/>
                <w:color w:val="15131F"/>
                <w:sz w:val="19"/>
              </w:rPr>
              <w:t>Notiz an Marta übergeben</w:t>
            </w:r>
          </w:p>
        </w:tc>
        <w:tc>
          <w:tcPr>
            <w:tcW w:type="dxa" w:w="3324"/>
          </w:tcPr>
          <w:p>
            <w:r/>
            <w:r>
              <w:rPr>
                <w:rFonts w:ascii="Calibri" w:hAnsi="Calibri" w:cs="Calibri" w:eastAsia="Calibri"/>
                <w:b w:val="0"/>
                <w:color w:val="15131F"/>
                <w:sz w:val="19"/>
              </w:rPr>
              <w:t>Übergeben</w:t>
            </w:r>
          </w:p>
        </w:tc>
      </w:tr>
      <w:tr>
        <w:tc>
          <w:tcPr>
            <w:tcW w:type="dxa" w:w="3324"/>
          </w:tcPr>
          <w:p>
            <w:r/>
            <w:r>
              <w:rPr>
                <w:rFonts w:ascii="Calibri" w:hAnsi="Calibri" w:cs="Calibri" w:eastAsia="Calibri"/>
                <w:b w:val="0"/>
                <w:color w:val="15131F"/>
                <w:sz w:val="19"/>
              </w:rPr>
              <w:t>Mi., 9:05 Uhr</w:t>
            </w:r>
          </w:p>
        </w:tc>
        <w:tc>
          <w:tcPr>
            <w:tcW w:type="dxa" w:w="3324"/>
          </w:tcPr>
          <w:p>
            <w:r/>
            <w:r>
              <w:rPr>
                <w:rFonts w:ascii="Calibri" w:hAnsi="Calibri" w:cs="Calibri" w:eastAsia="Calibri"/>
                <w:b w:val="0"/>
                <w:color w:val="15131F"/>
                <w:sz w:val="19"/>
              </w:rPr>
              <w:t>Verfügbarkeit geprüft, Angebot per E-Mail</w:t>
            </w:r>
          </w:p>
        </w:tc>
        <w:tc>
          <w:tcPr>
            <w:tcW w:type="dxa" w:w="3324"/>
          </w:tcPr>
          <w:p>
            <w:r/>
            <w:r>
              <w:rPr>
                <w:rFonts w:ascii="Calibri" w:hAnsi="Calibri" w:cs="Calibri" w:eastAsia="Calibri"/>
                <w:b w:val="0"/>
                <w:color w:val="15131F"/>
                <w:sz w:val="19"/>
              </w:rPr>
              <w:t>Angebot gesendet</w:t>
            </w:r>
          </w:p>
        </w:tc>
      </w:tr>
      <w:tr>
        <w:tc>
          <w:tcPr>
            <w:tcW w:type="dxa" w:w="3324"/>
          </w:tcPr>
          <w:p>
            <w:r/>
            <w:r>
              <w:rPr>
                <w:rFonts w:ascii="Calibri" w:hAnsi="Calibri" w:cs="Calibri" w:eastAsia="Calibri"/>
                <w:b w:val="0"/>
                <w:color w:val="15131F"/>
                <w:sz w:val="19"/>
              </w:rPr>
              <w:t>Bis Fr., 16. Okt.</w:t>
            </w:r>
          </w:p>
        </w:tc>
        <w:tc>
          <w:tcPr>
            <w:tcW w:type="dxa" w:w="3324"/>
          </w:tcPr>
          <w:p>
            <w:r/>
            <w:r>
              <w:rPr>
                <w:rFonts w:ascii="Calibri" w:hAnsi="Calibri" w:cs="Calibri" w:eastAsia="Calibri"/>
                <w:b w:val="0"/>
                <w:color w:val="15131F"/>
                <w:sz w:val="19"/>
              </w:rPr>
              <w:t>Unterschriebener Vertrag und Anzahlung</w:t>
            </w:r>
          </w:p>
        </w:tc>
        <w:tc>
          <w:tcPr>
            <w:tcW w:type="dxa" w:w="3324"/>
          </w:tcPr>
          <w:p>
            <w:r/>
            <w:r>
              <w:rPr>
                <w:rFonts w:ascii="Calibri" w:hAnsi="Calibri" w:cs="Calibri" w:eastAsia="Calibri"/>
                <w:b w:val="0"/>
                <w:color w:val="15131F"/>
                <w:sz w:val="19"/>
              </w:rPr>
              <w:t>Vom Team bestätigt</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Pflichtangaben für Anfragen an Hotel, Location, Tour und Charter</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Angabe</w:t>
            </w:r>
          </w:p>
        </w:tc>
        <w:tc>
          <w:tcPr>
            <w:tcW w:type="dxa" w:w="1994"/>
            <w:shd w:val="clear" w:color="auto" w:fill="EFE9FF"/>
          </w:tcPr>
          <w:p>
            <w:r/>
            <w:r>
              <w:rPr>
                <w:rFonts w:ascii="Calibri" w:hAnsi="Calibri" w:cs="Calibri" w:eastAsia="Calibri"/>
                <w:b/>
                <w:color w:val="15131F"/>
                <w:sz w:val="19"/>
              </w:rPr>
              <w:t>Hotelaufenthalt</w:t>
            </w:r>
          </w:p>
        </w:tc>
        <w:tc>
          <w:tcPr>
            <w:tcW w:type="dxa" w:w="1994"/>
            <w:shd w:val="clear" w:color="auto" w:fill="EFE9FF"/>
          </w:tcPr>
          <w:p>
            <w:r/>
            <w:r>
              <w:rPr>
                <w:rFonts w:ascii="Calibri" w:hAnsi="Calibri" w:cs="Calibri" w:eastAsia="Calibri"/>
                <w:b/>
                <w:color w:val="15131F"/>
                <w:sz w:val="19"/>
              </w:rPr>
              <w:t>Gruppe oder Veranstaltung</w:t>
            </w:r>
          </w:p>
        </w:tc>
        <w:tc>
          <w:tcPr>
            <w:tcW w:type="dxa" w:w="1994"/>
            <w:shd w:val="clear" w:color="auto" w:fill="EFE9FF"/>
          </w:tcPr>
          <w:p>
            <w:r/>
            <w:r>
              <w:rPr>
                <w:rFonts w:ascii="Calibri" w:hAnsi="Calibri" w:cs="Calibri" w:eastAsia="Calibri"/>
                <w:b/>
                <w:color w:val="15131F"/>
                <w:sz w:val="19"/>
              </w:rPr>
              <w:t>Tour oder Aktivität</w:t>
            </w:r>
          </w:p>
        </w:tc>
        <w:tc>
          <w:tcPr>
            <w:tcW w:type="dxa" w:w="1994"/>
            <w:shd w:val="clear" w:color="auto" w:fill="EFE9FF"/>
          </w:tcPr>
          <w:p>
            <w:r/>
            <w:r>
              <w:rPr>
                <w:rFonts w:ascii="Calibri" w:hAnsi="Calibri" w:cs="Calibri" w:eastAsia="Calibri"/>
                <w:b/>
                <w:color w:val="15131F"/>
                <w:sz w:val="19"/>
              </w:rPr>
              <w:t>Yachtcharter</w:t>
            </w:r>
          </w:p>
        </w:tc>
      </w:tr>
      <w:tr>
        <w:tc>
          <w:tcPr>
            <w:tcW w:type="dxa" w:w="1994"/>
          </w:tcPr>
          <w:p>
            <w:r/>
            <w:r>
              <w:rPr>
                <w:rFonts w:ascii="Calibri" w:hAnsi="Calibri" w:cs="Calibri" w:eastAsia="Calibri"/>
                <w:b w:val="0"/>
                <w:color w:val="15131F"/>
                <w:sz w:val="19"/>
              </w:rPr>
              <w:t>Daten</w:t>
            </w:r>
          </w:p>
        </w:tc>
        <w:tc>
          <w:tcPr>
            <w:tcW w:type="dxa" w:w="1994"/>
          </w:tcPr>
          <w:p>
            <w:r/>
            <w:r>
              <w:rPr>
                <w:rFonts w:ascii="Calibri" w:hAnsi="Calibri" w:cs="Calibri" w:eastAsia="Calibri"/>
                <w:b w:val="0"/>
                <w:color w:val="15131F"/>
                <w:sz w:val="19"/>
              </w:rPr>
              <w:t>An- und Abreise</w:t>
            </w:r>
          </w:p>
        </w:tc>
        <w:tc>
          <w:tcPr>
            <w:tcW w:type="dxa" w:w="1994"/>
          </w:tcPr>
          <w:p>
            <w:r/>
            <w:r>
              <w:rPr>
                <w:rFonts w:ascii="Calibri" w:hAnsi="Calibri" w:cs="Calibri" w:eastAsia="Calibri"/>
                <w:b w:val="0"/>
                <w:color w:val="15131F"/>
                <w:sz w:val="19"/>
              </w:rPr>
              <w:t>Veranstaltungsdatum und Ausweichdatum</w:t>
            </w:r>
          </w:p>
        </w:tc>
        <w:tc>
          <w:tcPr>
            <w:tcW w:type="dxa" w:w="1994"/>
          </w:tcPr>
          <w:p>
            <w:r/>
            <w:r>
              <w:rPr>
                <w:rFonts w:ascii="Calibri" w:hAnsi="Calibri" w:cs="Calibri" w:eastAsia="Calibri"/>
                <w:b w:val="0"/>
                <w:color w:val="15131F"/>
                <w:sz w:val="19"/>
              </w:rPr>
              <w:t>Datum und Startzeit</w:t>
            </w:r>
          </w:p>
        </w:tc>
        <w:tc>
          <w:tcPr>
            <w:tcW w:type="dxa" w:w="1994"/>
          </w:tcPr>
          <w:p>
            <w:r/>
            <w:r>
              <w:rPr>
                <w:rFonts w:ascii="Calibri" w:hAnsi="Calibri" w:cs="Calibri" w:eastAsia="Calibri"/>
                <w:b w:val="0"/>
                <w:color w:val="15131F"/>
                <w:sz w:val="19"/>
              </w:rPr>
              <w:t>Start- und Enddatum, Tagesfahrt oder mit Übernachtung</w:t>
            </w:r>
          </w:p>
        </w:tc>
      </w:tr>
      <w:tr>
        <w:tc>
          <w:tcPr>
            <w:tcW w:type="dxa" w:w="1994"/>
          </w:tcPr>
          <w:p>
            <w:r/>
            <w:r>
              <w:rPr>
                <w:rFonts w:ascii="Calibri" w:hAnsi="Calibri" w:cs="Calibri" w:eastAsia="Calibri"/>
                <w:b w:val="0"/>
                <w:color w:val="15131F"/>
                <w:sz w:val="19"/>
              </w:rPr>
              <w:t>Personen</w:t>
            </w:r>
          </w:p>
        </w:tc>
        <w:tc>
          <w:tcPr>
            <w:tcW w:type="dxa" w:w="1994"/>
          </w:tcPr>
          <w:p>
            <w:r/>
            <w:r>
              <w:rPr>
                <w:rFonts w:ascii="Calibri" w:hAnsi="Calibri" w:cs="Calibri" w:eastAsia="Calibri"/>
                <w:b w:val="0"/>
                <w:color w:val="15131F"/>
                <w:sz w:val="19"/>
              </w:rPr>
              <w:t>Erwachsene, Kinder und Alter</w:t>
            </w:r>
          </w:p>
        </w:tc>
        <w:tc>
          <w:tcPr>
            <w:tcW w:type="dxa" w:w="1994"/>
          </w:tcPr>
          <w:p>
            <w:r/>
            <w:r>
              <w:rPr>
                <w:rFonts w:ascii="Calibri" w:hAnsi="Calibri" w:cs="Calibri" w:eastAsia="Calibri"/>
                <w:b w:val="0"/>
                <w:color w:val="15131F"/>
                <w:sz w:val="19"/>
              </w:rPr>
              <w:t>Gäste und Zimmer pro Nacht</w:t>
            </w:r>
          </w:p>
        </w:tc>
        <w:tc>
          <w:tcPr>
            <w:tcW w:type="dxa" w:w="1994"/>
          </w:tcPr>
          <w:p>
            <w:r/>
            <w:r>
              <w:rPr>
                <w:rFonts w:ascii="Calibri" w:hAnsi="Calibri" w:cs="Calibri" w:eastAsia="Calibri"/>
                <w:b w:val="0"/>
                <w:color w:val="15131F"/>
                <w:sz w:val="19"/>
              </w:rPr>
              <w:t>Personen und Alter der Kinder</w:t>
            </w:r>
          </w:p>
        </w:tc>
        <w:tc>
          <w:tcPr>
            <w:tcW w:type="dxa" w:w="1994"/>
          </w:tcPr>
          <w:p>
            <w:r/>
            <w:r>
              <w:rPr>
                <w:rFonts w:ascii="Calibri" w:hAnsi="Calibri" w:cs="Calibri" w:eastAsia="Calibri"/>
                <w:b w:val="0"/>
                <w:color w:val="15131F"/>
                <w:sz w:val="19"/>
              </w:rPr>
              <w:t>Gäste an Bord, innerhalb der Höchstzahl der Yacht</w:t>
            </w:r>
          </w:p>
        </w:tc>
      </w:tr>
      <w:tr>
        <w:tc>
          <w:tcPr>
            <w:tcW w:type="dxa" w:w="1994"/>
          </w:tcPr>
          <w:p>
            <w:r/>
            <w:r>
              <w:rPr>
                <w:rFonts w:ascii="Calibri" w:hAnsi="Calibri" w:cs="Calibri" w:eastAsia="Calibri"/>
                <w:b w:val="0"/>
                <w:color w:val="15131F"/>
                <w:sz w:val="19"/>
              </w:rPr>
              <w:t>Option</w:t>
            </w:r>
          </w:p>
        </w:tc>
        <w:tc>
          <w:tcPr>
            <w:tcW w:type="dxa" w:w="1994"/>
          </w:tcPr>
          <w:p>
            <w:r/>
            <w:r>
              <w:rPr>
                <w:rFonts w:ascii="Calibri" w:hAnsi="Calibri" w:cs="Calibri" w:eastAsia="Calibri"/>
                <w:b w:val="0"/>
                <w:color w:val="15131F"/>
                <w:sz w:val="19"/>
              </w:rPr>
              <w:t>Zimmer und Zimmerkategorie</w:t>
            </w:r>
          </w:p>
        </w:tc>
        <w:tc>
          <w:tcPr>
            <w:tcW w:type="dxa" w:w="1994"/>
          </w:tcPr>
          <w:p>
            <w:r/>
            <w:r>
              <w:rPr>
                <w:rFonts w:ascii="Calibri" w:hAnsi="Calibri" w:cs="Calibri" w:eastAsia="Calibri"/>
                <w:b w:val="0"/>
                <w:color w:val="15131F"/>
                <w:sz w:val="19"/>
              </w:rPr>
              <w:t>Bestuhlung, Catering und Extras</w:t>
            </w:r>
          </w:p>
        </w:tc>
        <w:tc>
          <w:tcPr>
            <w:tcW w:type="dxa" w:w="1994"/>
          </w:tcPr>
          <w:p>
            <w:r/>
            <w:r>
              <w:rPr>
                <w:rFonts w:ascii="Calibri" w:hAnsi="Calibri" w:cs="Calibri" w:eastAsia="Calibri"/>
                <w:b w:val="0"/>
                <w:color w:val="15131F"/>
                <w:sz w:val="19"/>
              </w:rPr>
              <w:t>Offene Gruppe oder privat</w:t>
            </w:r>
          </w:p>
        </w:tc>
        <w:tc>
          <w:tcPr>
            <w:tcW w:type="dxa" w:w="1994"/>
          </w:tcPr>
          <w:p>
            <w:r/>
            <w:r>
              <w:rPr>
                <w:rFonts w:ascii="Calibri" w:hAnsi="Calibri" w:cs="Calibri" w:eastAsia="Calibri"/>
                <w:b w:val="0"/>
                <w:color w:val="15131F"/>
                <w:sz w:val="19"/>
              </w:rPr>
              <w:t>Yacht oder Typ, mit Crew oder Bareboat</w:t>
            </w:r>
          </w:p>
        </w:tc>
      </w:tr>
      <w:tr>
        <w:tc>
          <w:tcPr>
            <w:tcW w:type="dxa" w:w="1994"/>
          </w:tcPr>
          <w:p>
            <w:r/>
            <w:r>
              <w:rPr>
                <w:rFonts w:ascii="Calibri" w:hAnsi="Calibri" w:cs="Calibri" w:eastAsia="Calibri"/>
                <w:b w:val="0"/>
                <w:color w:val="15131F"/>
                <w:sz w:val="19"/>
              </w:rPr>
              <w:t>Ort</w:t>
            </w:r>
          </w:p>
        </w:tc>
        <w:tc>
          <w:tcPr>
            <w:tcW w:type="dxa" w:w="1994"/>
          </w:tcPr>
          <w:p>
            <w:r/>
            <w:r>
              <w:rPr>
                <w:rFonts w:ascii="Calibri" w:hAnsi="Calibri" w:cs="Calibri" w:eastAsia="Calibri"/>
                <w:b w:val="0"/>
                <w:color w:val="15131F"/>
                <w:sz w:val="19"/>
              </w:rPr>
              <w:t>Nicht nötig</w:t>
            </w:r>
          </w:p>
        </w:tc>
        <w:tc>
          <w:tcPr>
            <w:tcW w:type="dxa" w:w="1994"/>
          </w:tcPr>
          <w:p>
            <w:r/>
            <w:r>
              <w:rPr>
                <w:rFonts w:ascii="Calibri" w:hAnsi="Calibri" w:cs="Calibri" w:eastAsia="Calibri"/>
                <w:b w:val="0"/>
                <w:color w:val="15131F"/>
                <w:sz w:val="19"/>
              </w:rPr>
              <w:t>Nicht nötig</w:t>
            </w:r>
          </w:p>
        </w:tc>
        <w:tc>
          <w:tcPr>
            <w:tcW w:type="dxa" w:w="1994"/>
          </w:tcPr>
          <w:p>
            <w:r/>
            <w:r>
              <w:rPr>
                <w:rFonts w:ascii="Calibri" w:hAnsi="Calibri" w:cs="Calibri" w:eastAsia="Calibri"/>
                <w:b w:val="0"/>
                <w:color w:val="15131F"/>
                <w:sz w:val="19"/>
              </w:rPr>
              <w:t>Abholung oder Treffpunkt</w:t>
            </w:r>
          </w:p>
        </w:tc>
        <w:tc>
          <w:tcPr>
            <w:tcW w:type="dxa" w:w="1994"/>
          </w:tcPr>
          <w:p>
            <w:r/>
            <w:r>
              <w:rPr>
                <w:rFonts w:ascii="Calibri" w:hAnsi="Calibri" w:cs="Calibri" w:eastAsia="Calibri"/>
                <w:b w:val="0"/>
                <w:color w:val="15131F"/>
                <w:sz w:val="19"/>
              </w:rPr>
              <w:t>Start- und Zielhafen</w:t>
            </w:r>
          </w:p>
        </w:tc>
      </w:tr>
      <w:tr>
        <w:tc>
          <w:tcPr>
            <w:tcW w:type="dxa" w:w="1994"/>
          </w:tcPr>
          <w:p>
            <w:r/>
            <w:r>
              <w:rPr>
                <w:rFonts w:ascii="Calibri" w:hAnsi="Calibri" w:cs="Calibri" w:eastAsia="Calibri"/>
                <w:b w:val="0"/>
                <w:color w:val="15131F"/>
                <w:sz w:val="19"/>
              </w:rPr>
              <w:t>Budget</w:t>
            </w:r>
          </w:p>
        </w:tc>
        <w:tc>
          <w:tcPr>
            <w:tcW w:type="dxa" w:w="1994"/>
          </w:tcPr>
          <w:p>
            <w:r/>
            <w:r>
              <w:rPr>
                <w:rFonts w:ascii="Calibri" w:hAnsi="Calibri" w:cs="Calibri" w:eastAsia="Calibri"/>
                <w:b w:val="0"/>
                <w:color w:val="15131F"/>
                <w:sz w:val="19"/>
              </w:rPr>
              <w:t>Pro Nacht, als Spanne</w:t>
            </w:r>
          </w:p>
        </w:tc>
        <w:tc>
          <w:tcPr>
            <w:tcW w:type="dxa" w:w="1994"/>
          </w:tcPr>
          <w:p>
            <w:r/>
            <w:r>
              <w:rPr>
                <w:rFonts w:ascii="Calibri" w:hAnsi="Calibri" w:cs="Calibri" w:eastAsia="Calibri"/>
                <w:b w:val="0"/>
                <w:color w:val="15131F"/>
                <w:sz w:val="19"/>
              </w:rPr>
              <w:t>Gesamt oder pro Person</w:t>
            </w:r>
          </w:p>
        </w:tc>
        <w:tc>
          <w:tcPr>
            <w:tcW w:type="dxa" w:w="1994"/>
          </w:tcPr>
          <w:p>
            <w:r/>
            <w:r>
              <w:rPr>
                <w:rFonts w:ascii="Calibri" w:hAnsi="Calibri" w:cs="Calibri" w:eastAsia="Calibri"/>
                <w:b w:val="0"/>
                <w:color w:val="15131F"/>
                <w:sz w:val="19"/>
              </w:rPr>
              <w:t>Preisliste, private Touren auf Anfrage</w:t>
            </w:r>
          </w:p>
        </w:tc>
        <w:tc>
          <w:tcPr>
            <w:tcW w:type="dxa" w:w="1994"/>
          </w:tcPr>
          <w:p>
            <w:r/>
            <w:r>
              <w:rPr>
                <w:rFonts w:ascii="Calibri" w:hAnsi="Calibri" w:cs="Calibri" w:eastAsia="Calibri"/>
                <w:b w:val="0"/>
                <w:color w:val="15131F"/>
                <w:sz w:val="19"/>
              </w:rPr>
              <w:t>Charterpreis, Nebenkosten gesondert</w:t>
            </w:r>
          </w:p>
        </w:tc>
      </w:tr>
      <w:tr>
        <w:tc>
          <w:tcPr>
            <w:tcW w:type="dxa" w:w="1994"/>
          </w:tcPr>
          <w:p>
            <w:r/>
            <w:r>
              <w:rPr>
                <w:rFonts w:ascii="Calibri" w:hAnsi="Calibri" w:cs="Calibri" w:eastAsia="Calibri"/>
                <w:b w:val="0"/>
                <w:color w:val="15131F"/>
                <w:sz w:val="19"/>
              </w:rPr>
              <w:t>Zusatzprüfung</w:t>
            </w:r>
          </w:p>
        </w:tc>
        <w:tc>
          <w:tcPr>
            <w:tcW w:type="dxa" w:w="1994"/>
          </w:tcPr>
          <w:p>
            <w:r/>
            <w:r>
              <w:rPr>
                <w:rFonts w:ascii="Calibri" w:hAnsi="Calibri" w:cs="Calibri" w:eastAsia="Calibri"/>
                <w:b w:val="0"/>
                <w:color w:val="15131F"/>
                <w:sz w:val="19"/>
              </w:rPr>
              <w:t>Besondere Wünsche</w:t>
            </w:r>
          </w:p>
        </w:tc>
        <w:tc>
          <w:tcPr>
            <w:tcW w:type="dxa" w:w="1994"/>
          </w:tcPr>
          <w:p>
            <w:r/>
            <w:r>
              <w:rPr>
                <w:rFonts w:ascii="Calibri" w:hAnsi="Calibri" w:cs="Calibri" w:eastAsia="Calibri"/>
                <w:b w:val="0"/>
                <w:color w:val="15131F"/>
                <w:sz w:val="19"/>
              </w:rPr>
              <w:t>Wer entscheidet, und bis wann</w:t>
            </w:r>
          </w:p>
        </w:tc>
        <w:tc>
          <w:tcPr>
            <w:tcW w:type="dxa" w:w="1994"/>
          </w:tcPr>
          <w:p>
            <w:r/>
            <w:r>
              <w:rPr>
                <w:rFonts w:ascii="Calibri" w:hAnsi="Calibri" w:cs="Calibri" w:eastAsia="Calibri"/>
                <w:b w:val="0"/>
                <w:color w:val="15131F"/>
                <w:sz w:val="19"/>
              </w:rPr>
              <w:t>Sicherheitshinweise</w:t>
            </w:r>
          </w:p>
        </w:tc>
        <w:tc>
          <w:tcPr>
            <w:tcW w:type="dxa" w:w="1994"/>
          </w:tcPr>
          <w:p>
            <w:r/>
            <w:r>
              <w:rPr>
                <w:rFonts w:ascii="Calibri" w:hAnsi="Calibri" w:cs="Calibri" w:eastAsia="Calibri"/>
                <w:b w:val="0"/>
                <w:color w:val="15131F"/>
                <w:sz w:val="19"/>
              </w:rPr>
              <w:t>Befähigungsnachweis des Skippers bei Bareboat</w:t>
            </w:r>
          </w:p>
        </w:tc>
      </w:tr>
    </w:tbl>
    <w:p/>
    <w:p>
      <w:pPr>
        <w:spacing w:after="80"/>
      </w:pPr>
      <w:r>
        <w:rPr>
          <w:rFonts w:ascii="Calibri" w:hAnsi="Calibri" w:cs="Calibri" w:eastAsia="Calibri"/>
          <w:b/>
          <w:color w:val="15131F"/>
          <w:sz w:val="28"/>
        </w:rPr>
        <w:t>Buchungsanfragen, die eine andere Antwort brauchen</w:t>
      </w:r>
    </w:p>
    <w:p>
      <w:pPr>
        <w:spacing w:after="120"/>
      </w:pPr>
      <w:r>
        <w:rPr>
          <w:rFonts w:ascii="Calibri" w:hAnsi="Calibri" w:cs="Calibri" w:eastAsia="Calibri"/>
          <w:b w:val="0"/>
          <w:color w:val="5D5A70"/>
          <w:sz w:val="21"/>
        </w:rPr>
        <w:t>Situationen, an denen ein einfacher Leitfaden scheitert, und was die KI dann sagt.</w:t>
      </w:r>
    </w:p>
    <w:p>
      <w:pPr>
        <w:spacing w:after="40"/>
      </w:pPr>
      <w:r>
        <w:rPr>
          <w:rFonts w:ascii="Calibri" w:hAnsi="Calibri" w:cs="Calibri" w:eastAsia="Calibri"/>
          <w:b/>
          <w:color w:val="15131F"/>
          <w:sz w:val="22"/>
        </w:rPr>
        <w:t>Der Gast will zuerst den Preis wissen</w:t>
      </w:r>
    </w:p>
    <w:p>
      <w:pPr>
        <w:spacing w:after="40"/>
      </w:pPr>
      <w:r>
        <w:rPr>
          <w:rFonts w:ascii="Calibri" w:hAnsi="Calibri" w:cs="Calibri" w:eastAsia="Calibri"/>
          <w:b w:val="0"/>
          <w:color w:val="15131F"/>
          <w:sz w:val="21"/>
        </w:rPr>
        <w:t>Lehnen Sie nicht ab und raten Sie keinen Gesamtpreis. Nennen Sie den Ab-Preis und sagen Sie, wovon der Preis abhängt.</w:t>
      </w:r>
    </w:p>
    <w:p>
      <w:pPr>
        <w:spacing w:after="60"/>
      </w:pPr>
      <w:r>
        <w:rPr>
          <w:rFonts w:ascii="Calibri" w:hAnsi="Calibri" w:cs="Calibri" w:eastAsia="Calibri"/>
          <w:b/>
          <w:color w:val="6B3CF0"/>
          <w:sz w:val="21"/>
        </w:rPr>
        <w:t xml:space="preserve">Die KI sagt: </w:t>
      </w:r>
      <w:r>
        <w:rPr>
          <w:rFonts w:ascii="Calibri" w:hAnsi="Calibri" w:cs="Calibri" w:eastAsia="Calibri"/>
          <w:b w:val="0"/>
          <w:color w:val="15131F"/>
          <w:sz w:val="21"/>
        </w:rPr>
        <w:t>Zimmer gibt es ab [Preis] pro Nacht. Der genaue Preis hängt von Ihren Daten ab. Wenn Sie mir zwei Angaben geben, schickt [Name] ihn Ihnen.</w:t>
      </w:r>
    </w:p>
    <w:p>
      <w:pPr>
        <w:spacing w:after="80"/>
      </w:pPr>
    </w:p>
    <w:p>
      <w:pPr>
        <w:spacing w:after="40"/>
      </w:pPr>
      <w:r>
        <w:rPr>
          <w:rFonts w:ascii="Calibri" w:hAnsi="Calibri" w:cs="Calibri" w:eastAsia="Calibri"/>
          <w:b/>
          <w:color w:val="15131F"/>
          <w:sz w:val="22"/>
        </w:rPr>
        <w:t>Der Gast will sofort bezahlen</w:t>
      </w:r>
    </w:p>
    <w:p>
      <w:pPr>
        <w:spacing w:after="40"/>
      </w:pPr>
      <w:r>
        <w:rPr>
          <w:rFonts w:ascii="Calibri" w:hAnsi="Calibri" w:cs="Calibri" w:eastAsia="Calibri"/>
          <w:b w:val="0"/>
          <w:color w:val="15131F"/>
          <w:sz w:val="21"/>
        </w:rPr>
        <w:t>Bezahlt wird, nachdem eine Person bestätigt hat. Ab dem Launch-Plan kann die zuständige Person aus CRMsoftware.pro ein Angebot, einen Vertrag zur E-Signatur oder einen Zahlungslink schicken.</w:t>
      </w:r>
    </w:p>
    <w:p>
      <w:pPr>
        <w:spacing w:after="60"/>
      </w:pPr>
      <w:r>
        <w:rPr>
          <w:rFonts w:ascii="Calibri" w:hAnsi="Calibri" w:cs="Calibri" w:eastAsia="Calibri"/>
          <w:b/>
          <w:color w:val="6B3CF0"/>
          <w:sz w:val="21"/>
        </w:rPr>
        <w:t xml:space="preserve">Die KI sagt: </w:t>
      </w:r>
      <w:r>
        <w:rPr>
          <w:rFonts w:ascii="Calibri" w:hAnsi="Calibri" w:cs="Calibri" w:eastAsia="Calibri"/>
          <w:b w:val="0"/>
          <w:color w:val="15131F"/>
          <w:sz w:val="21"/>
        </w:rPr>
        <w:t>Vielen Dank. [Name] schickt Ihnen das Angebot mit einer sicheren Zahlungsmöglichkeit, sobald Ihre Daten bestätigt sind.</w:t>
      </w:r>
    </w:p>
    <w:p>
      <w:pPr>
        <w:spacing w:after="80"/>
      </w:pPr>
    </w:p>
    <w:p>
      <w:pPr>
        <w:spacing w:after="40"/>
      </w:pPr>
      <w:r>
        <w:rPr>
          <w:rFonts w:ascii="Calibri" w:hAnsi="Calibri" w:cs="Calibri" w:eastAsia="Calibri"/>
          <w:b/>
          <w:color w:val="15131F"/>
          <w:sz w:val="22"/>
        </w:rPr>
        <w:t>Ein Planer oder Reisebüro schreibt für einen Kunden</w:t>
      </w:r>
    </w:p>
    <w:p>
      <w:pPr>
        <w:spacing w:after="40"/>
      </w:pPr>
      <w:r>
        <w:rPr>
          <w:rFonts w:ascii="Calibri" w:hAnsi="Calibri" w:cs="Calibri" w:eastAsia="Calibri"/>
          <w:b w:val="0"/>
          <w:color w:val="15131F"/>
          <w:sz w:val="21"/>
        </w:rPr>
        <w:t>Wer schreibt, reist oder bezahlt vielleicht nicht selbst.</w:t>
      </w:r>
    </w:p>
    <w:p>
      <w:pPr>
        <w:spacing w:after="60"/>
      </w:pPr>
      <w:r>
        <w:rPr>
          <w:rFonts w:ascii="Calibri" w:hAnsi="Calibri" w:cs="Calibri" w:eastAsia="Calibri"/>
          <w:b/>
          <w:color w:val="6B3CF0"/>
          <w:sz w:val="21"/>
        </w:rPr>
        <w:t xml:space="preserve">Die KI sagt: </w:t>
      </w:r>
      <w:r>
        <w:rPr>
          <w:rFonts w:ascii="Calibri" w:hAnsi="Calibri" w:cs="Calibri" w:eastAsia="Calibri"/>
          <w:b w:val="0"/>
          <w:color w:val="15131F"/>
          <w:sz w:val="21"/>
        </w:rPr>
        <w:t>Läuft die Buchung auf Ihren Namen oder auf den Ihres Kunden, und wer soll das Angebot erhalten?</w:t>
      </w:r>
    </w:p>
    <w:p>
      <w:pPr>
        <w:spacing w:after="80"/>
      </w:pPr>
    </w:p>
    <w:p>
      <w:pPr>
        <w:spacing w:after="40"/>
      </w:pPr>
      <w:r>
        <w:rPr>
          <w:rFonts w:ascii="Calibri" w:hAnsi="Calibri" w:cs="Calibri" w:eastAsia="Calibri"/>
          <w:b/>
          <w:color w:val="15131F"/>
          <w:sz w:val="22"/>
        </w:rPr>
        <w:t>Die Anfrage kommt nachts</w:t>
      </w:r>
    </w:p>
    <w:p>
      <w:pPr>
        <w:spacing w:after="40"/>
      </w:pPr>
      <w:r>
        <w:rPr>
          <w:rFonts w:ascii="Calibri" w:hAnsi="Calibri" w:cs="Calibri" w:eastAsia="Calibri"/>
          <w:b w:val="0"/>
          <w:color w:val="15131F"/>
          <w:sz w:val="21"/>
        </w:rPr>
        <w:t>Erfassen Sie jetzt alles und nennen Sie eine Antwortzeit. Der Gast muss nicht noch einmal schreiben.</w:t>
      </w:r>
    </w:p>
    <w:p>
      <w:pPr>
        <w:spacing w:after="60"/>
      </w:pPr>
      <w:r>
        <w:rPr>
          <w:rFonts w:ascii="Calibri" w:hAnsi="Calibri" w:cs="Calibri" w:eastAsia="Calibri"/>
          <w:b/>
          <w:color w:val="6B3CF0"/>
          <w:sz w:val="21"/>
        </w:rPr>
        <w:t xml:space="preserve">Die KI sagt: </w:t>
      </w:r>
      <w:r>
        <w:rPr>
          <w:rFonts w:ascii="Calibri" w:hAnsi="Calibri" w:cs="Calibri" w:eastAsia="Calibri"/>
          <w:b w:val="0"/>
          <w:color w:val="15131F"/>
          <w:sz w:val="21"/>
        </w:rPr>
        <w:t>Unser Team ist ab [9:00] Uhr wieder da. Ihre Anfrage ist gespeichert, und [Name] antwortet bis [11:00] Uhr.</w:t>
      </w:r>
    </w:p>
    <w:p>
      <w:pPr>
        <w:spacing w:after="80"/>
      </w:pPr>
    </w:p>
    <w:p>
      <w:pPr>
        <w:spacing w:after="200"/>
      </w:pPr>
      <w:r>
        <w:rPr>
          <w:rFonts w:ascii="Calibri" w:hAnsi="Calibri" w:cs="Calibri" w:eastAsia="Calibri"/>
          <w:b w:val="0"/>
          <w:color w:val="15131F"/>
          <w:sz w:val="21"/>
        </w:rPr>
        <w:t>Ab dem Launch-Plan können Gäste über „Buchungen“ mit Kalendersynchronisierung einen Termin für ein Gespräch oder eine Besichtigung wählen. Zimmer, Plätze und Yachten bestätigt trotzdem Ihr Team.</w:t>
      </w:r>
    </w:p>
    <w:p>
      <w:pPr>
        <w:spacing w:after="120"/>
      </w:pPr>
      <w:r>
        <w:rPr>
          <w:rFonts w:ascii="Calibri" w:hAnsi="Calibri" w:cs="Calibri" w:eastAsia="Calibri"/>
          <w:b/>
          <w:color w:val="15131F"/>
          <w:sz w:val="28"/>
        </w:rPr>
        <w:t>Ihren Gesprächsleitfaden für Buchungsanfragen in 4 Schritten einrichten</w:t>
      </w:r>
    </w:p>
    <w:p>
      <w:pPr>
        <w:spacing w:after="40"/>
      </w:pPr>
      <w:r>
        <w:rPr>
          <w:rFonts w:ascii="Calibri" w:hAnsi="Calibri" w:cs="Calibri" w:eastAsia="Calibri"/>
          <w:b/>
          <w:color w:val="15131F"/>
          <w:sz w:val="22"/>
        </w:rPr>
        <w:t>1. Buchungstypen wählen</w:t>
      </w:r>
    </w:p>
    <w:p>
      <w:pPr>
        <w:spacing w:after="120"/>
      </w:pPr>
      <w:r>
        <w:rPr>
          <w:rFonts w:ascii="Calibri" w:hAnsi="Calibri" w:cs="Calibri" w:eastAsia="Calibri"/>
          <w:b w:val="0"/>
          <w:color w:val="15131F"/>
          <w:sz w:val="21"/>
        </w:rPr>
        <w:t>Behalten Sie die Tabs für das, was Sie anbieten, plus die Tabs 5 bis 8.</w:t>
      </w:r>
    </w:p>
    <w:p>
      <w:pPr>
        <w:spacing w:after="40"/>
      </w:pPr>
      <w:r>
        <w:rPr>
          <w:rFonts w:ascii="Calibri" w:hAnsi="Calibri" w:cs="Calibri" w:eastAsia="Calibri"/>
          <w:b/>
          <w:color w:val="15131F"/>
          <w:sz w:val="22"/>
        </w:rPr>
        <w:t>2. Klammern ausfüllen</w:t>
      </w:r>
    </w:p>
    <w:p>
      <w:pPr>
        <w:spacing w:after="120"/>
      </w:pPr>
      <w:r>
        <w:rPr>
          <w:rFonts w:ascii="Calibri" w:hAnsi="Calibri" w:cs="Calibri" w:eastAsia="Calibri"/>
          <w:b w:val="0"/>
          <w:color w:val="15131F"/>
          <w:sz w:val="21"/>
        </w:rPr>
        <w:t>Zimmer und Preise, Räume, Tourzeiten und Mindestalter, Yachten, Häfen und den Namen jeder zuständigen Person. Schließzeiten und Gästehöchstzahlen gehören in die Wissensdatenbank.</w:t>
      </w:r>
    </w:p>
    <w:p>
      <w:pPr>
        <w:spacing w:after="40"/>
      </w:pPr>
      <w:r>
        <w:rPr>
          <w:rFonts w:ascii="Calibri" w:hAnsi="Calibri" w:cs="Calibri" w:eastAsia="Calibri"/>
          <w:b/>
          <w:color w:val="15131F"/>
          <w:sz w:val="22"/>
        </w:rPr>
        <w:t>3. Anfrageregel ergänzen</w:t>
      </w:r>
    </w:p>
    <w:p>
      <w:pPr>
        <w:spacing w:after="120"/>
      </w:pPr>
      <w:r>
        <w:rPr>
          <w:rFonts w:ascii="Calibri" w:hAnsi="Calibri" w:cs="Calibri" w:eastAsia="Calibri"/>
          <w:b w:val="0"/>
          <w:color w:val="15131F"/>
          <w:sz w:val="21"/>
        </w:rPr>
        <w:t>Fügen Sie den Wortlaut aus Tab 7 in die KI-Anweisungen ein.</w:t>
      </w:r>
    </w:p>
    <w:p>
      <w:pPr>
        <w:spacing w:after="40"/>
      </w:pPr>
      <w:r>
        <w:rPr>
          <w:rFonts w:ascii="Calibri" w:hAnsi="Calibri" w:cs="Calibri" w:eastAsia="Calibri"/>
          <w:b/>
          <w:color w:val="15131F"/>
          <w:sz w:val="22"/>
        </w:rPr>
        <w:t>4. Testen, dann jede Woche prüfen</w:t>
      </w:r>
    </w:p>
    <w:p>
      <w:pPr>
        <w:spacing w:after="120"/>
      </w:pPr>
      <w:r>
        <w:rPr>
          <w:rFonts w:ascii="Calibri" w:hAnsi="Calibri" w:cs="Calibri" w:eastAsia="Calibri"/>
          <w:b w:val="0"/>
          <w:color w:val="15131F"/>
          <w:sz w:val="21"/>
        </w:rPr>
        <w:t>Schicken Sie fünf Testanfragen, darunter eine mit Lücken und eine in einer anderen Sprache. Prüfen Sie das Protokoll jede Woche.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wählen Sie Ihren Bot und fügen Sie auf dem Tab „Grundlagen“ Ihre Fragen, die Anfrageregel und Ihre zuständigen Personen unter „Anweisungen“ ein. Ergänzen Sie Preise, Schließzeiten und Gästehöchstzahlen in der „Wissensdatenbank“.</w:t>
      </w:r>
    </w:p>
    <w:p>
      <w:pPr>
        <w:spacing w:after="60"/>
      </w:pPr>
      <w:r>
        <w:rPr>
          <w:rFonts w:ascii="Calibri" w:hAnsi="Calibri" w:cs="Calibri" w:eastAsia="Calibri"/>
          <w:b w:val="0"/>
          <w:color w:val="15131F"/>
          <w:sz w:val="21"/>
        </w:rPr>
        <w:t>2. Aktivieren Sie auf dem Tab „Verhalten“ die Option „Benutzerdaten sammeln“, damit vor dem Chat Name und Kontakt abgefragt werden.</w:t>
      </w:r>
    </w:p>
    <w:p>
      <w:pPr>
        <w:spacing w:after="60"/>
      </w:pPr>
      <w:r>
        <w:rPr>
          <w:rFonts w:ascii="Calibri" w:hAnsi="Calibri" w:cs="Calibri" w:eastAsia="Calibri"/>
          <w:b w:val="0"/>
          <w:color w:val="15131F"/>
          <w:sz w:val="21"/>
        </w:rPr>
        <w:t>3. Aktivieren Sie auf dem Tab „Verbinden“ die Option „E-Mail-Benachrichtigungen senden“ und fügen Sie Ihre zuständigen Personen unter „Zugewiesene Benutzer“ hinzu. Aktivieren Sie auch Push-Benachrichtigungen.</w:t>
      </w:r>
    </w:p>
    <w:p>
      <w:pPr>
        <w:spacing w:after="60"/>
      </w:pPr>
      <w:r>
        <w:rPr>
          <w:rFonts w:ascii="Calibri" w:hAnsi="Calibri" w:cs="Calibri" w:eastAsia="Calibri"/>
          <w:b w:val="0"/>
          <w:color w:val="15131F"/>
          <w:sz w:val="21"/>
        </w:rPr>
        <w:t>4. Klicken Sie auf „Änderungen speichern“ und schicken Sie mit „Versuchen Sie es mit Bot“ (der Bot-Vorschau) eine Testanfrage. Übernehmen Sie sie im „Live-Support“, wo der Status von „Wartet auf Agent“ zu „Abgeschlossen“ wechselt.</w:t>
      </w:r>
    </w:p>
    <w:p>
      <w:pPr>
        <w:spacing w:after="60"/>
      </w:pPr>
      <w:r>
        <w:rPr>
          <w:rFonts w:ascii="Calibri" w:hAnsi="Calibri" w:cs="Calibri" w:eastAsia="Calibri"/>
          <w:b w:val="0"/>
          <w:color w:val="15131F"/>
          <w:sz w:val="21"/>
        </w:rPr>
        <w:t>5. Wandeln Sie im Lead-Posteingang eine Veranstaltungs- oder Charteranfrage mit einem Klick in einen Kontakt, ein Unternehmen und einen Deal um.</w:t>
      </w:r>
    </w:p>
    <w:p>
      <w:pPr>
        <w:spacing w:after="200"/>
      </w:pPr>
      <w:r>
        <w:rPr>
          <w:rFonts w:ascii="Calibri" w:hAnsi="Calibri" w:cs="Calibri" w:eastAsia="Calibri"/>
          <w:b w:val="0"/>
          <w:color w:val="5D5A70"/>
          <w:sz w:val="21"/>
        </w:rPr>
        <w:t>Der Free-Plan enthält KI-Chat, eine einfache Wissensdatenbank, einen eingeschränkten Lead-Posteingang und 1 Pipeline. Die Übergabe an Menschen mit E-Mail- und Push-Benachrichtigungen beginnt mit Launch: 19 $ im Monat bei jährlicher Abrechnung für 8 Nutzer. CRMsoftware.pro ist nicht mit Hotelbuchungssystemen verbunden und prüft keine Verfügbarkeit: Ihr Team bestätigt jede Buchung.</w:t>
      </w:r>
    </w:p>
    <w:p>
      <w:pPr>
        <w:spacing w:after="80"/>
      </w:pPr>
      <w:r>
        <w:rPr>
          <w:rFonts w:ascii="Calibri" w:hAnsi="Calibri" w:cs="Calibri" w:eastAsia="Calibri"/>
          <w:b/>
          <w:color w:val="15131F"/>
          <w:sz w:val="24"/>
        </w:rPr>
        <w:t>Wöchentliche Prüfung der Anfragen, 15 Minuten</w:t>
      </w:r>
    </w:p>
    <w:p>
      <w:pPr>
        <w:spacing w:after="60"/>
        <w:ind w:left="283"/>
      </w:pPr>
      <w:r>
        <w:rPr>
          <w:rFonts w:ascii="Calibri" w:hAnsi="Calibri" w:cs="Calibri" w:eastAsia="Calibri"/>
          <w:b w:val="0"/>
          <w:color w:val="15131F"/>
          <w:sz w:val="21"/>
        </w:rPr>
        <w:t>• Fehlende Angaben: Welche Frage überspringen Gäste?</w:t>
      </w:r>
    </w:p>
    <w:p>
      <w:pPr>
        <w:spacing w:after="60"/>
        <w:ind w:left="283"/>
      </w:pPr>
      <w:r>
        <w:rPr>
          <w:rFonts w:ascii="Calibri" w:hAnsi="Calibri" w:cs="Calibri" w:eastAsia="Calibri"/>
          <w:b w:val="0"/>
          <w:color w:val="15131F"/>
          <w:sz w:val="21"/>
        </w:rPr>
        <w:t>• Falsche Person: Nennt die Notiz die richtige zuständige Person?</w:t>
      </w:r>
    </w:p>
    <w:p>
      <w:pPr>
        <w:spacing w:after="60"/>
        <w:ind w:left="283"/>
      </w:pPr>
      <w:r>
        <w:rPr>
          <w:rFonts w:ascii="Calibri" w:hAnsi="Calibri" w:cs="Calibri" w:eastAsia="Calibri"/>
          <w:b w:val="0"/>
          <w:color w:val="15131F"/>
          <w:sz w:val="21"/>
        </w:rPr>
        <w:t>• Jeder Chat, in dem die KI „gebucht“ oder „bestätigt“ geschrieben hat: Korrigieren Sie die Anweisungen noch am selben Tag.</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https://crmsoftware.pro/de/templates/hospitality-lead-qualification-script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Gesprächsleitfaden für Buchungsanfragen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