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Leitfaden für die Übergabe von KI an Menschen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Sieben Auslöser für die Übergabe eines Chats von der KI an eine Person, mit fertigen Nachrichten, Übergabenotiz, Ziel-Antwortzeiten und einem Plan für nach Feierabend. Von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Ersetzen Sie jedes Wort in [Klammern] durch Ihre eigenen Angaben, löschen Sie die Auslöser, die Sie nicht brauchen, und fügen Sie den Rest in Ihre KI-Anweisungen ein.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Auslöser für die Übergabe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Fragt nach einem Menschen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Priorität: Hoch · Ziel-Antwortzeit: 10 Min. · Übergabe an: Wer gerade Chat-Dienst hat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Übergeben, wenn: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Der Kunde verlangt einen Menschen, einen Mitarbeiter, eine Führungskraft oder einen Anruf.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Er schreibt „Mensch“, „echte Person“ oder „Bot stoppen“.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Er wiederholt dieselbe Frage, obwohl die KI sie schon beantwortet hat.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Die KI sagt: </w:t>
      </w:r>
      <w:r>
        <w:rPr>
          <w:rFonts w:ascii="Calibri" w:hAnsi="Calibri" w:cs="Calibri" w:eastAsia="Calibri"/>
          <w:b w:val="0"/>
          <w:color w:val="15131F"/>
          <w:sz w:val="21"/>
        </w:rPr>
        <w:t>Natürlich. Ich übergebe diesen Chat jetzt an [Teammitglied], mit allem, was Sie mir geschrieben haben, damit Sie nichts wiederholen müssen. Sie erhalten innerhalb von [10 Minuten] eine Antwort.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Wenn niemand online ist: </w:t>
      </w:r>
      <w:r>
        <w:rPr>
          <w:rFonts w:ascii="Calibri" w:hAnsi="Calibri" w:cs="Calibri" w:eastAsia="Calibri"/>
          <w:b w:val="0"/>
          <w:color w:val="15131F"/>
          <w:sz w:val="21"/>
        </w:rPr>
        <w:t>Unser Team ist gerade nicht erreichbar. Ich habe Ihre Nachricht gespeichert, und [Teammitglied] antwortet Ihnen hier bis [Uhrzeit]. Wenn es dringend ist, rufen Sie [Telefonnummer] an.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Tipp: </w:t>
      </w:r>
      <w:r>
        <w:rPr>
          <w:rFonts w:ascii="Calibri" w:hAnsi="Calibri" w:cs="Calibri" w:eastAsia="Calibri"/>
          <w:b w:val="0"/>
          <w:color w:val="5D5A70"/>
          <w:sz w:val="21"/>
        </w:rPr>
        <w:t>Diskutieren Sie nie über diese Bitte und fragen Sie nicht nach dem Warum. Übergeben Sie sofort und lassen Sie die KI schweigen, bis die Person antwortet.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KI kann nicht antworten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Priorität: Normal · Ziel-Antwortzeit: 15 Min. · Übergabe an: Fachperson für Produkt oder Leistung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Übergeben, wenn: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Die Antwort steht nicht in Ihrer Wissensdatenbank.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Die KI hat zweimal geantwortet, und der Kunde fragt immer noch dasselbe.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Die Frage erfordert eine Entscheidung, eine Ausnahme oder ein individuelles Angebot.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Die KI sagt: </w:t>
      </w:r>
      <w:r>
        <w:rPr>
          <w:rFonts w:ascii="Calibri" w:hAnsi="Calibri" w:cs="Calibri" w:eastAsia="Calibri"/>
          <w:b w:val="0"/>
          <w:color w:val="15131F"/>
          <w:sz w:val="21"/>
        </w:rPr>
        <w:t>Ich möchte Ihnen eine verlässliche Antwort geben und hole deshalb [Teammitglied] dazu, mit Einblick in unseren Chat. Sie erhalten hier innerhalb von [15 Minuten] eine Antwort.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Wenn niemand online ist: </w:t>
      </w:r>
      <w:r>
        <w:rPr>
          <w:rFonts w:ascii="Calibri" w:hAnsi="Calibri" w:cs="Calibri" w:eastAsia="Calibri"/>
          <w:b w:val="0"/>
          <w:color w:val="15131F"/>
          <w:sz w:val="21"/>
        </w:rPr>
        <w:t>Dazu habe ich keine bestätigte Antwort, und das Team ist gerade nicht erreichbar. [Teammitglied] antwortet Ihnen hier bis [Uhrzeit] mit allen Details.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Tipp: </w:t>
      </w:r>
      <w:r>
        <w:rPr>
          <w:rFonts w:ascii="Calibri" w:hAnsi="Calibri" w:cs="Calibri" w:eastAsia="Calibri"/>
          <w:b w:val="0"/>
          <w:color w:val="5D5A70"/>
          <w:sz w:val="21"/>
        </w:rPr>
        <w:t>Notieren Sie jede Frage, die die KI nicht beantworten konnte. Ergänzen Sie die Antwort in der Wissensdatenbank, dann greift dieser Auslöser seltener.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Verärgerter Kunde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Priorität: Hoch · Ziel-Antwortzeit: 5 Min. · Übergabe an: Teamleitung oder Kundenbetreuung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Übergeben, wenn: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Wütende Worte, Großbuchstaben oder viele Nachrichten hintereinander.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Eine Beschwerde über ein gebrochenes Versprechen, eine Verzögerung oder schlechten Service.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Der Kunde droht mit einer schlechten Bewertung oder einer Kündigung.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Die KI sagt: </w:t>
      </w:r>
      <w:r>
        <w:rPr>
          <w:rFonts w:ascii="Calibri" w:hAnsi="Calibri" w:cs="Calibri" w:eastAsia="Calibri"/>
          <w:b w:val="0"/>
          <w:color w:val="15131F"/>
          <w:sz w:val="21"/>
        </w:rPr>
        <w:t>Das tut mir leid. Ich hole [Teammitglied] dazu, um das zu klären, und habe die Details schon weitergegeben, damit Sie nichts noch einmal erklären müssen. Sie erhalten innerhalb von [5 Minuten] eine Antwort.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Wenn niemand online ist: </w:t>
      </w:r>
      <w:r>
        <w:rPr>
          <w:rFonts w:ascii="Calibri" w:hAnsi="Calibri" w:cs="Calibri" w:eastAsia="Calibri"/>
          <w:b w:val="0"/>
          <w:color w:val="15131F"/>
          <w:sz w:val="21"/>
        </w:rPr>
        <w:t>Das tut mir leid. Das Team ist gerade nicht erreichbar, deshalb habe ich Ihre Nachricht als dringend markiert. [Teammitglied] meldet sich bis [Uhrzeit] bei Ihnen.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Tipp: </w:t>
      </w:r>
      <w:r>
        <w:rPr>
          <w:rFonts w:ascii="Calibri" w:hAnsi="Calibri" w:cs="Calibri" w:eastAsia="Calibri"/>
          <w:b w:val="0"/>
          <w:color w:val="5D5A70"/>
          <w:sz w:val="21"/>
        </w:rPr>
        <w:t>Wer übernimmt, beginnt mit einer Entschuldigung und einem konkreten nächsten Schritt, nicht mit Fragen, die die KI schon gestellt hat.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Zahlung, Erstattung, Kündigung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Priorität: Hoch · Ziel-Antwortzeit: 15 Min. · Übergabe an: Inhaber oder Buchhaltung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Übergeben, wenn: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Erstattung, Rückbuchung, doppelte Abbuchung oder Fehler in der Rechnung.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Kündigung, Wechsel in ein kleineres Paket oder Pausieren eines Abos oder einer Bestellung.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Bitten um Rabatt oder geänderte Zahlungsbedingungen.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Die KI sagt: </w:t>
      </w:r>
      <w:r>
        <w:rPr>
          <w:rFonts w:ascii="Calibri" w:hAnsi="Calibri" w:cs="Calibri" w:eastAsia="Calibri"/>
          <w:b w:val="0"/>
          <w:color w:val="15131F"/>
          <w:sz w:val="21"/>
        </w:rPr>
        <w:t>Zahlungen muss eine Person prüfen, deshalb übergebe ich an [Teammitglied]. Sie erhalten hier innerhalb von [15 Minuten] eine Antwort. Bitte teilen Sie in diesem Chat keine Kartennummern.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Wenn niemand online ist: </w:t>
      </w:r>
      <w:r>
        <w:rPr>
          <w:rFonts w:ascii="Calibri" w:hAnsi="Calibri" w:cs="Calibri" w:eastAsia="Calibri"/>
          <w:b w:val="0"/>
          <w:color w:val="15131F"/>
          <w:sz w:val="21"/>
        </w:rPr>
        <w:t>Fragen zur Abrechnung klärt eine Person, und das Team ist gerade nicht erreichbar. [Teammitglied] antwortet bis [Uhrzeit]. Bis dahin wird nichts abgebucht oder gekündigt.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Tipp: </w:t>
      </w:r>
      <w:r>
        <w:rPr>
          <w:rFonts w:ascii="Calibri" w:hAnsi="Calibri" w:cs="Calibri" w:eastAsia="Calibri"/>
          <w:b w:val="0"/>
          <w:color w:val="5D5A70"/>
          <w:sz w:val="21"/>
        </w:rPr>
        <w:t>Die KI verspricht nie eine Erstattung, einen Rabatt oder ein Kündigungsdatum. Sie sammelt die Fakten und übergibt.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Kaufbereit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Priorität: Hoch · Ziel-Antwortzeit: 5 Min. · Übergabe an: Zuständige Person im Vertrieb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Übergeben, wenn: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Der Lead fragt nach einem Angebot, einem Vertrag, einer Demo oder einem Anruf.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Budget, Zeitplan und Entscheider sind bestätigt.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Ein großer oder individueller Auftrag, den die KI nicht kalkulieren kann.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Die KI sagt: </w:t>
      </w:r>
      <w:r>
        <w:rPr>
          <w:rFonts w:ascii="Calibri" w:hAnsi="Calibri" w:cs="Calibri" w:eastAsia="Calibri"/>
          <w:b w:val="0"/>
          <w:color w:val="15131F"/>
          <w:sz w:val="21"/>
        </w:rPr>
        <w:t>Sehr gern. [Teammitglied] ist dafür zuständig und kommt jetzt dazu, Ihre Angaben liegen schon vor. Sie erhalten hier innerhalb von [5 Minuten] eine Antwort.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Wenn niemand online ist: </w:t>
      </w:r>
      <w:r>
        <w:rPr>
          <w:rFonts w:ascii="Calibri" w:hAnsi="Calibri" w:cs="Calibri" w:eastAsia="Calibri"/>
          <w:b w:val="0"/>
          <w:color w:val="15131F"/>
          <w:sz w:val="21"/>
        </w:rPr>
        <w:t>Vielen Dank, alles ist gespeichert. [Teammitglied] meldet sich bis [Uhrzeit] bei Ihnen. Sie können auch direkt hier einen Termin buchen: [Buchungslink].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Tipp: </w:t>
      </w:r>
      <w:r>
        <w:rPr>
          <w:rFonts w:ascii="Calibri" w:hAnsi="Calibri" w:cs="Calibri" w:eastAsia="Calibri"/>
          <w:b w:val="0"/>
          <w:color w:val="5D5A70"/>
          <w:sz w:val="21"/>
        </w:rPr>
        <w:t>Hier zählt Tempo: Leads, die innerhalb einer Stunde kontaktiert werden, lassen sich deutlich häufiger qualifizieren. Senden Sie den Buchungslink, wenn niemand rechtzeitig antworten kann.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Heikel oder riskant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Priorität: Hoch · Ziel-Antwortzeit: 30 Min. · Übergabe an: Inhaber oder Führungskraft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Übergeben, wenn: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Rechtliche Drohungen, Verletzungen, Sicherheits- oder medizinische Fragen.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Anfragen zum Löschen, Exportieren oder Ändern personenbezogener Daten.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Alles, was die KI nicht versprechen oder entscheiden darf.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Die KI sagt: </w:t>
      </w:r>
      <w:r>
        <w:rPr>
          <w:rFonts w:ascii="Calibri" w:hAnsi="Calibri" w:cs="Calibri" w:eastAsia="Calibri"/>
          <w:b w:val="0"/>
          <w:color w:val="15131F"/>
          <w:sz w:val="21"/>
        </w:rPr>
        <w:t>Darum muss sich jemand aus unserem Team kümmern, deshalb übergebe ich an [Teammitglied], zusammen mit unserem Gesprächsverlauf. Sie erhalten hier innerhalb von [30 Minuten] eine Antwort.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Wenn niemand online ist: </w:t>
      </w:r>
      <w:r>
        <w:rPr>
          <w:rFonts w:ascii="Calibri" w:hAnsi="Calibri" w:cs="Calibri" w:eastAsia="Calibri"/>
          <w:b w:val="0"/>
          <w:color w:val="15131F"/>
          <w:sz w:val="21"/>
        </w:rPr>
        <w:t>Darum muss sich eine Person kümmern, und das Team ist gerade nicht erreichbar. [Teammitglied] antwortet bis [Uhrzeit]. Wenn jemand in Gefahr ist, rufen Sie den örtlichen Notruf an.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Tipp: </w:t>
      </w:r>
      <w:r>
        <w:rPr>
          <w:rFonts w:ascii="Calibri" w:hAnsi="Calibri" w:cs="Calibri" w:eastAsia="Calibri"/>
          <w:b w:val="0"/>
          <w:color w:val="5D5A70"/>
          <w:sz w:val="21"/>
        </w:rPr>
        <w:t>Tragen Sie diese Themen als „nie beantworten, immer übergeben“ in die KI-Anweisungen ein, damit die KI nicht selbst zu helfen versucht.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Fehler oder Kontozugang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Priorität: Normal · Ziel-Antwortzeit: 30 Min. · Übergabe an: Support oder technische Ansprechperson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Übergeben, wenn: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Der Kunde kann sich nicht anmelden, nicht bezahlen oder eine Funktion nicht nutzen.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Eine Fehlermeldung, ein Screenshot eines Fehlers oder eine defekte Seite.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Das Problem begann nach einer Änderung auf Ihrer Seite.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Die KI sagt: </w:t>
      </w:r>
      <w:r>
        <w:rPr>
          <w:rFonts w:ascii="Calibri" w:hAnsi="Calibri" w:cs="Calibri" w:eastAsia="Calibri"/>
          <w:b w:val="0"/>
          <w:color w:val="15131F"/>
          <w:sz w:val="21"/>
        </w:rPr>
        <w:t>Danke für die Details. Ich übergebe an [Teammitglied], um Ihr Konto zu prüfen. Sie erhalten hier innerhalb von [30 Minuten] eine Antwort.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Wenn niemand online ist: </w:t>
      </w:r>
      <w:r>
        <w:rPr>
          <w:rFonts w:ascii="Calibri" w:hAnsi="Calibri" w:cs="Calibri" w:eastAsia="Calibri"/>
          <w:b w:val="0"/>
          <w:color w:val="15131F"/>
          <w:sz w:val="21"/>
        </w:rPr>
        <w:t>Ich habe die Details und den Screenshot gespeichert. Das Team ist gerade nicht erreichbar, und [Teammitglied] meldet sich bis [Uhrzeit] mit einem Zwischenstand.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Tipp: </w:t>
      </w:r>
      <w:r>
        <w:rPr>
          <w:rFonts w:ascii="Calibri" w:hAnsi="Calibri" w:cs="Calibri" w:eastAsia="Calibri"/>
          <w:b w:val="0"/>
          <w:color w:val="5D5A70"/>
          <w:sz w:val="21"/>
        </w:rPr>
        <w:t>Lassen Sie die KI vor der Übergabe den Fehlertext, die Seite, das Gerät und einen Screenshot erfassen. Das spart eine Runde Rückfragen.</w:t>
      </w:r>
    </w:p>
    <w:p>
      <w:pPr>
        <w:spacing w:after="120"/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Auslöser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Priorität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Ziel-Antwortzeit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Übergabe an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1. Fragt nach einem Menschen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Hoch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 Min.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Wer gerade Chat-Dienst hat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2. KI kann nicht antworten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Normal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15 Min.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Fachperson für Produkt oder Leistung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3. Verärgerter Kunde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Hoch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Min.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Teamleitung oder Kundenbetreuung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4. Zahlung, Erstattung, Kündigung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Hoch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15 Min.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Inhaber oder Buchhaltung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5. Kaufbereit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Hoch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Min.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Zuständige Person im Vertrieb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6. Heikel oder riskant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Hoch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30 Min.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Inhaber oder Führungskraft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7. Fehler oder Kontozugang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Normal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30 Min.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Support oder technische Ansprechperson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Übergabenotiz: Diese Felder weitergeben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Name des Kunden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E-Mail oder Telefon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Kanal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Grund der Übergabe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Anliegen in einem Satz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Was die KI schon beantwortet hat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Zugesagte Antwortzeit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Sprache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Link zum Gespräch</w:t>
      </w:r>
    </w:p>
    <w:p>
      <w:pPr>
        <w:spacing w:after="12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Wenn niemand online ist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Eine Übergabe, auf die niemand reagiert, ist schlimmer als gar keine. Legen Sie für jeden Fall eine Regel fest und nehmen Sie die Nachrichten in Ihre KI-Anweisungen auf.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Außerhalb der Arbeitszeit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Sagen Sie, wann das Team wieder da ist, und nennen Sie eine Antwortzeit. Speichern Sie die Details, damit niemand zweimal fragen muss.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Die KI sagt: </w:t>
      </w:r>
      <w:r>
        <w:rPr>
          <w:rFonts w:ascii="Calibri" w:hAnsi="Calibri" w:cs="Calibri" w:eastAsia="Calibri"/>
          <w:b w:val="0"/>
          <w:color w:val="15131F"/>
          <w:sz w:val="21"/>
        </w:rPr>
        <w:t>Unser Team ist ab [9:00] Uhr wieder da. [Teammitglied] antwortet Ihnen hier bis [10:00] Uhr.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Alle sind beschäftigt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Nennen Sie eine realistische Wartezeit. Ist sie länger als das Ziel, bieten Sie einen Rückruf oder einen Buchungslink an.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Die KI sagt: </w:t>
      </w:r>
      <w:r>
        <w:rPr>
          <w:rFonts w:ascii="Calibri" w:hAnsi="Calibri" w:cs="Calibri" w:eastAsia="Calibri"/>
          <w:b w:val="0"/>
          <w:color w:val="15131F"/>
          <w:sz w:val="21"/>
        </w:rPr>
        <w:t>Wir helfen gerade anderen Kunden. [Teammitglied] antwortet innerhalb von [20 Minuten], oder buchen Sie hier einen Anruf: [Link].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Die verantwortliche Person fehlt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Legen Sie für jeden Auslöser eine Vertretung fest. Die Übergabe geht an die Vertretung, nicht in einen leeren Posteingang.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Die KI sagt: </w:t>
      </w:r>
      <w:r>
        <w:rPr>
          <w:rFonts w:ascii="Calibri" w:hAnsi="Calibri" w:cs="Calibri" w:eastAsia="Calibri"/>
          <w:b w:val="0"/>
          <w:color w:val="15131F"/>
          <w:sz w:val="21"/>
        </w:rPr>
        <w:t>[Vertretung] vertritt heute [Teammitglied] und antwortet innerhalb von [15 Minuten].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Ausgefülltes Beispiel: Eine Übergabe in 6 Minuten, die den Kunden gehalten hat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Ein Kunde eines fiktiven Renovierungsunternehmens möchte mit einem Menschen sprechen. Die KI übergibt mit einer Notiz, und eine Kollegin antwortet im selben Chat.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Kunde: </w:t>
      </w:r>
      <w:r>
        <w:rPr>
          <w:rFonts w:ascii="Calibri" w:hAnsi="Calibri" w:cs="Calibri" w:eastAsia="Calibri"/>
          <w:b w:val="0"/>
          <w:color w:val="15131F"/>
          <w:sz w:val="21"/>
        </w:rPr>
        <w:t>Ich habe für morgen einen Vor-Ort-Termin gebucht, aber niemand hat ihn bestätigt. Kann ich mit einem echten Menschen sprechen?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KI-Agent: </w:t>
      </w:r>
      <w:r>
        <w:rPr>
          <w:rFonts w:ascii="Calibri" w:hAnsi="Calibri" w:cs="Calibri" w:eastAsia="Calibri"/>
          <w:b w:val="0"/>
          <w:color w:val="15131F"/>
          <w:sz w:val="21"/>
        </w:rPr>
        <w:t>Natürlich. Ich übergebe diesen Chat jetzt an Kim, mit allem, was Sie mir geschrieben haben, damit Sie nichts wiederholen müssen. Sie erhalten innerhalb von 10 Minuten eine Antwort.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KI-Agent: </w:t>
      </w:r>
      <w:r>
        <w:rPr>
          <w:rFonts w:ascii="Calibri" w:hAnsi="Calibri" w:cs="Calibri" w:eastAsia="Calibri"/>
          <w:b w:val="0"/>
          <w:color w:val="15131F"/>
          <w:sz w:val="21"/>
        </w:rPr>
        <w:t>Eine kurze Frage, während Sie warten: Erreichen wir Sie am besten weiterhin unter 555-0142?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Kunde: </w:t>
      </w:r>
      <w:r>
        <w:rPr>
          <w:rFonts w:ascii="Calibri" w:hAnsi="Calibri" w:cs="Calibri" w:eastAsia="Calibri"/>
          <w:b w:val="0"/>
          <w:color w:val="15131F"/>
          <w:sz w:val="21"/>
        </w:rPr>
        <w:t>Ja, das ist meine Handynummer.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Kim, Team: </w:t>
      </w:r>
      <w:r>
        <w:rPr>
          <w:rFonts w:ascii="Calibri" w:hAnsi="Calibri" w:cs="Calibri" w:eastAsia="Calibri"/>
          <w:b w:val="0"/>
          <w:color w:val="15131F"/>
          <w:sz w:val="21"/>
        </w:rPr>
        <w:t>Hallo Owen, hier ist Kim. Entschuldigen Sie bitte. Ihr Termin ist für morgen um 9:00 Uhr mit Dan bestätigt, und ich habe Ihnen die Bestätigung gerade per E-Mail geschickt. Kann ich sonst noch etwas für Sie tun?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Kunde: </w:t>
      </w:r>
      <w:r>
        <w:rPr>
          <w:rFonts w:ascii="Calibri" w:hAnsi="Calibri" w:cs="Calibri" w:eastAsia="Calibri"/>
          <w:b w:val="0"/>
          <w:color w:val="15131F"/>
          <w:sz w:val="21"/>
        </w:rPr>
        <w:t>Perfekt, danke!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Übergabenotiz an Kim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Kunde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Owen P., Badmodernisierung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Kontakt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owen@example.com, 555-0142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Kanal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Website-Chat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Grund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Fragt nach einem Menschen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Anliegen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Bestätigung des Vor-Ort-Termins morgen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KI hat gesagt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Termin steht im Kalender, keine Bestätigung gesendet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Zugesagt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Antwort innerhalb von 10 Minuten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Priorität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Hoch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Zeitablauf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Übergabe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14:02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Erste Antwort vom Team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14:08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Zeit bis zur Antwort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 Min., Ziel 10 Min.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Status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Wartet auf Agent, dann abgeschlossen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Fiktives Unternehmen und fiktive Kunden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Ihre Übergabe in 5 Schritten einrichten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Auslöser auflisten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Beginnen Sie mit den 7 auf dieser Seite und löschen Sie, was Sie nicht brauchen. Ergänzen Sie jedes Thema, das Ihre KI nie beantworten darf.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Nachrichten schreiben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Je Auslöser eine Übergabenachricht und eine für die Zeit nach Feierabend. Sagen Sie immer, wer bis wann antwortet.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Verantwortliche und Ziele festlegen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Eine verantwortliche Person und eine Vertretung je Auslöser und eine Ziel-Antwortzeit, die Ihr Team jeden Tag schafft.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Übergabenotiz festlegen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Die Felder, die Ihr Team braucht, um ohne Rückfragen zu antworten: wer, welches Anliegen, was die KI gesagt hat, zugesagte Zeit.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Jede Woche prüfen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Prüfen Sie verspätete Antworten und die häufigsten Auslöser. Ergänzen Sie fehlende Antworten in der Wissensdatenbank, damit weniger Chats eine Person brauchen.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Einrichtung in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Öffnen Sie Meine Bots, wählen Sie Ihren Bot und fügen Sie Ihre Auslöser und Nachrichten auf dem Tab Grundlagen unter Anweisungen ein.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Aktivieren Sie auf dem Tab Verhalten die Option Benutzerdaten sammeln, damit die KI vor der Übergabe Name und Kontakt hat.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Aktivieren Sie auf dem Tab Verbinden die Option E-Mail-Benachrichtigungen senden, um eine E-Mail zu erhalten, wenn ein Chat menschlichen Support braucht, und fügen Sie Teammitglieder unter Zugewiesene Benutzer hinzu.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Aktivieren Sie Web-Push- oder App-Benachrichtigungen, damit Übergabeanfragen Sie sofort erreichen.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Öffnen Sie den Chat im Live-Support, übernehmen Sie ihn und antworten Sie. Der Status wechselt von Wartet auf Agent zu Abgeschlossen.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Übergabe an Menschen und der zentrale Posteingang sind ab dem Launch-Plan enthalten. Growth ergänzt gespeicherte Antworten und automatische Übersetzung im Posteingang.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Wöchentliche Übergabe-Prüfung, 15 Minuten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Verspätete Antworten: War die verantwortliche Person abwesend oder ist das Ziel zu knapp?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Häufigste Auslöser: Welche Fragen gehören in die Wissensdatenbank?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Wartende Chats: Hat jeder Kunde die zugesagte Antwort bekommen?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KI-Nachrichten: Mussten sich Kunden nach der Übergabe wiederholen?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Verärgerte Kunden: Wurde das Problem gelöst und nachgefasst?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Kostenlose Vorlage von CRMsoftware.pro. Kopieren, bearbeiten und in Ihrem Unternehmen nutzen.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https://crmsoftware.pro/de/templates/human-handover-playbook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Leitfaden für die Übergabe von KI an Menschen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