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Skripte zur Lead-Qualifizierung</w:t>
      </w:r>
    </w:p>
    <w:p>
      <w:pPr>
        <w:spacing w:after="80"/>
      </w:pPr>
      <w:r>
        <w:rPr>
          <w:rFonts w:ascii="Calibri" w:hAnsi="Calibri" w:cs="Calibri" w:eastAsia="Calibri"/>
          <w:b w:val="0"/>
          <w:color w:val="5D5A70"/>
          <w:sz w:val="22"/>
        </w:rPr>
        <w:t>Fünf Skripte für Chat, Telefon, Buchungen und SaaS-Testphasen, ein Bewertungsbogen und ein ausgefülltes Beispiel. Von CRMsoftware.pro.</w:t>
      </w:r>
    </w:p>
    <w:p>
      <w:pPr>
        <w:spacing w:after="280"/>
      </w:pPr>
      <w:r>
        <w:rPr>
          <w:rFonts w:ascii="Calibri" w:hAnsi="Calibri" w:cs="Calibri" w:eastAsia="Calibri"/>
          <w:b w:val="0"/>
          <w:color w:val="5D5A70"/>
          <w:sz w:val="21"/>
        </w:rPr>
        <w:t>Ersetzen Sie jedes Wort in [Klammern] durch Ihre eigenen Angaben, bevor Sie ein Skript verwenden.</w:t>
      </w:r>
    </w:p>
    <w:p>
      <w:pPr>
        <w:spacing w:after="80"/>
      </w:pPr>
      <w:r>
        <w:rPr>
          <w:rFonts w:ascii="Calibri" w:hAnsi="Calibri" w:cs="Calibri" w:eastAsia="Calibri"/>
          <w:b/>
          <w:color w:val="15131F"/>
          <w:sz w:val="30"/>
        </w:rPr>
        <w:t>Skript 1. Serviceanfrage: Website-Chat oder WhatsApp</w:t>
      </w:r>
    </w:p>
    <w:p>
      <w:pPr>
        <w:spacing w:after="60"/>
        <w:ind w:left="0"/>
      </w:pPr>
      <w:r>
        <w:rPr>
          <w:rFonts w:ascii="Calibri" w:hAnsi="Calibri" w:cs="Calibri" w:eastAsia="Calibri"/>
          <w:b/>
          <w:color w:val="6B3CF0"/>
          <w:sz w:val="21"/>
        </w:rPr>
        <w:t xml:space="preserve">Ziel: </w:t>
      </w:r>
      <w:r>
        <w:rPr>
          <w:rFonts w:ascii="Calibri" w:hAnsi="Calibri" w:cs="Calibri" w:eastAsia="Calibri"/>
          <w:b w:val="0"/>
          <w:color w:val="15131F"/>
          <w:sz w:val="21"/>
        </w:rPr>
        <w:t>In 4 bis 6 kurzen Nachrichten herausfinden, ob der Lead passt, und dann einen Termin vereinbaren oder an eine Person übergeben.</w:t>
      </w:r>
    </w:p>
    <w:p>
      <w:pPr>
        <w:spacing w:after="40"/>
      </w:pPr>
      <w:r>
        <w:rPr>
          <w:rFonts w:ascii="Calibri" w:hAnsi="Calibri" w:cs="Calibri" w:eastAsia="Calibri"/>
          <w:b/>
          <w:color w:val="15131F"/>
          <w:sz w:val="22"/>
        </w:rPr>
        <w:t>1. Begrüßung</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„Hallo, danke für Ihre Nachricht an [Firma]. Wobei können wir Ihnen helfen?“</w:t>
      </w:r>
    </w:p>
    <w:p>
      <w:pPr>
        <w:spacing w:after="60"/>
        <w:ind w:left="340"/>
      </w:pPr>
      <w:r>
        <w:rPr>
          <w:rFonts w:ascii="Calibri" w:hAnsi="Calibri" w:cs="Calibri" w:eastAsia="Calibri"/>
          <w:b/>
          <w:color w:val="6B3CF0"/>
          <w:sz w:val="21"/>
        </w:rPr>
        <w:t xml:space="preserve">Tipp: </w:t>
      </w:r>
      <w:r>
        <w:rPr>
          <w:rFonts w:ascii="Calibri" w:hAnsi="Calibri" w:cs="Calibri" w:eastAsia="Calibri"/>
          <w:b w:val="0"/>
          <w:color w:val="5D5A70"/>
          <w:sz w:val="21"/>
        </w:rPr>
        <w:t>Stellen Sie eine Frage pro Nachricht und warten Sie auf die Antwort.</w:t>
      </w:r>
    </w:p>
    <w:p>
      <w:pPr>
        <w:spacing w:after="40"/>
      </w:pPr>
      <w:r>
        <w:rPr>
          <w:rFonts w:ascii="Calibri" w:hAnsi="Calibri" w:cs="Calibri" w:eastAsia="Calibri"/>
          <w:b/>
          <w:color w:val="15131F"/>
          <w:sz w:val="22"/>
        </w:rPr>
        <w:t>2. Bedarf</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„Verstanden. Was möchten Sie vor allem ändern oder lösen?“</w:t>
      </w:r>
    </w:p>
    <w:p>
      <w:pPr>
        <w:spacing w:after="40"/>
      </w:pPr>
      <w:r>
        <w:rPr>
          <w:rFonts w:ascii="Calibri" w:hAnsi="Calibri" w:cs="Calibri" w:eastAsia="Calibri"/>
          <w:b/>
          <w:color w:val="15131F"/>
          <w:sz w:val="22"/>
        </w:rPr>
        <w:t>3. Passung</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„Wo befindet sich das Projekt? Wir arbeiten in [Einsatzgebiet].“</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Außerhalb Ihres Gebiets oder eine Leistung, die Sie nicht anbieten: Wechseln Sie zur höflichen Absage.</w:t>
      </w:r>
    </w:p>
    <w:p>
      <w:pPr>
        <w:spacing w:after="40"/>
      </w:pPr>
      <w:r>
        <w:rPr>
          <w:rFonts w:ascii="Calibri" w:hAnsi="Calibri" w:cs="Calibri" w:eastAsia="Calibri"/>
          <w:b/>
          <w:color w:val="15131F"/>
          <w:sz w:val="22"/>
        </w:rPr>
        <w:t>4. Zeitplan</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„Wann möchten Sie starten?“</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Der Lead schaut sich nur um oder der Start liegt mehr als [6 Monate] entfernt: Senden Sie einen hilfreichen Leitfaden und legen Sie ein Datum für die Nachfassaktion fest.</w:t>
      </w:r>
    </w:p>
    <w:p>
      <w:pPr>
        <w:spacing w:after="40"/>
      </w:pPr>
      <w:r>
        <w:rPr>
          <w:rFonts w:ascii="Calibri" w:hAnsi="Calibri" w:cs="Calibri" w:eastAsia="Calibri"/>
          <w:b/>
          <w:color w:val="15131F"/>
          <w:sz w:val="22"/>
        </w:rPr>
        <w:t>5. Budget</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„Projekte wie dieses kosten in der Regel [Preisspanne]. Passt das zu Ihren Vorstellungen?“</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Unter [Mindestbudget]: Wechseln Sie zur höflichen Absage und schlagen Sie eine Alternative vor.</w:t>
      </w:r>
    </w:p>
    <w:p>
      <w:pPr>
        <w:spacing w:after="40"/>
      </w:pPr>
      <w:r>
        <w:rPr>
          <w:rFonts w:ascii="Calibri" w:hAnsi="Calibri" w:cs="Calibri" w:eastAsia="Calibri"/>
          <w:b/>
          <w:color w:val="15131F"/>
          <w:sz w:val="22"/>
        </w:rPr>
        <w:t>6. Entscheidung</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„Entscheidet noch jemand mit? Diese Person ist beim Termin herzlich willkommen.“</w:t>
      </w:r>
    </w:p>
    <w:p>
      <w:pPr>
        <w:spacing w:after="40"/>
      </w:pPr>
      <w:r>
        <w:rPr>
          <w:rFonts w:ascii="Calibri" w:hAnsi="Calibri" w:cs="Calibri" w:eastAsia="Calibri"/>
          <w:b/>
          <w:color w:val="15131F"/>
          <w:sz w:val="22"/>
        </w:rPr>
        <w:t>7. Nächster Schritt</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„Sehr gut. Der nächste Schritt ist ein kostenloses [20]-minütiges Gespräch mit [Name des Ansprechpartners]. Hier ist der Buchungslink: [Buchungslink]. An welche E-Mail-Adresse darf ich die Bestätigung senden?“</w:t>
      </w:r>
    </w:p>
    <w:p>
      <w:pPr>
        <w:spacing w:after="60"/>
        <w:ind w:left="0"/>
      </w:pPr>
      <w:r>
        <w:rPr>
          <w:rFonts w:ascii="Calibri" w:hAnsi="Calibri" w:cs="Calibri" w:eastAsia="Calibri"/>
          <w:b/>
          <w:color w:val="6B3CF0"/>
          <w:sz w:val="21"/>
        </w:rPr>
        <w:t xml:space="preserve">Vor der Übergabe erfassen: </w:t>
      </w:r>
      <w:r>
        <w:rPr>
          <w:rFonts w:ascii="Calibri" w:hAnsi="Calibri" w:cs="Calibri" w:eastAsia="Calibri"/>
          <w:b w:val="0"/>
          <w:color w:val="15131F"/>
          <w:sz w:val="21"/>
        </w:rPr>
        <w:t>Name, Gewünschte Leistung, Ort oder Einsatzgebiet, Startdatum, Budgetrahmen, Wer entscheidet, E-Mail oder Telefon</w:t>
      </w:r>
    </w:p>
    <w:p>
      <w:pPr>
        <w:spacing w:after="60"/>
        <w:ind w:left="0"/>
      </w:pPr>
      <w:r>
        <w:rPr>
          <w:rFonts w:ascii="Calibri" w:hAnsi="Calibri" w:cs="Calibri" w:eastAsia="Calibri"/>
          <w:b/>
          <w:color w:val="6B3CF0"/>
          <w:sz w:val="21"/>
        </w:rPr>
        <w:t xml:space="preserve">Hören Sie auf zu fragen, wenn: </w:t>
      </w:r>
      <w:r>
        <w:rPr>
          <w:rFonts w:ascii="Calibri" w:hAnsi="Calibri" w:cs="Calibri" w:eastAsia="Calibri"/>
          <w:b w:val="0"/>
          <w:color w:val="15131F"/>
          <w:sz w:val="21"/>
        </w:rPr>
        <w:t>Sie kennen Bedarf, Passung, Startdatum und den Kontaktweg. Stellen Sie im Chat nie mehr als 6 Fragen und übergeben Sie sofort an eine Person, wenn der Lead danach fragt oder einen Preis wissen will, den Sie nicht nennen können.</w:t>
      </w:r>
    </w:p>
    <w:p>
      <w:pPr>
        <w:spacing w:after="60"/>
        <w:ind w:left="0"/>
      </w:pPr>
      <w:r>
        <w:rPr>
          <w:rFonts w:ascii="Calibri" w:hAnsi="Calibri" w:cs="Calibri" w:eastAsia="Calibri"/>
          <w:b/>
          <w:color w:val="6B3CF0"/>
          <w:sz w:val="21"/>
        </w:rPr>
        <w:t xml:space="preserve">Übergabe an den Vertrieb: </w:t>
      </w:r>
      <w:r>
        <w:rPr>
          <w:rFonts w:ascii="Calibri" w:hAnsi="Calibri" w:cs="Calibri" w:eastAsia="Calibri"/>
          <w:b w:val="0"/>
          <w:color w:val="15131F"/>
          <w:sz w:val="21"/>
        </w:rPr>
        <w:t>[Name] möchte [Leistung] in [Ort]. Ziel: [Ziel]. Start: [Datum]. Budget: [Spanne]. Entscheidet: [wer]. Bewertung: [x]/10, [Heiß oder Warm]. Nächster Schritt: Gespräch am [Datum und Uhrzeit]. Quelle: Website-Chat.</w:t>
      </w:r>
    </w:p>
    <w:p>
      <w:pPr>
        <w:spacing w:after="160"/>
      </w:pPr>
    </w:p>
    <w:p>
      <w:pPr>
        <w:spacing w:after="80"/>
      </w:pPr>
      <w:r>
        <w:rPr>
          <w:rFonts w:ascii="Calibri" w:hAnsi="Calibri" w:cs="Calibri" w:eastAsia="Calibri"/>
          <w:b/>
          <w:color w:val="15131F"/>
          <w:sz w:val="30"/>
        </w:rPr>
        <w:t>Skript 2. Eingehender Telefonanruf</w:t>
      </w:r>
    </w:p>
    <w:p>
      <w:pPr>
        <w:spacing w:after="60"/>
        <w:ind w:left="0"/>
      </w:pPr>
      <w:r>
        <w:rPr>
          <w:rFonts w:ascii="Calibri" w:hAnsi="Calibri" w:cs="Calibri" w:eastAsia="Calibri"/>
          <w:b/>
          <w:color w:val="6B3CF0"/>
          <w:sz w:val="21"/>
        </w:rPr>
        <w:t xml:space="preserve">Ziel: </w:t>
      </w:r>
      <w:r>
        <w:rPr>
          <w:rFonts w:ascii="Calibri" w:hAnsi="Calibri" w:cs="Calibri" w:eastAsia="Calibri"/>
          <w:b w:val="0"/>
          <w:color w:val="15131F"/>
          <w:sz w:val="21"/>
        </w:rPr>
        <w:t>Den Anrufer in weniger als 8 Minuten qualifizieren und den nächsten Schritt vereinbaren, bevor Sie auflegen.</w:t>
      </w:r>
    </w:p>
    <w:p>
      <w:pPr>
        <w:spacing w:after="40"/>
      </w:pPr>
      <w:r>
        <w:rPr>
          <w:rFonts w:ascii="Calibri" w:hAnsi="Calibri" w:cs="Calibri" w:eastAsia="Calibri"/>
          <w:b/>
          <w:color w:val="15131F"/>
          <w:sz w:val="22"/>
        </w:rPr>
        <w:t>1. Begrüßung</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„Danke für Ihren Anruf bei [Firma], hier spricht [Ihr Name]. Wie kann ich Ihnen helfen?“</w:t>
      </w:r>
    </w:p>
    <w:p>
      <w:pPr>
        <w:spacing w:after="60"/>
        <w:ind w:left="340"/>
      </w:pPr>
      <w:r>
        <w:rPr>
          <w:rFonts w:ascii="Calibri" w:hAnsi="Calibri" w:cs="Calibri" w:eastAsia="Calibri"/>
          <w:b/>
          <w:color w:val="6B3CF0"/>
          <w:sz w:val="21"/>
        </w:rPr>
        <w:t xml:space="preserve">Tipp: </w:t>
      </w:r>
      <w:r>
        <w:rPr>
          <w:rFonts w:ascii="Calibri" w:hAnsi="Calibri" w:cs="Calibri" w:eastAsia="Calibri"/>
          <w:b w:val="0"/>
          <w:color w:val="5D5A70"/>
          <w:sz w:val="21"/>
        </w:rPr>
        <w:t>Lassen Sie den Anrufer zuerst erzählen und notieren Sie seine genauen Worte.</w:t>
      </w:r>
    </w:p>
    <w:p>
      <w:pPr>
        <w:spacing w:after="40"/>
      </w:pPr>
      <w:r>
        <w:rPr>
          <w:rFonts w:ascii="Calibri" w:hAnsi="Calibri" w:cs="Calibri" w:eastAsia="Calibri"/>
          <w:b/>
          <w:color w:val="15131F"/>
          <w:sz w:val="22"/>
        </w:rPr>
        <w:t>2. Erlaubnis</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„Darf ich Ihnen ein paar kurze Fragen stellen, damit ich Sie mit der richtigen Person verbinde?“</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Gerade ungünstig: Vereinbaren Sie einen Rückrufzeitpunkt und senden Sie eine Kalendereinladung.</w:t>
      </w:r>
    </w:p>
    <w:p>
      <w:pPr>
        <w:spacing w:after="40"/>
      </w:pPr>
      <w:r>
        <w:rPr>
          <w:rFonts w:ascii="Calibri" w:hAnsi="Calibri" w:cs="Calibri" w:eastAsia="Calibri"/>
          <w:b/>
          <w:color w:val="15131F"/>
          <w:sz w:val="22"/>
        </w:rPr>
        <w:t>3. Bedarf</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„Was hat Sie heute zum Anruf bewogen, und was haben Sie bisher versucht?“</w:t>
      </w:r>
    </w:p>
    <w:p>
      <w:pPr>
        <w:spacing w:after="40"/>
      </w:pPr>
      <w:r>
        <w:rPr>
          <w:rFonts w:ascii="Calibri" w:hAnsi="Calibri" w:cs="Calibri" w:eastAsia="Calibri"/>
          <w:b/>
          <w:color w:val="15131F"/>
          <w:sz w:val="22"/>
        </w:rPr>
        <w:t>4. Auswirkung</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„Was passiert, wenn das bis [Monat] nicht gelöst ist?“</w:t>
      </w:r>
    </w:p>
    <w:p>
      <w:pPr>
        <w:spacing w:after="40"/>
      </w:pPr>
      <w:r>
        <w:rPr>
          <w:rFonts w:ascii="Calibri" w:hAnsi="Calibri" w:cs="Calibri" w:eastAsia="Calibri"/>
          <w:b/>
          <w:color w:val="15131F"/>
          <w:sz w:val="22"/>
        </w:rPr>
        <w:t>5. Passung</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„Wie groß ist das Projekt: wie viele [Personen, Räume, Standorte oder Einheiten]?“</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Zu klein oder zu groß für Sie: Wechseln Sie zur höflichen Absage.</w:t>
      </w:r>
    </w:p>
    <w:p>
      <w:pPr>
        <w:spacing w:after="40"/>
      </w:pPr>
      <w:r>
        <w:rPr>
          <w:rFonts w:ascii="Calibri" w:hAnsi="Calibri" w:cs="Calibri" w:eastAsia="Calibri"/>
          <w:b/>
          <w:color w:val="15131F"/>
          <w:sz w:val="22"/>
        </w:rPr>
        <w:t>6. Budget</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„Die meisten Kunden investieren zwischen [Preisspanne]. Passt das zu Ihrem Budget?“</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Noch kein Budget: Bieten Sie an, eine Preisübersicht per E-Mail zu senden, und vereinbaren Sie einen Folgetermin.</w:t>
      </w:r>
    </w:p>
    <w:p>
      <w:pPr>
        <w:spacing w:after="40"/>
      </w:pPr>
      <w:r>
        <w:rPr>
          <w:rFonts w:ascii="Calibri" w:hAnsi="Calibri" w:cs="Calibri" w:eastAsia="Calibri"/>
          <w:b/>
          <w:color w:val="15131F"/>
          <w:sz w:val="22"/>
        </w:rPr>
        <w:t>7. Entscheidung</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„Wer entscheidet noch mit, und was möchte diese Person sehen?“</w:t>
      </w:r>
    </w:p>
    <w:p>
      <w:pPr>
        <w:spacing w:after="40"/>
      </w:pPr>
      <w:r>
        <w:rPr>
          <w:rFonts w:ascii="Calibri" w:hAnsi="Calibri" w:cs="Calibri" w:eastAsia="Calibri"/>
          <w:b/>
          <w:color w:val="15131F"/>
          <w:sz w:val="22"/>
        </w:rPr>
        <w:t>8. Nächster Schritt</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„Wenn alles passt: Wann möchten Sie starten? Lassen Sie uns [30] Minuten mit [Name des Ansprechpartners] am [Tag] einplanen. Passt Ihnen [Uhrzeit]?“</w:t>
      </w:r>
    </w:p>
    <w:p>
      <w:pPr>
        <w:spacing w:after="60"/>
        <w:ind w:left="0"/>
      </w:pPr>
      <w:r>
        <w:rPr>
          <w:rFonts w:ascii="Calibri" w:hAnsi="Calibri" w:cs="Calibri" w:eastAsia="Calibri"/>
          <w:b/>
          <w:color w:val="6B3CF0"/>
          <w:sz w:val="21"/>
        </w:rPr>
        <w:t xml:space="preserve">Vor der Übergabe erfassen: </w:t>
      </w:r>
      <w:r>
        <w:rPr>
          <w:rFonts w:ascii="Calibri" w:hAnsi="Calibri" w:cs="Calibri" w:eastAsia="Calibri"/>
          <w:b w:val="0"/>
          <w:color w:val="15131F"/>
          <w:sz w:val="21"/>
        </w:rPr>
        <w:t>Name und Firma, Grund des Anrufs, Bisherige Versuche, Größe oder Umfang, Budgetrahmen, Wer entscheidet, Startdatum, Wie er Sie gefunden hat</w:t>
      </w:r>
    </w:p>
    <w:p>
      <w:pPr>
        <w:spacing w:after="60"/>
        <w:ind w:left="0"/>
      </w:pPr>
      <w:r>
        <w:rPr>
          <w:rFonts w:ascii="Calibri" w:hAnsi="Calibri" w:cs="Calibri" w:eastAsia="Calibri"/>
          <w:b/>
          <w:color w:val="6B3CF0"/>
          <w:sz w:val="21"/>
        </w:rPr>
        <w:t xml:space="preserve">Hören Sie auf zu fragen, wenn: </w:t>
      </w:r>
      <w:r>
        <w:rPr>
          <w:rFonts w:ascii="Calibri" w:hAnsi="Calibri" w:cs="Calibri" w:eastAsia="Calibri"/>
          <w:b w:val="0"/>
          <w:color w:val="15131F"/>
          <w:sz w:val="21"/>
        </w:rPr>
        <w:t>Acht Minuten sind vorbei, oder Sie kennen Bedarf, Passung, Budget, Entscheidungsweg und Startdatum. Vereinbaren Sie den nächsten Schritt noch im Gespräch und beenden Sie es nie mit dem vagen Versprechen, Informationen zu schicken.</w:t>
      </w:r>
    </w:p>
    <w:p>
      <w:pPr>
        <w:spacing w:after="60"/>
        <w:ind w:left="0"/>
      </w:pPr>
      <w:r>
        <w:rPr>
          <w:rFonts w:ascii="Calibri" w:hAnsi="Calibri" w:cs="Calibri" w:eastAsia="Calibri"/>
          <w:b/>
          <w:color w:val="6B3CF0"/>
          <w:sz w:val="21"/>
        </w:rPr>
        <w:t xml:space="preserve">Übergabe an den Vertrieb: </w:t>
      </w:r>
      <w:r>
        <w:rPr>
          <w:rFonts w:ascii="Calibri" w:hAnsi="Calibri" w:cs="Calibri" w:eastAsia="Calibri"/>
          <w:b w:val="0"/>
          <w:color w:val="15131F"/>
          <w:sz w:val="21"/>
        </w:rPr>
        <w:t>[Name] von [Firma] hat wegen [Bedarf] angerufen. Versucht: [was]. Umfang: [Umfang]. Budget: [Spanne]. Entscheidet: [wer]. Start: [Datum]. Gefunden über: [Quelle]. Bewertung: [x]/10. Nächster Schritt: [Termin mit Datum und Uhrzeit].</w:t>
      </w:r>
    </w:p>
    <w:p>
      <w:pPr>
        <w:spacing w:after="160"/>
      </w:pPr>
    </w:p>
    <w:p>
      <w:pPr>
        <w:spacing w:after="80"/>
      </w:pPr>
      <w:r>
        <w:rPr>
          <w:rFonts w:ascii="Calibri" w:hAnsi="Calibri" w:cs="Calibri" w:eastAsia="Calibri"/>
          <w:b/>
          <w:color w:val="15131F"/>
          <w:sz w:val="30"/>
        </w:rPr>
        <w:t>Skript 3. Buchungsanfrage: Hotel, Tour, Charter oder Location</w:t>
      </w:r>
    </w:p>
    <w:p>
      <w:pPr>
        <w:spacing w:after="60"/>
        <w:ind w:left="0"/>
      </w:pPr>
      <w:r>
        <w:rPr>
          <w:rFonts w:ascii="Calibri" w:hAnsi="Calibri" w:cs="Calibri" w:eastAsia="Calibri"/>
          <w:b/>
          <w:color w:val="6B3CF0"/>
          <w:sz w:val="21"/>
        </w:rPr>
        <w:t xml:space="preserve">Ziel: </w:t>
      </w:r>
      <w:r>
        <w:rPr>
          <w:rFonts w:ascii="Calibri" w:hAnsi="Calibri" w:cs="Calibri" w:eastAsia="Calibri"/>
          <w:b w:val="0"/>
          <w:color w:val="15131F"/>
          <w:sz w:val="21"/>
        </w:rPr>
        <w:t>Vollständige Buchungsdaten erfassen und klarstellen, dass es sich um eine Anfrage handelt, bis eine Person Verfügbarkeit und Zahlung bestätigt.</w:t>
      </w:r>
    </w:p>
    <w:p>
      <w:pPr>
        <w:spacing w:after="40"/>
      </w:pPr>
      <w:r>
        <w:rPr>
          <w:rFonts w:ascii="Calibri" w:hAnsi="Calibri" w:cs="Calibri" w:eastAsia="Calibri"/>
          <w:b/>
          <w:color w:val="15131F"/>
          <w:sz w:val="22"/>
        </w:rPr>
        <w:t>1. Daten</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„Danke für Ihr Interesse an [Betrieb]. Welche Daten haben Sie im Blick?“</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Die Daten sind unklar: Bieten Sie zwei Optionen an, zum Beispiel dieses oder nächstes Wochenende.</w:t>
      </w:r>
    </w:p>
    <w:p>
      <w:pPr>
        <w:spacing w:after="40"/>
      </w:pPr>
      <w:r>
        <w:rPr>
          <w:rFonts w:ascii="Calibri" w:hAnsi="Calibri" w:cs="Calibri" w:eastAsia="Calibri"/>
          <w:b/>
          <w:color w:val="15131F"/>
          <w:sz w:val="22"/>
        </w:rPr>
        <w:t>2. Gäste</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„Wie viele Gäste werden es, und sind Kinder dabei?“</w:t>
      </w:r>
    </w:p>
    <w:p>
      <w:pPr>
        <w:spacing w:after="40"/>
      </w:pPr>
      <w:r>
        <w:rPr>
          <w:rFonts w:ascii="Calibri" w:hAnsi="Calibri" w:cs="Calibri" w:eastAsia="Calibri"/>
          <w:b/>
          <w:color w:val="15131F"/>
          <w:sz w:val="22"/>
        </w:rPr>
        <w:t>3. Option</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„Interessieren Sie sich für [Option A] oder [Option B]? Die Preise beginnen derzeit bei [Preis].“</w:t>
      </w:r>
    </w:p>
    <w:p>
      <w:pPr>
        <w:spacing w:after="60"/>
        <w:ind w:left="340"/>
      </w:pPr>
      <w:r>
        <w:rPr>
          <w:rFonts w:ascii="Calibri" w:hAnsi="Calibri" w:cs="Calibri" w:eastAsia="Calibri"/>
          <w:b/>
          <w:color w:val="6B3CF0"/>
          <w:sz w:val="21"/>
        </w:rPr>
        <w:t xml:space="preserve">Tipp: </w:t>
      </w:r>
      <w:r>
        <w:rPr>
          <w:rFonts w:ascii="Calibri" w:hAnsi="Calibri" w:cs="Calibri" w:eastAsia="Calibri"/>
          <w:b w:val="0"/>
          <w:color w:val="5D5A70"/>
          <w:sz w:val="21"/>
        </w:rPr>
        <w:t>Nennen Sie nur Preise aus Ihrer aktuellen Preisliste.</w:t>
      </w:r>
    </w:p>
    <w:p>
      <w:pPr>
        <w:spacing w:after="40"/>
      </w:pPr>
      <w:r>
        <w:rPr>
          <w:rFonts w:ascii="Calibri" w:hAnsi="Calibri" w:cs="Calibri" w:eastAsia="Calibri"/>
          <w:b/>
          <w:color w:val="15131F"/>
          <w:sz w:val="22"/>
        </w:rPr>
        <w:t>4. Budget</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„Haben Sie ein Budget pro [Nacht oder Person] im Kopf?“</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Unter Ihrem niedrigsten Tarif: Schlagen Sie andere Daten oder eine günstigere Option vor.</w:t>
      </w:r>
    </w:p>
    <w:p>
      <w:pPr>
        <w:spacing w:after="40"/>
      </w:pPr>
      <w:r>
        <w:rPr>
          <w:rFonts w:ascii="Calibri" w:hAnsi="Calibri" w:cs="Calibri" w:eastAsia="Calibri"/>
          <w:b/>
          <w:color w:val="15131F"/>
          <w:sz w:val="22"/>
        </w:rPr>
        <w:t>5. Wünsche</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„Haben Sie besondere Wünsche, etwa Barrierefreiheit, Ernährung oder Transfers?“</w:t>
      </w:r>
    </w:p>
    <w:p>
      <w:pPr>
        <w:spacing w:after="40"/>
      </w:pPr>
      <w:r>
        <w:rPr>
          <w:rFonts w:ascii="Calibri" w:hAnsi="Calibri" w:cs="Calibri" w:eastAsia="Calibri"/>
          <w:b/>
          <w:color w:val="15131F"/>
          <w:sz w:val="22"/>
        </w:rPr>
        <w:t>6. Ausgebucht</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Die Daten sind belegt: Sagen Sie, dass [Daten] ausgebucht sind, bieten Sie [Alternative 1] oder [Alternative 2] an und fragen Sie, ob Sie eine davon als Anfrage vormerken sollen.</w:t>
      </w:r>
    </w:p>
    <w:p>
      <w:pPr>
        <w:spacing w:after="40"/>
      </w:pPr>
      <w:r>
        <w:rPr>
          <w:rFonts w:ascii="Calibri" w:hAnsi="Calibri" w:cs="Calibri" w:eastAsia="Calibri"/>
          <w:b/>
          <w:color w:val="15131F"/>
          <w:sz w:val="22"/>
        </w:rPr>
        <w:t>7. Sprache</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Der Gast schreibt in einer anderen Sprache: Antworten Sie in dieser Sprache und verfassen Sie die interne Notiz in der Sprache Ihres Teams.</w:t>
      </w:r>
    </w:p>
    <w:p>
      <w:pPr>
        <w:spacing w:after="40"/>
      </w:pPr>
      <w:r>
        <w:rPr>
          <w:rFonts w:ascii="Calibri" w:hAnsi="Calibri" w:cs="Calibri" w:eastAsia="Calibri"/>
          <w:b/>
          <w:color w:val="15131F"/>
          <w:sz w:val="22"/>
        </w:rPr>
        <w:t>8. Abschluss</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„Vielen Dank. Ihre Anfrage für [Daten], [Gäste] und [Option] ist notiert. Das ist noch keine bestätigte Buchung: [Teammitglied] bestätigt Verfügbarkeit und Zahlung bis [Uhrzeit]. Wie erreichen wir Sie am besten, per E-Mail oder Telefon?“</w:t>
      </w:r>
    </w:p>
    <w:p>
      <w:pPr>
        <w:spacing w:after="60"/>
        <w:ind w:left="0"/>
      </w:pPr>
      <w:r>
        <w:rPr>
          <w:rFonts w:ascii="Calibri" w:hAnsi="Calibri" w:cs="Calibri" w:eastAsia="Calibri"/>
          <w:b/>
          <w:color w:val="6B3CF0"/>
          <w:sz w:val="21"/>
        </w:rPr>
        <w:t xml:space="preserve">Vor der Übergabe erfassen: </w:t>
      </w:r>
      <w:r>
        <w:rPr>
          <w:rFonts w:ascii="Calibri" w:hAnsi="Calibri" w:cs="Calibri" w:eastAsia="Calibri"/>
          <w:b w:val="0"/>
          <w:color w:val="15131F"/>
          <w:sz w:val="21"/>
        </w:rPr>
        <w:t>Daten und Uhrzeiten, Anzahl der Gäste, Zimmer, Tour oder Leistung, Budget pro Nacht oder Person, Besondere Wünsche, Bevorzugte Sprache, E-Mail oder Telefon</w:t>
      </w:r>
    </w:p>
    <w:p>
      <w:pPr>
        <w:spacing w:after="60"/>
        <w:ind w:left="0"/>
      </w:pPr>
      <w:r>
        <w:rPr>
          <w:rFonts w:ascii="Calibri" w:hAnsi="Calibri" w:cs="Calibri" w:eastAsia="Calibri"/>
          <w:b/>
          <w:color w:val="6B3CF0"/>
          <w:sz w:val="21"/>
        </w:rPr>
        <w:t xml:space="preserve">Hören Sie auf zu fragen, wenn: </w:t>
      </w:r>
      <w:r>
        <w:rPr>
          <w:rFonts w:ascii="Calibri" w:hAnsi="Calibri" w:cs="Calibri" w:eastAsia="Calibri"/>
          <w:b w:val="0"/>
          <w:color w:val="15131F"/>
          <w:sz w:val="21"/>
        </w:rPr>
        <w:t>Sie haben Daten, Gästezahl, Option und Kontaktdaten. Bestätigen Sie niemals Verfügbarkeit, Preise oder Erstattungen, die keine Person geprüft hat.</w:t>
      </w:r>
    </w:p>
    <w:p>
      <w:pPr>
        <w:spacing w:after="60"/>
        <w:ind w:left="0"/>
      </w:pPr>
      <w:r>
        <w:rPr>
          <w:rFonts w:ascii="Calibri" w:hAnsi="Calibri" w:cs="Calibri" w:eastAsia="Calibri"/>
          <w:b/>
          <w:color w:val="6B3CF0"/>
          <w:sz w:val="21"/>
        </w:rPr>
        <w:t xml:space="preserve">Übergabe an den Vertrieb: </w:t>
      </w:r>
      <w:r>
        <w:rPr>
          <w:rFonts w:ascii="Calibri" w:hAnsi="Calibri" w:cs="Calibri" w:eastAsia="Calibri"/>
          <w:b w:val="0"/>
          <w:color w:val="15131F"/>
          <w:sz w:val="21"/>
        </w:rPr>
        <w:t>Anfrage: [Daten], [Gäste] Gäste ([Kinder] Kinder), [Option]. Budget: [Betrag] pro [Nacht oder Person]. Wünsche: [Notizen]. Sprache: [Sprache]. Kontakt: [E-Mail oder Telefon]. Status: Anfrage, nicht bestätigt. Bestätigen bis: [Uhrzeit].</w:t>
      </w:r>
    </w:p>
    <w:p>
      <w:pPr>
        <w:spacing w:after="160"/>
      </w:pPr>
    </w:p>
    <w:p>
      <w:pPr>
        <w:spacing w:after="80"/>
      </w:pPr>
      <w:r>
        <w:rPr>
          <w:rFonts w:ascii="Calibri" w:hAnsi="Calibri" w:cs="Calibri" w:eastAsia="Calibri"/>
          <w:b/>
          <w:color w:val="15131F"/>
          <w:sz w:val="30"/>
        </w:rPr>
        <w:t>Skript 4. SaaS-Demoanfrage oder kostenlose Testphase</w:t>
      </w:r>
    </w:p>
    <w:p>
      <w:pPr>
        <w:spacing w:after="60"/>
        <w:ind w:left="0"/>
      </w:pPr>
      <w:r>
        <w:rPr>
          <w:rFonts w:ascii="Calibri" w:hAnsi="Calibri" w:cs="Calibri" w:eastAsia="Calibri"/>
          <w:b/>
          <w:color w:val="6B3CF0"/>
          <w:sz w:val="21"/>
        </w:rPr>
        <w:t xml:space="preserve">Ziel: </w:t>
      </w:r>
      <w:r>
        <w:rPr>
          <w:rFonts w:ascii="Calibri" w:hAnsi="Calibri" w:cs="Calibri" w:eastAsia="Calibri"/>
          <w:b w:val="0"/>
          <w:color w:val="15131F"/>
          <w:sz w:val="21"/>
        </w:rPr>
        <w:t>Anwendungsfall, Teamgröße und Frist klären und den Lead dann zur Selbsteinrichtung, zu einer Demo oder in die Lead-Pflege leiten.</w:t>
      </w:r>
    </w:p>
    <w:p>
      <w:pPr>
        <w:spacing w:after="40"/>
      </w:pPr>
      <w:r>
        <w:rPr>
          <w:rFonts w:ascii="Calibri" w:hAnsi="Calibri" w:cs="Calibri" w:eastAsia="Calibri"/>
          <w:b/>
          <w:color w:val="15131F"/>
          <w:sz w:val="22"/>
        </w:rPr>
        <w:t>1. Anwendungsfall</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„Danke, dass Sie [Produkt] testen. Was möchten Sie damit als Erstes erledigen?“</w:t>
      </w:r>
    </w:p>
    <w:p>
      <w:pPr>
        <w:spacing w:after="40"/>
      </w:pPr>
      <w:r>
        <w:rPr>
          <w:rFonts w:ascii="Calibri" w:hAnsi="Calibri" w:cs="Calibri" w:eastAsia="Calibri"/>
          <w:b/>
          <w:color w:val="15131F"/>
          <w:sz w:val="22"/>
        </w:rPr>
        <w:t>2. Aktuelles Tool</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„Was nutzen Sie heute, und was funktioniert nicht?“</w:t>
      </w:r>
    </w:p>
    <w:p>
      <w:pPr>
        <w:spacing w:after="40"/>
      </w:pPr>
      <w:r>
        <w:rPr>
          <w:rFonts w:ascii="Calibri" w:hAnsi="Calibri" w:cs="Calibri" w:eastAsia="Calibri"/>
          <w:b/>
          <w:color w:val="15131F"/>
          <w:sz w:val="22"/>
        </w:rPr>
        <w:t>3. Teamgröße</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„Wie viele Personen würden es nutzen?“</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[1 bis 3] Nutzer: Senden Sie die Einrichtungsanleitung und den Link zum kostenlosen Plan, damit sie es selbst einrichten.</w:t>
      </w:r>
    </w:p>
    <w:p>
      <w:pPr>
        <w:spacing w:after="40"/>
      </w:pPr>
      <w:r>
        <w:rPr>
          <w:rFonts w:ascii="Calibri" w:hAnsi="Calibri" w:cs="Calibri" w:eastAsia="Calibri"/>
          <w:b/>
          <w:color w:val="15131F"/>
          <w:sz w:val="22"/>
        </w:rPr>
        <w:t>4. Integrationen</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„Mit welchen Tools muss es zusammenarbeiten?“</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Eine unverzichtbare Integration fehlt: Sagen Sie das ehrlich und erfassen Sie es als Funktionswunsch.</w:t>
      </w:r>
    </w:p>
    <w:p>
      <w:pPr>
        <w:spacing w:after="40"/>
      </w:pPr>
      <w:r>
        <w:rPr>
          <w:rFonts w:ascii="Calibri" w:hAnsi="Calibri" w:cs="Calibri" w:eastAsia="Calibri"/>
          <w:b/>
          <w:color w:val="15131F"/>
          <w:sz w:val="22"/>
        </w:rPr>
        <w:t>5. Frist</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„Bis wann muss es einsatzbereit sein?“</w:t>
      </w:r>
    </w:p>
    <w:p>
      <w:pPr>
        <w:spacing w:after="40"/>
      </w:pPr>
      <w:r>
        <w:rPr>
          <w:rFonts w:ascii="Calibri" w:hAnsi="Calibri" w:cs="Calibri" w:eastAsia="Calibri"/>
          <w:b/>
          <w:color w:val="15131F"/>
          <w:sz w:val="22"/>
        </w:rPr>
        <w:t>6. Entscheidung</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„Wer gibt noch frei: eine Führungskraft, die IT oder die Finanzabteilung?“</w:t>
      </w:r>
    </w:p>
    <w:p>
      <w:pPr>
        <w:spacing w:after="40"/>
      </w:pPr>
      <w:r>
        <w:rPr>
          <w:rFonts w:ascii="Calibri" w:hAnsi="Calibri" w:cs="Calibri" w:eastAsia="Calibri"/>
          <w:b/>
          <w:color w:val="15131F"/>
          <w:sz w:val="22"/>
        </w:rPr>
        <w:t>7. Budget</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„Gibt es dafür ein Budget, pro Monat oder pro Jahr?“</w:t>
      </w:r>
    </w:p>
    <w:p>
      <w:pPr>
        <w:spacing w:after="40"/>
      </w:pPr>
      <w:r>
        <w:rPr>
          <w:rFonts w:ascii="Calibri" w:hAnsi="Calibri" w:cs="Calibri" w:eastAsia="Calibri"/>
          <w:b/>
          <w:color w:val="15131F"/>
          <w:sz w:val="22"/>
        </w:rPr>
        <w:t>8. Weg</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„Eine [20]-minütige Demo mit [Name des Ansprechpartners] am [Tag] würde [Anwendungsfall] zeigen. Passt Ihnen [Uhrzeit]?“</w:t>
      </w:r>
    </w:p>
    <w:p>
      <w:pPr>
        <w:spacing w:after="60"/>
        <w:ind w:left="340"/>
      </w:pPr>
      <w:r>
        <w:rPr>
          <w:rFonts w:ascii="Calibri" w:hAnsi="Calibri" w:cs="Calibri" w:eastAsia="Calibri"/>
          <w:b/>
          <w:color w:val="6B3CF0"/>
          <w:sz w:val="21"/>
        </w:rPr>
        <w:t xml:space="preserve">Wenn: </w:t>
      </w:r>
      <w:r>
        <w:rPr>
          <w:rFonts w:ascii="Calibri" w:hAnsi="Calibri" w:cs="Calibri" w:eastAsia="Calibri"/>
          <w:b w:val="0"/>
          <w:color w:val="15131F"/>
          <w:sz w:val="21"/>
        </w:rPr>
        <w:t>Weder Frist noch Budget: Senden Sie eine kurze Fallstudie und fassen Sie in [30 Tagen] nach.</w:t>
      </w:r>
    </w:p>
    <w:p>
      <w:pPr>
        <w:spacing w:after="60"/>
        <w:ind w:left="0"/>
      </w:pPr>
      <w:r>
        <w:rPr>
          <w:rFonts w:ascii="Calibri" w:hAnsi="Calibri" w:cs="Calibri" w:eastAsia="Calibri"/>
          <w:b/>
          <w:color w:val="6B3CF0"/>
          <w:sz w:val="21"/>
        </w:rPr>
        <w:t xml:space="preserve">Vor der Übergabe erfassen: </w:t>
      </w:r>
      <w:r>
        <w:rPr>
          <w:rFonts w:ascii="Calibri" w:hAnsi="Calibri" w:cs="Calibri" w:eastAsia="Calibri"/>
          <w:b w:val="0"/>
          <w:color w:val="15131F"/>
          <w:sz w:val="21"/>
        </w:rPr>
        <w:t>Firma und Rolle, Wichtigster Anwendungsfall, Aktuelles Tool, Anzahl der Nutzer, Unverzichtbare Integrationen, Frist, Wer freigibt, Budget</w:t>
      </w:r>
    </w:p>
    <w:p>
      <w:pPr>
        <w:spacing w:after="60"/>
        <w:ind w:left="0"/>
      </w:pPr>
      <w:r>
        <w:rPr>
          <w:rFonts w:ascii="Calibri" w:hAnsi="Calibri" w:cs="Calibri" w:eastAsia="Calibri"/>
          <w:b/>
          <w:color w:val="6B3CF0"/>
          <w:sz w:val="21"/>
        </w:rPr>
        <w:t xml:space="preserve">Hören Sie auf zu fragen, wenn: </w:t>
      </w:r>
      <w:r>
        <w:rPr>
          <w:rFonts w:ascii="Calibri" w:hAnsi="Calibri" w:cs="Calibri" w:eastAsia="Calibri"/>
          <w:b w:val="0"/>
          <w:color w:val="15131F"/>
          <w:sz w:val="21"/>
        </w:rPr>
        <w:t>Sie können den Weg wählen: Selbsteinrichtung, Demo oder Lead-Pflege. Führen Sie nicht die ganze Demo im Chat durch.</w:t>
      </w:r>
    </w:p>
    <w:p>
      <w:pPr>
        <w:spacing w:after="60"/>
        <w:ind w:left="0"/>
      </w:pPr>
      <w:r>
        <w:rPr>
          <w:rFonts w:ascii="Calibri" w:hAnsi="Calibri" w:cs="Calibri" w:eastAsia="Calibri"/>
          <w:b/>
          <w:color w:val="6B3CF0"/>
          <w:sz w:val="21"/>
        </w:rPr>
        <w:t xml:space="preserve">Übergabe an den Vertrieb: </w:t>
      </w:r>
      <w:r>
        <w:rPr>
          <w:rFonts w:ascii="Calibri" w:hAnsi="Calibri" w:cs="Calibri" w:eastAsia="Calibri"/>
          <w:b w:val="0"/>
          <w:color w:val="15131F"/>
          <w:sz w:val="21"/>
        </w:rPr>
        <w:t>[Firma], [Rolle]. Anwendungsfall: [Anwendungsfall]. Heute: [aktuelles Tool]. Nutzer: [Anzahl]. Benötigt: [Integrationen]. Frist: [Datum]. Gibt frei: [wer]. Budget: [Betrag]. Weg: [Selbsteinrichtung, Demo oder Lead-Pflege].</w:t>
      </w:r>
    </w:p>
    <w:p>
      <w:pPr>
        <w:spacing w:after="160"/>
      </w:pPr>
    </w:p>
    <w:p>
      <w:pPr>
        <w:spacing w:after="80"/>
      </w:pPr>
      <w:r>
        <w:rPr>
          <w:rFonts w:ascii="Calibri" w:hAnsi="Calibri" w:cs="Calibri" w:eastAsia="Calibri"/>
          <w:b/>
          <w:color w:val="15131F"/>
          <w:sz w:val="30"/>
        </w:rPr>
        <w:t>Skript 5. Lead passt nicht: höfliche Absage</w:t>
      </w:r>
    </w:p>
    <w:p>
      <w:pPr>
        <w:spacing w:after="60"/>
        <w:ind w:left="0"/>
      </w:pPr>
      <w:r>
        <w:rPr>
          <w:rFonts w:ascii="Calibri" w:hAnsi="Calibri" w:cs="Calibri" w:eastAsia="Calibri"/>
          <w:b/>
          <w:color w:val="6B3CF0"/>
          <w:sz w:val="21"/>
        </w:rPr>
        <w:t xml:space="preserve">Ziel: </w:t>
      </w:r>
      <w:r>
        <w:rPr>
          <w:rFonts w:ascii="Calibri" w:hAnsi="Calibri" w:cs="Calibri" w:eastAsia="Calibri"/>
          <w:b w:val="0"/>
          <w:color w:val="15131F"/>
          <w:sz w:val="21"/>
        </w:rPr>
        <w:t>Schnell und freundlich absagen, eine hilfreiche Alternative anbieten und die Zeit Ihres Teams schützen.</w:t>
      </w:r>
    </w:p>
    <w:p>
      <w:pPr>
        <w:spacing w:after="40"/>
      </w:pPr>
      <w:r>
        <w:rPr>
          <w:rFonts w:ascii="Calibri" w:hAnsi="Calibri" w:cs="Calibri" w:eastAsia="Calibri"/>
          <w:b/>
          <w:color w:val="15131F"/>
          <w:sz w:val="22"/>
        </w:rPr>
        <w:t>1. Budget zu niedrig</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„Danke für die Details. Unsere Projekte beginnen bei [Minimum], daher passen wir im Moment wahrscheinlich nicht zusammen. [Alternative] könnte besser zu Ihnen passen: [Link].“</w:t>
      </w:r>
    </w:p>
    <w:p>
      <w:pPr>
        <w:spacing w:after="40"/>
      </w:pPr>
      <w:r>
        <w:rPr>
          <w:rFonts w:ascii="Calibri" w:hAnsi="Calibri" w:cs="Calibri" w:eastAsia="Calibri"/>
          <w:b/>
          <w:color w:val="15131F"/>
          <w:sz w:val="22"/>
        </w:rPr>
        <w:t>2. Leistung nicht im Angebot</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„[Leistung] bieten wir nicht an, aber [Partner oder Ressource] schon. Möchten Sie die Kontaktdaten?“</w:t>
      </w:r>
    </w:p>
    <w:p>
      <w:pPr>
        <w:spacing w:after="40"/>
      </w:pPr>
      <w:r>
        <w:rPr>
          <w:rFonts w:ascii="Calibri" w:hAnsi="Calibri" w:cs="Calibri" w:eastAsia="Calibri"/>
          <w:b/>
          <w:color w:val="15131F"/>
          <w:sz w:val="22"/>
        </w:rPr>
        <w:t>3. Außerhalb des Gebiets</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„Wir arbeiten derzeit nur in [Einsatzgebiet]. Darf ich Ihre Daten speichern, falls sich das ändert?“</w:t>
      </w:r>
    </w:p>
    <w:p>
      <w:pPr>
        <w:spacing w:after="40"/>
      </w:pPr>
      <w:r>
        <w:rPr>
          <w:rFonts w:ascii="Calibri" w:hAnsi="Calibri" w:cs="Calibri" w:eastAsia="Calibri"/>
          <w:b/>
          <w:color w:val="15131F"/>
          <w:sz w:val="22"/>
        </w:rPr>
        <w:t>4. Zeitpunkt</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„Wir können nicht vor [Datum] starten. Wenn das für Sie passt, melde ich mich am [Datum] wieder.“</w:t>
      </w:r>
    </w:p>
    <w:p>
      <w:pPr>
        <w:spacing w:after="40"/>
      </w:pPr>
      <w:r>
        <w:rPr>
          <w:rFonts w:ascii="Calibri" w:hAnsi="Calibri" w:cs="Calibri" w:eastAsia="Calibri"/>
          <w:b/>
          <w:color w:val="15131F"/>
          <w:sz w:val="22"/>
        </w:rPr>
        <w:t>5. Kein Käufer</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„Danke für Ihre Nachricht. Für [Bewerbungen oder Partnerschaften] nutzen Sie bitte [Link oder E-Mail].“</w:t>
      </w:r>
    </w:p>
    <w:p>
      <w:pPr>
        <w:spacing w:after="40"/>
      </w:pPr>
      <w:r>
        <w:rPr>
          <w:rFonts w:ascii="Calibri" w:hAnsi="Calibri" w:cs="Calibri" w:eastAsia="Calibri"/>
          <w:b/>
          <w:color w:val="15131F"/>
          <w:sz w:val="22"/>
        </w:rPr>
        <w:t>6. Abschluss</w:t>
      </w:r>
    </w:p>
    <w:p>
      <w:pPr>
        <w:spacing w:after="60"/>
        <w:ind w:left="340"/>
      </w:pPr>
      <w:r>
        <w:rPr>
          <w:rFonts w:ascii="Calibri" w:hAnsi="Calibri" w:cs="Calibri" w:eastAsia="Calibri"/>
          <w:b/>
          <w:color w:val="6B3CF0"/>
          <w:sz w:val="21"/>
        </w:rPr>
        <w:t xml:space="preserve">Sagen Sie: </w:t>
      </w:r>
      <w:r>
        <w:rPr>
          <w:rFonts w:ascii="Calibri" w:hAnsi="Calibri" w:cs="Calibri" w:eastAsia="Calibri"/>
          <w:b w:val="0"/>
          <w:color w:val="15131F"/>
          <w:sz w:val="21"/>
        </w:rPr>
        <w:t>„Nochmals danke, dass Sie an uns gedacht haben, und viel Erfolg mit [Projekt].“</w:t>
      </w:r>
    </w:p>
    <w:p>
      <w:pPr>
        <w:spacing w:after="60"/>
        <w:ind w:left="0"/>
      </w:pPr>
      <w:r>
        <w:rPr>
          <w:rFonts w:ascii="Calibri" w:hAnsi="Calibri" w:cs="Calibri" w:eastAsia="Calibri"/>
          <w:b/>
          <w:color w:val="6B3CF0"/>
          <w:sz w:val="21"/>
        </w:rPr>
        <w:t xml:space="preserve">Vor der Übergabe erfassen: </w:t>
      </w:r>
      <w:r>
        <w:rPr>
          <w:rFonts w:ascii="Calibri" w:hAnsi="Calibri" w:cs="Calibri" w:eastAsia="Calibri"/>
          <w:b w:val="0"/>
          <w:color w:val="15131F"/>
          <w:sz w:val="21"/>
        </w:rPr>
        <w:t>Grund, warum der Lead nicht passt, Kann später passen: ja oder nein, Datum für die Nachfassaktion, falls ja</w:t>
      </w:r>
    </w:p>
    <w:p>
      <w:pPr>
        <w:spacing w:after="60"/>
        <w:ind w:left="0"/>
      </w:pPr>
      <w:r>
        <w:rPr>
          <w:rFonts w:ascii="Calibri" w:hAnsi="Calibri" w:cs="Calibri" w:eastAsia="Calibri"/>
          <w:b/>
          <w:color w:val="6B3CF0"/>
          <w:sz w:val="21"/>
        </w:rPr>
        <w:t xml:space="preserve">Hören Sie auf zu fragen, wenn: </w:t>
      </w:r>
      <w:r>
        <w:rPr>
          <w:rFonts w:ascii="Calibri" w:hAnsi="Calibri" w:cs="Calibri" w:eastAsia="Calibri"/>
          <w:b w:val="0"/>
          <w:color w:val="15131F"/>
          <w:sz w:val="21"/>
        </w:rPr>
        <w:t>Sie haben eine höfliche Nachricht mit einer hilfreichen Alternative gesendet. Diskutieren Sie nicht und gewähren Sie keinen Rabatt, nur um einen unpassenden Lead zu halten.</w:t>
      </w:r>
    </w:p>
    <w:p>
      <w:pPr>
        <w:spacing w:after="60"/>
        <w:ind w:left="0"/>
      </w:pPr>
      <w:r>
        <w:rPr>
          <w:rFonts w:ascii="Calibri" w:hAnsi="Calibri" w:cs="Calibri" w:eastAsia="Calibri"/>
          <w:b/>
          <w:color w:val="6B3CF0"/>
          <w:sz w:val="21"/>
        </w:rPr>
        <w:t xml:space="preserve">Übergabe an den Vertrieb: </w:t>
      </w:r>
      <w:r>
        <w:rPr>
          <w:rFonts w:ascii="Calibri" w:hAnsi="Calibri" w:cs="Calibri" w:eastAsia="Calibri"/>
          <w:b w:val="0"/>
          <w:color w:val="15131F"/>
          <w:sz w:val="21"/>
        </w:rPr>
        <w:t>Status: disqualifiziert. Grund: [Budget, Gebiet, Leistung, Zeitpunkt oder kein Käufer]. Kann später passen: [ja oder nein]. Nachfassen am: [Datum oder nie].</w:t>
      </w:r>
    </w:p>
    <w:p>
      <w:pPr>
        <w:spacing w:after="160"/>
      </w:pPr>
    </w:p>
    <w:p>
      <w:pPr>
        <w:spacing w:after="120"/>
      </w:pPr>
      <w:r>
        <w:rPr>
          <w:rFonts w:ascii="Calibri" w:hAnsi="Calibri" w:cs="Calibri" w:eastAsia="Calibri"/>
          <w:b/>
          <w:color w:val="15131F"/>
          <w:sz w:val="30"/>
        </w:rPr>
        <w:t>Bewertungsbogen: 0 bis 10 Punkte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Kriterium</w:t>
            </w:r>
          </w:p>
        </w:tc>
        <w:tc>
          <w:tcPr>
            <w:tcW w:type="dxa" w:w="2493"/>
            <w:shd w:val="clear" w:color="auto" w:fill="EFE9FF"/>
          </w:tcPr>
          <w:p>
            <w:r/>
            <w:r>
              <w:rPr>
                <w:rFonts w:ascii="Calibri" w:hAnsi="Calibri" w:cs="Calibri" w:eastAsia="Calibri"/>
                <w:b/>
                <w:color w:val="15131F"/>
                <w:sz w:val="19"/>
              </w:rPr>
              <w:t>0 Punkte</w:t>
            </w:r>
          </w:p>
        </w:tc>
        <w:tc>
          <w:tcPr>
            <w:tcW w:type="dxa" w:w="2493"/>
            <w:shd w:val="clear" w:color="auto" w:fill="EFE9FF"/>
          </w:tcPr>
          <w:p>
            <w:r/>
            <w:r>
              <w:rPr>
                <w:rFonts w:ascii="Calibri" w:hAnsi="Calibri" w:cs="Calibri" w:eastAsia="Calibri"/>
                <w:b/>
                <w:color w:val="15131F"/>
                <w:sz w:val="19"/>
              </w:rPr>
              <w:t>1 Punkt</w:t>
            </w:r>
          </w:p>
        </w:tc>
        <w:tc>
          <w:tcPr>
            <w:tcW w:type="dxa" w:w="2493"/>
            <w:shd w:val="clear" w:color="auto" w:fill="EFE9FF"/>
          </w:tcPr>
          <w:p>
            <w:r/>
            <w:r>
              <w:rPr>
                <w:rFonts w:ascii="Calibri" w:hAnsi="Calibri" w:cs="Calibri" w:eastAsia="Calibri"/>
                <w:b/>
                <w:color w:val="15131F"/>
                <w:sz w:val="19"/>
              </w:rPr>
              <w:t>2 Punkte</w:t>
            </w:r>
          </w:p>
        </w:tc>
      </w:tr>
      <w:tr>
        <w:tc>
          <w:tcPr>
            <w:tcW w:type="dxa" w:w="2493"/>
          </w:tcPr>
          <w:p>
            <w:r/>
            <w:r>
              <w:rPr>
                <w:rFonts w:ascii="Calibri" w:hAnsi="Calibri" w:cs="Calibri" w:eastAsia="Calibri"/>
                <w:b/>
                <w:color w:val="15131F"/>
                <w:sz w:val="19"/>
              </w:rPr>
              <w:t>Bedarf</w:t>
            </w:r>
          </w:p>
        </w:tc>
        <w:tc>
          <w:tcPr>
            <w:tcW w:type="dxa" w:w="2493"/>
          </w:tcPr>
          <w:p>
            <w:r/>
            <w:r>
              <w:rPr>
                <w:rFonts w:ascii="Calibri" w:hAnsi="Calibri" w:cs="Calibri" w:eastAsia="Calibri"/>
                <w:b w:val="0"/>
                <w:color w:val="15131F"/>
                <w:sz w:val="19"/>
              </w:rPr>
              <w:t>Kein klares Problem</w:t>
            </w:r>
          </w:p>
        </w:tc>
        <w:tc>
          <w:tcPr>
            <w:tcW w:type="dxa" w:w="2493"/>
          </w:tcPr>
          <w:p>
            <w:r/>
            <w:r>
              <w:rPr>
                <w:rFonts w:ascii="Calibri" w:hAnsi="Calibri" w:cs="Calibri" w:eastAsia="Calibri"/>
                <w:b w:val="0"/>
                <w:color w:val="15131F"/>
                <w:sz w:val="19"/>
              </w:rPr>
              <w:t>Vages Interesse</w:t>
            </w:r>
          </w:p>
        </w:tc>
        <w:tc>
          <w:tcPr>
            <w:tcW w:type="dxa" w:w="2493"/>
          </w:tcPr>
          <w:p>
            <w:r/>
            <w:r>
              <w:rPr>
                <w:rFonts w:ascii="Calibri" w:hAnsi="Calibri" w:cs="Calibri" w:eastAsia="Calibri"/>
                <w:b w:val="0"/>
                <w:color w:val="15131F"/>
                <w:sz w:val="19"/>
              </w:rPr>
              <w:t>Klares Problem, das Sie lösen</w:t>
            </w:r>
          </w:p>
        </w:tc>
      </w:tr>
      <w:tr>
        <w:tc>
          <w:tcPr>
            <w:tcW w:type="dxa" w:w="2493"/>
          </w:tcPr>
          <w:p>
            <w:r/>
            <w:r>
              <w:rPr>
                <w:rFonts w:ascii="Calibri" w:hAnsi="Calibri" w:cs="Calibri" w:eastAsia="Calibri"/>
                <w:b/>
                <w:color w:val="15131F"/>
                <w:sz w:val="19"/>
              </w:rPr>
              <w:t>Passung</w:t>
            </w:r>
          </w:p>
        </w:tc>
        <w:tc>
          <w:tcPr>
            <w:tcW w:type="dxa" w:w="2493"/>
          </w:tcPr>
          <w:p>
            <w:r/>
            <w:r>
              <w:rPr>
                <w:rFonts w:ascii="Calibri" w:hAnsi="Calibri" w:cs="Calibri" w:eastAsia="Calibri"/>
                <w:b w:val="0"/>
                <w:color w:val="15131F"/>
                <w:sz w:val="19"/>
              </w:rPr>
              <w:t>Außerhalb Ihres Gebiets oder Umfangs</w:t>
            </w:r>
          </w:p>
        </w:tc>
        <w:tc>
          <w:tcPr>
            <w:tcW w:type="dxa" w:w="2493"/>
          </w:tcPr>
          <w:p>
            <w:r/>
            <w:r>
              <w:rPr>
                <w:rFonts w:ascii="Calibri" w:hAnsi="Calibri" w:cs="Calibri" w:eastAsia="Calibri"/>
                <w:b w:val="0"/>
                <w:color w:val="15131F"/>
                <w:sz w:val="19"/>
              </w:rPr>
              <w:t>Passt teilweise</w:t>
            </w:r>
          </w:p>
        </w:tc>
        <w:tc>
          <w:tcPr>
            <w:tcW w:type="dxa" w:w="2493"/>
          </w:tcPr>
          <w:p>
            <w:r/>
            <w:r>
              <w:rPr>
                <w:rFonts w:ascii="Calibri" w:hAnsi="Calibri" w:cs="Calibri" w:eastAsia="Calibri"/>
                <w:b w:val="0"/>
                <w:color w:val="15131F"/>
                <w:sz w:val="19"/>
              </w:rPr>
              <w:t>Passt zu Gebiet und Umfang</w:t>
            </w:r>
          </w:p>
        </w:tc>
      </w:tr>
      <w:tr>
        <w:tc>
          <w:tcPr>
            <w:tcW w:type="dxa" w:w="2493"/>
          </w:tcPr>
          <w:p>
            <w:r/>
            <w:r>
              <w:rPr>
                <w:rFonts w:ascii="Calibri" w:hAnsi="Calibri" w:cs="Calibri" w:eastAsia="Calibri"/>
                <w:b/>
                <w:color w:val="15131F"/>
                <w:sz w:val="19"/>
              </w:rPr>
              <w:t>Budget</w:t>
            </w:r>
          </w:p>
        </w:tc>
        <w:tc>
          <w:tcPr>
            <w:tcW w:type="dxa" w:w="2493"/>
          </w:tcPr>
          <w:p>
            <w:r/>
            <w:r>
              <w:rPr>
                <w:rFonts w:ascii="Calibri" w:hAnsi="Calibri" w:cs="Calibri" w:eastAsia="Calibri"/>
                <w:b w:val="0"/>
                <w:color w:val="15131F"/>
                <w:sz w:val="19"/>
              </w:rPr>
              <w:t>Unter Ihrem Minimum</w:t>
            </w:r>
          </w:p>
        </w:tc>
        <w:tc>
          <w:tcPr>
            <w:tcW w:type="dxa" w:w="2493"/>
          </w:tcPr>
          <w:p>
            <w:r/>
            <w:r>
              <w:rPr>
                <w:rFonts w:ascii="Calibri" w:hAnsi="Calibri" w:cs="Calibri" w:eastAsia="Calibri"/>
                <w:b w:val="0"/>
                <w:color w:val="15131F"/>
                <w:sz w:val="19"/>
              </w:rPr>
              <w:t>Noch nicht besprochen</w:t>
            </w:r>
          </w:p>
        </w:tc>
        <w:tc>
          <w:tcPr>
            <w:tcW w:type="dxa" w:w="2493"/>
          </w:tcPr>
          <w:p>
            <w:r/>
            <w:r>
              <w:rPr>
                <w:rFonts w:ascii="Calibri" w:hAnsi="Calibri" w:cs="Calibri" w:eastAsia="Calibri"/>
                <w:b w:val="0"/>
                <w:color w:val="15131F"/>
                <w:sz w:val="19"/>
              </w:rPr>
              <w:t>Passt zu Ihrer Preisspanne</w:t>
            </w:r>
          </w:p>
        </w:tc>
      </w:tr>
      <w:tr>
        <w:tc>
          <w:tcPr>
            <w:tcW w:type="dxa" w:w="2493"/>
          </w:tcPr>
          <w:p>
            <w:r/>
            <w:r>
              <w:rPr>
                <w:rFonts w:ascii="Calibri" w:hAnsi="Calibri" w:cs="Calibri" w:eastAsia="Calibri"/>
                <w:b/>
                <w:color w:val="15131F"/>
                <w:sz w:val="19"/>
              </w:rPr>
              <w:t>Befugnis</w:t>
            </w:r>
          </w:p>
        </w:tc>
        <w:tc>
          <w:tcPr>
            <w:tcW w:type="dxa" w:w="2493"/>
          </w:tcPr>
          <w:p>
            <w:r/>
            <w:r>
              <w:rPr>
                <w:rFonts w:ascii="Calibri" w:hAnsi="Calibri" w:cs="Calibri" w:eastAsia="Calibri"/>
                <w:b w:val="0"/>
                <w:color w:val="15131F"/>
                <w:sz w:val="19"/>
              </w:rPr>
              <w:t>Unbekannt</w:t>
            </w:r>
          </w:p>
        </w:tc>
        <w:tc>
          <w:tcPr>
            <w:tcW w:type="dxa" w:w="2493"/>
          </w:tcPr>
          <w:p>
            <w:r/>
            <w:r>
              <w:rPr>
                <w:rFonts w:ascii="Calibri" w:hAnsi="Calibri" w:cs="Calibri" w:eastAsia="Calibri"/>
                <w:b w:val="0"/>
                <w:color w:val="15131F"/>
                <w:sz w:val="19"/>
              </w:rPr>
              <w:t>Beeinflusser oder Recherche</w:t>
            </w:r>
          </w:p>
        </w:tc>
        <w:tc>
          <w:tcPr>
            <w:tcW w:type="dxa" w:w="2493"/>
          </w:tcPr>
          <w:p>
            <w:r/>
            <w:r>
              <w:rPr>
                <w:rFonts w:ascii="Calibri" w:hAnsi="Calibri" w:cs="Calibri" w:eastAsia="Calibri"/>
                <w:b w:val="0"/>
                <w:color w:val="15131F"/>
                <w:sz w:val="19"/>
              </w:rPr>
              <w:t>Entscheider oder beim Gespräch dabei</w:t>
            </w:r>
          </w:p>
        </w:tc>
      </w:tr>
      <w:tr>
        <w:tc>
          <w:tcPr>
            <w:tcW w:type="dxa" w:w="2493"/>
          </w:tcPr>
          <w:p>
            <w:r/>
            <w:r>
              <w:rPr>
                <w:rFonts w:ascii="Calibri" w:hAnsi="Calibri" w:cs="Calibri" w:eastAsia="Calibri"/>
                <w:b/>
                <w:color w:val="15131F"/>
                <w:sz w:val="19"/>
              </w:rPr>
              <w:t>Zeitplan</w:t>
            </w:r>
          </w:p>
        </w:tc>
        <w:tc>
          <w:tcPr>
            <w:tcW w:type="dxa" w:w="2493"/>
          </w:tcPr>
          <w:p>
            <w:r/>
            <w:r>
              <w:rPr>
                <w:rFonts w:ascii="Calibri" w:hAnsi="Calibri" w:cs="Calibri" w:eastAsia="Calibri"/>
                <w:b w:val="0"/>
                <w:color w:val="15131F"/>
                <w:sz w:val="19"/>
              </w:rPr>
              <w:t>Kein Datum</w:t>
            </w:r>
          </w:p>
        </w:tc>
        <w:tc>
          <w:tcPr>
            <w:tcW w:type="dxa" w:w="2493"/>
          </w:tcPr>
          <w:p>
            <w:r/>
            <w:r>
              <w:rPr>
                <w:rFonts w:ascii="Calibri" w:hAnsi="Calibri" w:cs="Calibri" w:eastAsia="Calibri"/>
                <w:b w:val="0"/>
                <w:color w:val="15131F"/>
                <w:sz w:val="19"/>
              </w:rPr>
              <w:t>In 3 bis 6 Monaten</w:t>
            </w:r>
          </w:p>
        </w:tc>
        <w:tc>
          <w:tcPr>
            <w:tcW w:type="dxa" w:w="2493"/>
          </w:tcPr>
          <w:p>
            <w:r/>
            <w:r>
              <w:rPr>
                <w:rFonts w:ascii="Calibri" w:hAnsi="Calibri" w:cs="Calibri" w:eastAsia="Calibri"/>
                <w:b w:val="0"/>
                <w:color w:val="15131F"/>
                <w:sz w:val="19"/>
              </w:rPr>
              <w:t>Innerhalb von 90 Tagen</w:t>
            </w:r>
          </w:p>
        </w:tc>
      </w:tr>
    </w:tbl>
    <w:p/>
    <w:p>
      <w:pPr>
        <w:spacing w:after="120"/>
      </w:pPr>
      <w:r>
        <w:rPr>
          <w:rFonts w:ascii="Calibri" w:hAnsi="Calibri" w:cs="Calibri" w:eastAsia="Calibri"/>
          <w:b/>
          <w:color w:val="15131F"/>
          <w:sz w:val="26"/>
        </w:rPr>
        <w:t>Was bei welchem Status zu tun ist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Status</w:t>
            </w:r>
          </w:p>
        </w:tc>
        <w:tc>
          <w:tcPr>
            <w:tcW w:type="dxa" w:w="3324"/>
            <w:shd w:val="clear" w:color="auto" w:fill="EFE9FF"/>
          </w:tcPr>
          <w:p>
            <w:r/>
            <w:r>
              <w:rPr>
                <w:rFonts w:ascii="Calibri" w:hAnsi="Calibri" w:cs="Calibri" w:eastAsia="Calibri"/>
                <w:b/>
                <w:color w:val="15131F"/>
                <w:sz w:val="19"/>
              </w:rPr>
              <w:t>Wann</w:t>
            </w:r>
          </w:p>
        </w:tc>
        <w:tc>
          <w:tcPr>
            <w:tcW w:type="dxa" w:w="3324"/>
            <w:shd w:val="clear" w:color="auto" w:fill="EFE9FF"/>
          </w:tcPr>
          <w:p>
            <w:r/>
            <w:r>
              <w:rPr>
                <w:rFonts w:ascii="Calibri" w:hAnsi="Calibri" w:cs="Calibri" w:eastAsia="Calibri"/>
                <w:b/>
                <w:color w:val="15131F"/>
                <w:sz w:val="19"/>
              </w:rPr>
              <w:t>Was zu tun ist</w:t>
            </w:r>
          </w:p>
        </w:tc>
      </w:tr>
      <w:tr>
        <w:tc>
          <w:tcPr>
            <w:tcW w:type="dxa" w:w="3324"/>
          </w:tcPr>
          <w:p>
            <w:r/>
            <w:r>
              <w:rPr>
                <w:rFonts w:ascii="Calibri" w:hAnsi="Calibri" w:cs="Calibri" w:eastAsia="Calibri"/>
                <w:b/>
                <w:color w:val="15131F"/>
                <w:sz w:val="19"/>
              </w:rPr>
              <w:t>Heiß</w:t>
            </w:r>
          </w:p>
        </w:tc>
        <w:tc>
          <w:tcPr>
            <w:tcW w:type="dxa" w:w="3324"/>
          </w:tcPr>
          <w:p>
            <w:r/>
            <w:r>
              <w:rPr>
                <w:rFonts w:ascii="Calibri" w:hAnsi="Calibri" w:cs="Calibri" w:eastAsia="Calibri"/>
                <w:b w:val="0"/>
                <w:color w:val="15131F"/>
                <w:sz w:val="19"/>
              </w:rPr>
              <w:t>8 bis 10 Punkte</w:t>
            </w:r>
          </w:p>
        </w:tc>
        <w:tc>
          <w:tcPr>
            <w:tcW w:type="dxa" w:w="3324"/>
          </w:tcPr>
          <w:p>
            <w:r/>
            <w:r>
              <w:rPr>
                <w:rFonts w:ascii="Calibri" w:hAnsi="Calibri" w:cs="Calibri" w:eastAsia="Calibri"/>
                <w:b w:val="0"/>
                <w:color w:val="15131F"/>
                <w:sz w:val="19"/>
              </w:rPr>
              <w:t>Termin jetzt buchen oder innerhalb einer Stunde an den Vertrieb übergeben.</w:t>
            </w:r>
          </w:p>
        </w:tc>
      </w:tr>
      <w:tr>
        <w:tc>
          <w:tcPr>
            <w:tcW w:type="dxa" w:w="3324"/>
          </w:tcPr>
          <w:p>
            <w:r/>
            <w:r>
              <w:rPr>
                <w:rFonts w:ascii="Calibri" w:hAnsi="Calibri" w:cs="Calibri" w:eastAsia="Calibri"/>
                <w:b/>
                <w:color w:val="15131F"/>
                <w:sz w:val="19"/>
              </w:rPr>
              <w:t>Warm</w:t>
            </w:r>
          </w:p>
        </w:tc>
        <w:tc>
          <w:tcPr>
            <w:tcW w:type="dxa" w:w="3324"/>
          </w:tcPr>
          <w:p>
            <w:r/>
            <w:r>
              <w:rPr>
                <w:rFonts w:ascii="Calibri" w:hAnsi="Calibri" w:cs="Calibri" w:eastAsia="Calibri"/>
                <w:b w:val="0"/>
                <w:color w:val="15131F"/>
                <w:sz w:val="19"/>
              </w:rPr>
              <w:t>5 bis 7 Punkte</w:t>
            </w:r>
          </w:p>
        </w:tc>
        <w:tc>
          <w:tcPr>
            <w:tcW w:type="dxa" w:w="3324"/>
          </w:tcPr>
          <w:p>
            <w:r/>
            <w:r>
              <w:rPr>
                <w:rFonts w:ascii="Calibri" w:hAnsi="Calibri" w:cs="Calibri" w:eastAsia="Calibri"/>
                <w:b w:val="0"/>
                <w:color w:val="15131F"/>
                <w:sz w:val="19"/>
              </w:rPr>
              <w:t>Etwas Nützliches senden und eine Aufgabe mit Datum zum Nachfassen anlegen.</w:t>
            </w:r>
          </w:p>
        </w:tc>
      </w:tr>
      <w:tr>
        <w:tc>
          <w:tcPr>
            <w:tcW w:type="dxa" w:w="3324"/>
          </w:tcPr>
          <w:p>
            <w:r/>
            <w:r>
              <w:rPr>
                <w:rFonts w:ascii="Calibri" w:hAnsi="Calibri" w:cs="Calibri" w:eastAsia="Calibri"/>
                <w:b/>
                <w:color w:val="15131F"/>
                <w:sz w:val="19"/>
              </w:rPr>
              <w:t>Kalt</w:t>
            </w:r>
          </w:p>
        </w:tc>
        <w:tc>
          <w:tcPr>
            <w:tcW w:type="dxa" w:w="3324"/>
          </w:tcPr>
          <w:p>
            <w:r/>
            <w:r>
              <w:rPr>
                <w:rFonts w:ascii="Calibri" w:hAnsi="Calibri" w:cs="Calibri" w:eastAsia="Calibri"/>
                <w:b w:val="0"/>
                <w:color w:val="15131F"/>
                <w:sz w:val="19"/>
              </w:rPr>
              <w:t>0 bis 4 Punkte</w:t>
            </w:r>
          </w:p>
        </w:tc>
        <w:tc>
          <w:tcPr>
            <w:tcW w:type="dxa" w:w="3324"/>
          </w:tcPr>
          <w:p>
            <w:r/>
            <w:r>
              <w:rPr>
                <w:rFonts w:ascii="Calibri" w:hAnsi="Calibri" w:cs="Calibri" w:eastAsia="Calibri"/>
                <w:b w:val="0"/>
                <w:color w:val="15131F"/>
                <w:sz w:val="19"/>
              </w:rPr>
              <w:t>In den Newsletter oder eine langfristige Pflege aufnehmen. Keine Vertriebszeit.</w:t>
            </w:r>
          </w:p>
        </w:tc>
      </w:tr>
      <w:tr>
        <w:tc>
          <w:tcPr>
            <w:tcW w:type="dxa" w:w="3324"/>
          </w:tcPr>
          <w:p>
            <w:r/>
            <w:r>
              <w:rPr>
                <w:rFonts w:ascii="Calibri" w:hAnsi="Calibri" w:cs="Calibri" w:eastAsia="Calibri"/>
                <w:b/>
                <w:color w:val="15131F"/>
                <w:sz w:val="19"/>
              </w:rPr>
              <w:t>Passt nicht</w:t>
            </w:r>
          </w:p>
        </w:tc>
        <w:tc>
          <w:tcPr>
            <w:tcW w:type="dxa" w:w="3324"/>
          </w:tcPr>
          <w:p>
            <w:r/>
            <w:r>
              <w:rPr>
                <w:rFonts w:ascii="Calibri" w:hAnsi="Calibri" w:cs="Calibri" w:eastAsia="Calibri"/>
                <w:b w:val="0"/>
                <w:color w:val="15131F"/>
                <w:sz w:val="19"/>
              </w:rPr>
              <w:t>0 Punkte bei Passung oder Budget</w:t>
            </w:r>
          </w:p>
        </w:tc>
        <w:tc>
          <w:tcPr>
            <w:tcW w:type="dxa" w:w="3324"/>
          </w:tcPr>
          <w:p>
            <w:r/>
            <w:r>
              <w:rPr>
                <w:rFonts w:ascii="Calibri" w:hAnsi="Calibri" w:cs="Calibri" w:eastAsia="Calibri"/>
                <w:b w:val="0"/>
                <w:color w:val="15131F"/>
                <w:sz w:val="19"/>
              </w:rPr>
              <w:t>Das Skript für die höfliche Absage nutzen und den Grund festhalten.</w:t>
            </w:r>
          </w:p>
        </w:tc>
      </w:tr>
    </w:tbl>
    <w:p/>
    <w:p>
      <w:pPr>
        <w:spacing w:after="80"/>
      </w:pPr>
      <w:r>
        <w:rPr>
          <w:rFonts w:ascii="Calibri" w:hAnsi="Calibri" w:cs="Calibri" w:eastAsia="Calibri"/>
          <w:b/>
          <w:color w:val="15131F"/>
          <w:sz w:val="30"/>
        </w:rPr>
        <w:t>Ausgefülltes Beispiel: Ein Website-Chat, der mit einem gebuchten Termin endet</w:t>
      </w:r>
    </w:p>
    <w:p>
      <w:pPr>
        <w:spacing w:after="160"/>
      </w:pPr>
      <w:r>
        <w:rPr>
          <w:rFonts w:ascii="Calibri" w:hAnsi="Calibri" w:cs="Calibri" w:eastAsia="Calibri"/>
          <w:b w:val="0"/>
          <w:color w:val="5D5A70"/>
          <w:sz w:val="21"/>
        </w:rPr>
        <w:t>Skript 1 im Einsatz bei einem fiktiven Renovierungsunternehmen, mit der Übergabenotiz und der Bewertung, die daraus entstehen.</w:t>
      </w:r>
    </w:p>
    <w:p>
      <w:pPr>
        <w:spacing w:after="60"/>
        <w:ind w:left="0"/>
      </w:pPr>
      <w:r>
        <w:rPr>
          <w:rFonts w:ascii="Calibri" w:hAnsi="Calibri" w:cs="Calibri" w:eastAsia="Calibri"/>
          <w:b/>
          <w:color w:val="6B3CF0"/>
          <w:sz w:val="21"/>
        </w:rPr>
        <w:t xml:space="preserve">Besucher: </w:t>
      </w:r>
      <w:r>
        <w:rPr>
          <w:rFonts w:ascii="Calibri" w:hAnsi="Calibri" w:cs="Calibri" w:eastAsia="Calibri"/>
          <w:b w:val="0"/>
          <w:color w:val="15131F"/>
          <w:sz w:val="21"/>
        </w:rPr>
        <w:t>Hallo, bauen Sie auch Küchen um?</w:t>
      </w:r>
    </w:p>
    <w:p>
      <w:pPr>
        <w:spacing w:after="60"/>
        <w:ind w:left="0"/>
      </w:pPr>
      <w:r>
        <w:rPr>
          <w:rFonts w:ascii="Calibri" w:hAnsi="Calibri" w:cs="Calibri" w:eastAsia="Calibri"/>
          <w:b/>
          <w:color w:val="6B3CF0"/>
          <w:sz w:val="21"/>
        </w:rPr>
        <w:t xml:space="preserve">Agent: </w:t>
      </w:r>
      <w:r>
        <w:rPr>
          <w:rFonts w:ascii="Calibri" w:hAnsi="Calibri" w:cs="Calibri" w:eastAsia="Calibri"/>
          <w:b w:val="0"/>
          <w:color w:val="15131F"/>
          <w:sz w:val="21"/>
        </w:rPr>
        <w:t>Hallo, danke für Ihre Nachricht an Northstar Renovations. Ja, Küchen machen den Großteil unserer Arbeit aus. Was möchten Sie an Ihrer Küche ändern?</w:t>
      </w:r>
    </w:p>
    <w:p>
      <w:pPr>
        <w:spacing w:after="60"/>
        <w:ind w:left="0"/>
      </w:pPr>
      <w:r>
        <w:rPr>
          <w:rFonts w:ascii="Calibri" w:hAnsi="Calibri" w:cs="Calibri" w:eastAsia="Calibri"/>
          <w:b/>
          <w:color w:val="6B3CF0"/>
          <w:sz w:val="21"/>
        </w:rPr>
        <w:t xml:space="preserve">Besucher: </w:t>
      </w:r>
      <w:r>
        <w:rPr>
          <w:rFonts w:ascii="Calibri" w:hAnsi="Calibri" w:cs="Calibri" w:eastAsia="Calibri"/>
          <w:b w:val="0"/>
          <w:color w:val="15131F"/>
          <w:sz w:val="21"/>
        </w:rPr>
        <w:t>Neue Schränke und Arbeitsplatten, und vielleicht die Spüle versetzen.</w:t>
      </w:r>
    </w:p>
    <w:p>
      <w:pPr>
        <w:spacing w:after="60"/>
        <w:ind w:left="0"/>
      </w:pPr>
      <w:r>
        <w:rPr>
          <w:rFonts w:ascii="Calibri" w:hAnsi="Calibri" w:cs="Calibri" w:eastAsia="Calibri"/>
          <w:b/>
          <w:color w:val="6B3CF0"/>
          <w:sz w:val="21"/>
        </w:rPr>
        <w:t xml:space="preserve">Agent: </w:t>
      </w:r>
      <w:r>
        <w:rPr>
          <w:rFonts w:ascii="Calibri" w:hAnsi="Calibri" w:cs="Calibri" w:eastAsia="Calibri"/>
          <w:b w:val="0"/>
          <w:color w:val="15131F"/>
          <w:sz w:val="21"/>
        </w:rPr>
        <w:t>Das klingt nach einem schönen Projekt. Wo steht das Haus? Wir arbeiten in Austin und den Orten in der Umgebung.</w:t>
      </w:r>
    </w:p>
    <w:p>
      <w:pPr>
        <w:spacing w:after="60"/>
        <w:ind w:left="0"/>
      </w:pPr>
      <w:r>
        <w:rPr>
          <w:rFonts w:ascii="Calibri" w:hAnsi="Calibri" w:cs="Calibri" w:eastAsia="Calibri"/>
          <w:b/>
          <w:color w:val="6B3CF0"/>
          <w:sz w:val="21"/>
        </w:rPr>
        <w:t xml:space="preserve">Besucher: </w:t>
      </w:r>
      <w:r>
        <w:rPr>
          <w:rFonts w:ascii="Calibri" w:hAnsi="Calibri" w:cs="Calibri" w:eastAsia="Calibri"/>
          <w:b w:val="0"/>
          <w:color w:val="15131F"/>
          <w:sz w:val="21"/>
        </w:rPr>
        <w:t>In Round Rock.</w:t>
      </w:r>
    </w:p>
    <w:p>
      <w:pPr>
        <w:spacing w:after="60"/>
        <w:ind w:left="0"/>
      </w:pPr>
      <w:r>
        <w:rPr>
          <w:rFonts w:ascii="Calibri" w:hAnsi="Calibri" w:cs="Calibri" w:eastAsia="Calibri"/>
          <w:b/>
          <w:color w:val="6B3CF0"/>
          <w:sz w:val="21"/>
        </w:rPr>
        <w:t xml:space="preserve">Agent: </w:t>
      </w:r>
      <w:r>
        <w:rPr>
          <w:rFonts w:ascii="Calibri" w:hAnsi="Calibri" w:cs="Calibri" w:eastAsia="Calibri"/>
          <w:b w:val="0"/>
          <w:color w:val="15131F"/>
          <w:sz w:val="21"/>
        </w:rPr>
        <w:t>Das liegt in unserem Gebiet. Wann möchten Sie starten?</w:t>
      </w:r>
    </w:p>
    <w:p>
      <w:pPr>
        <w:spacing w:after="60"/>
        <w:ind w:left="0"/>
      </w:pPr>
      <w:r>
        <w:rPr>
          <w:rFonts w:ascii="Calibri" w:hAnsi="Calibri" w:cs="Calibri" w:eastAsia="Calibri"/>
          <w:b/>
          <w:color w:val="6B3CF0"/>
          <w:sz w:val="21"/>
        </w:rPr>
        <w:t xml:space="preserve">Besucher: </w:t>
      </w:r>
      <w:r>
        <w:rPr>
          <w:rFonts w:ascii="Calibri" w:hAnsi="Calibri" w:cs="Calibri" w:eastAsia="Calibri"/>
          <w:b w:val="0"/>
          <w:color w:val="15131F"/>
          <w:sz w:val="21"/>
        </w:rPr>
        <w:t>Am liebsten im März.</w:t>
      </w:r>
    </w:p>
    <w:p>
      <w:pPr>
        <w:spacing w:after="60"/>
        <w:ind w:left="0"/>
      </w:pPr>
      <w:r>
        <w:rPr>
          <w:rFonts w:ascii="Calibri" w:hAnsi="Calibri" w:cs="Calibri" w:eastAsia="Calibri"/>
          <w:b/>
          <w:color w:val="6B3CF0"/>
          <w:sz w:val="21"/>
        </w:rPr>
        <w:t xml:space="preserve">Agent: </w:t>
      </w:r>
      <w:r>
        <w:rPr>
          <w:rFonts w:ascii="Calibri" w:hAnsi="Calibri" w:cs="Calibri" w:eastAsia="Calibri"/>
          <w:b w:val="0"/>
          <w:color w:val="15131F"/>
          <w:sz w:val="21"/>
        </w:rPr>
        <w:t>Küchenprojekte wie dieses kosten in der Regel 25.000 bis 45.000 $. Passt das zu Ihren Vorstellungen?</w:t>
      </w:r>
    </w:p>
    <w:p>
      <w:pPr>
        <w:spacing w:after="60"/>
        <w:ind w:left="0"/>
      </w:pPr>
      <w:r>
        <w:rPr>
          <w:rFonts w:ascii="Calibri" w:hAnsi="Calibri" w:cs="Calibri" w:eastAsia="Calibri"/>
          <w:b/>
          <w:color w:val="6B3CF0"/>
          <w:sz w:val="21"/>
        </w:rPr>
        <w:t xml:space="preserve">Besucher: </w:t>
      </w:r>
      <w:r>
        <w:rPr>
          <w:rFonts w:ascii="Calibri" w:hAnsi="Calibri" w:cs="Calibri" w:eastAsia="Calibri"/>
          <w:b w:val="0"/>
          <w:color w:val="15131F"/>
          <w:sz w:val="21"/>
        </w:rPr>
        <w:t>Ja, wir haben etwa 35.000 $ eingeplant.</w:t>
      </w:r>
    </w:p>
    <w:p>
      <w:pPr>
        <w:spacing w:after="60"/>
        <w:ind w:left="0"/>
      </w:pPr>
      <w:r>
        <w:rPr>
          <w:rFonts w:ascii="Calibri" w:hAnsi="Calibri" w:cs="Calibri" w:eastAsia="Calibri"/>
          <w:b/>
          <w:color w:val="6B3CF0"/>
          <w:sz w:val="21"/>
        </w:rPr>
        <w:t xml:space="preserve">Agent: </w:t>
      </w:r>
      <w:r>
        <w:rPr>
          <w:rFonts w:ascii="Calibri" w:hAnsi="Calibri" w:cs="Calibri" w:eastAsia="Calibri"/>
          <w:b w:val="0"/>
          <w:color w:val="15131F"/>
          <w:sz w:val="21"/>
        </w:rPr>
        <w:t>Entscheidet noch jemand mit?</w:t>
      </w:r>
    </w:p>
    <w:p>
      <w:pPr>
        <w:spacing w:after="60"/>
        <w:ind w:left="0"/>
      </w:pPr>
      <w:r>
        <w:rPr>
          <w:rFonts w:ascii="Calibri" w:hAnsi="Calibri" w:cs="Calibri" w:eastAsia="Calibri"/>
          <w:b/>
          <w:color w:val="6B3CF0"/>
          <w:sz w:val="21"/>
        </w:rPr>
        <w:t xml:space="preserve">Besucher: </w:t>
      </w:r>
      <w:r>
        <w:rPr>
          <w:rFonts w:ascii="Calibri" w:hAnsi="Calibri" w:cs="Calibri" w:eastAsia="Calibri"/>
          <w:b w:val="0"/>
          <w:color w:val="15131F"/>
          <w:sz w:val="21"/>
        </w:rPr>
        <w:t>Mein Mann. Er möchte beim Gespräch dabei sein.</w:t>
      </w:r>
    </w:p>
    <w:p>
      <w:pPr>
        <w:spacing w:after="60"/>
        <w:ind w:left="0"/>
      </w:pPr>
      <w:r>
        <w:rPr>
          <w:rFonts w:ascii="Calibri" w:hAnsi="Calibri" w:cs="Calibri" w:eastAsia="Calibri"/>
          <w:b/>
          <w:color w:val="6B3CF0"/>
          <w:sz w:val="21"/>
        </w:rPr>
        <w:t xml:space="preserve">Agent: </w:t>
      </w:r>
      <w:r>
        <w:rPr>
          <w:rFonts w:ascii="Calibri" w:hAnsi="Calibri" w:cs="Calibri" w:eastAsia="Calibri"/>
          <w:b w:val="0"/>
          <w:color w:val="15131F"/>
          <w:sz w:val="21"/>
        </w:rPr>
        <w:t>Perfekt. Der nächste Schritt ist ein kostenloses 30-minütiges Gespräch mit Dan, unserem Projektleiter. Hier ist der Buchungslink. An welche E-Mail-Adresse darf ich die Bestätigung senden?</w:t>
      </w:r>
    </w:p>
    <w:p>
      <w:pPr>
        <w:spacing w:after="60"/>
        <w:ind w:left="0"/>
      </w:pPr>
      <w:r>
        <w:rPr>
          <w:rFonts w:ascii="Calibri" w:hAnsi="Calibri" w:cs="Calibri" w:eastAsia="Calibri"/>
          <w:b/>
          <w:color w:val="6B3CF0"/>
          <w:sz w:val="21"/>
        </w:rPr>
        <w:t xml:space="preserve">Besucher: </w:t>
      </w:r>
      <w:r>
        <w:rPr>
          <w:rFonts w:ascii="Calibri" w:hAnsi="Calibri" w:cs="Calibri" w:eastAsia="Calibri"/>
          <w:b w:val="0"/>
          <w:color w:val="15131F"/>
          <w:sz w:val="21"/>
        </w:rPr>
        <w:t>Gebucht für Dienstag, 17:30 Uhr. Ich habe meine geschäftliche E-Mail angegeben.</w:t>
      </w:r>
    </w:p>
    <w:p>
      <w:pPr>
        <w:spacing w:after="80"/>
      </w:pPr>
    </w:p>
    <w:p>
      <w:pPr>
        <w:spacing w:after="60"/>
        <w:ind w:left="0"/>
      </w:pPr>
      <w:r>
        <w:rPr>
          <w:rFonts w:ascii="Calibri" w:hAnsi="Calibri" w:cs="Calibri" w:eastAsia="Calibri"/>
          <w:b/>
          <w:color w:val="6B3CF0"/>
          <w:sz w:val="21"/>
        </w:rPr>
        <w:t xml:space="preserve">Übergabenotiz: </w:t>
      </w:r>
      <w:r>
        <w:rPr>
          <w:rFonts w:ascii="Calibri" w:hAnsi="Calibri" w:cs="Calibri" w:eastAsia="Calibri"/>
          <w:b w:val="0"/>
          <w:color w:val="15131F"/>
          <w:sz w:val="21"/>
        </w:rPr>
        <w:t>Maria L., Hausbesitzerin in Round Rock. Möchte eine Küchenrenovierung: neue Schränke und Arbeitsplatten, eventuell Spüle versetzen. Start: März. Budget: etwa 35.000 $ (unsere Spanne 25.000 bis 45.000 $). Entscheidet: Maria und ihr Mann, beide beim Gespräch. Bewertung: 9/10, heiß. Nächster Schritt: Gespräch mit Dan, Dienstag 17:30 Uhr. Quelle: Website-Chat.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Kriterium</w:t>
            </w:r>
          </w:p>
        </w:tc>
        <w:tc>
          <w:tcPr>
            <w:tcW w:type="dxa" w:w="3324"/>
            <w:shd w:val="clear" w:color="auto" w:fill="EFE9FF"/>
          </w:tcPr>
          <w:p>
            <w:r/>
            <w:r>
              <w:rPr>
                <w:rFonts w:ascii="Calibri" w:hAnsi="Calibri" w:cs="Calibri" w:eastAsia="Calibri"/>
                <w:b/>
                <w:color w:val="15131F"/>
                <w:sz w:val="19"/>
              </w:rPr>
            </w:r>
          </w:p>
        </w:tc>
        <w:tc>
          <w:tcPr>
            <w:tcW w:type="dxa" w:w="3324"/>
            <w:shd w:val="clear" w:color="auto" w:fill="EFE9FF"/>
          </w:tcPr>
          <w:p>
            <w:r/>
            <w:r>
              <w:rPr>
                <w:rFonts w:ascii="Calibri" w:hAnsi="Calibri" w:cs="Calibri" w:eastAsia="Calibri"/>
                <w:b/>
                <w:color w:val="15131F"/>
                <w:sz w:val="19"/>
              </w:rPr>
              <w:t>Bewertung</w:t>
            </w:r>
          </w:p>
        </w:tc>
      </w:tr>
      <w:tr>
        <w:tc>
          <w:tcPr>
            <w:tcW w:type="dxa" w:w="3324"/>
          </w:tcPr>
          <w:p>
            <w:r/>
            <w:r>
              <w:rPr>
                <w:rFonts w:ascii="Calibri" w:hAnsi="Calibri" w:cs="Calibri" w:eastAsia="Calibri"/>
                <w:b/>
                <w:color w:val="15131F"/>
                <w:sz w:val="19"/>
              </w:rPr>
              <w:t>Bedarf</w:t>
            </w:r>
          </w:p>
        </w:tc>
        <w:tc>
          <w:tcPr>
            <w:tcW w:type="dxa" w:w="3324"/>
          </w:tcPr>
          <w:p>
            <w:r/>
            <w:r>
              <w:rPr>
                <w:rFonts w:ascii="Calibri" w:hAnsi="Calibri" w:cs="Calibri" w:eastAsia="Calibri"/>
                <w:b w:val="0"/>
                <w:color w:val="15131F"/>
                <w:sz w:val="19"/>
              </w:rPr>
              <w:t>Klares Problem, das wir lösen</w:t>
            </w:r>
          </w:p>
        </w:tc>
        <w:tc>
          <w:tcPr>
            <w:tcW w:type="dxa" w:w="3324"/>
          </w:tcPr>
          <w:p>
            <w:r/>
            <w:r>
              <w:rPr>
                <w:rFonts w:ascii="Calibri" w:hAnsi="Calibri" w:cs="Calibri" w:eastAsia="Calibri"/>
                <w:b w:val="0"/>
                <w:color w:val="15131F"/>
                <w:sz w:val="19"/>
              </w:rPr>
              <w:t>2/2</w:t>
            </w:r>
          </w:p>
        </w:tc>
      </w:tr>
      <w:tr>
        <w:tc>
          <w:tcPr>
            <w:tcW w:type="dxa" w:w="3324"/>
          </w:tcPr>
          <w:p>
            <w:r/>
            <w:r>
              <w:rPr>
                <w:rFonts w:ascii="Calibri" w:hAnsi="Calibri" w:cs="Calibri" w:eastAsia="Calibri"/>
                <w:b/>
                <w:color w:val="15131F"/>
                <w:sz w:val="19"/>
              </w:rPr>
              <w:t>Passung</w:t>
            </w:r>
          </w:p>
        </w:tc>
        <w:tc>
          <w:tcPr>
            <w:tcW w:type="dxa" w:w="3324"/>
          </w:tcPr>
          <w:p>
            <w:r/>
            <w:r>
              <w:rPr>
                <w:rFonts w:ascii="Calibri" w:hAnsi="Calibri" w:cs="Calibri" w:eastAsia="Calibri"/>
                <w:b w:val="0"/>
                <w:color w:val="15131F"/>
                <w:sz w:val="19"/>
              </w:rPr>
              <w:t>In unserem Gebiet und Leistungsumfang</w:t>
            </w:r>
          </w:p>
        </w:tc>
        <w:tc>
          <w:tcPr>
            <w:tcW w:type="dxa" w:w="3324"/>
          </w:tcPr>
          <w:p>
            <w:r/>
            <w:r>
              <w:rPr>
                <w:rFonts w:ascii="Calibri" w:hAnsi="Calibri" w:cs="Calibri" w:eastAsia="Calibri"/>
                <w:b w:val="0"/>
                <w:color w:val="15131F"/>
                <w:sz w:val="19"/>
              </w:rPr>
              <w:t>2/2</w:t>
            </w:r>
          </w:p>
        </w:tc>
      </w:tr>
      <w:tr>
        <w:tc>
          <w:tcPr>
            <w:tcW w:type="dxa" w:w="3324"/>
          </w:tcPr>
          <w:p>
            <w:r/>
            <w:r>
              <w:rPr>
                <w:rFonts w:ascii="Calibri" w:hAnsi="Calibri" w:cs="Calibri" w:eastAsia="Calibri"/>
                <w:b/>
                <w:color w:val="15131F"/>
                <w:sz w:val="19"/>
              </w:rPr>
              <w:t>Budget</w:t>
            </w:r>
          </w:p>
        </w:tc>
        <w:tc>
          <w:tcPr>
            <w:tcW w:type="dxa" w:w="3324"/>
          </w:tcPr>
          <w:p>
            <w:r/>
            <w:r>
              <w:rPr>
                <w:rFonts w:ascii="Calibri" w:hAnsi="Calibri" w:cs="Calibri" w:eastAsia="Calibri"/>
                <w:b w:val="0"/>
                <w:color w:val="15131F"/>
                <w:sz w:val="19"/>
              </w:rPr>
              <w:t>Passt zu unserer Preisspanne</w:t>
            </w:r>
          </w:p>
        </w:tc>
        <w:tc>
          <w:tcPr>
            <w:tcW w:type="dxa" w:w="3324"/>
          </w:tcPr>
          <w:p>
            <w:r/>
            <w:r>
              <w:rPr>
                <w:rFonts w:ascii="Calibri" w:hAnsi="Calibri" w:cs="Calibri" w:eastAsia="Calibri"/>
                <w:b w:val="0"/>
                <w:color w:val="15131F"/>
                <w:sz w:val="19"/>
              </w:rPr>
              <w:t>2/2</w:t>
            </w:r>
          </w:p>
        </w:tc>
      </w:tr>
      <w:tr>
        <w:tc>
          <w:tcPr>
            <w:tcW w:type="dxa" w:w="3324"/>
          </w:tcPr>
          <w:p>
            <w:r/>
            <w:r>
              <w:rPr>
                <w:rFonts w:ascii="Calibri" w:hAnsi="Calibri" w:cs="Calibri" w:eastAsia="Calibri"/>
                <w:b/>
                <w:color w:val="15131F"/>
                <w:sz w:val="19"/>
              </w:rPr>
              <w:t>Befugnis</w:t>
            </w:r>
          </w:p>
        </w:tc>
        <w:tc>
          <w:tcPr>
            <w:tcW w:type="dxa" w:w="3324"/>
          </w:tcPr>
          <w:p>
            <w:r/>
            <w:r>
              <w:rPr>
                <w:rFonts w:ascii="Calibri" w:hAnsi="Calibri" w:cs="Calibri" w:eastAsia="Calibri"/>
                <w:b w:val="0"/>
                <w:color w:val="15131F"/>
                <w:sz w:val="19"/>
              </w:rPr>
              <w:t>Beide Entscheider beim Gespräch</w:t>
            </w:r>
          </w:p>
        </w:tc>
        <w:tc>
          <w:tcPr>
            <w:tcW w:type="dxa" w:w="3324"/>
          </w:tcPr>
          <w:p>
            <w:r/>
            <w:r>
              <w:rPr>
                <w:rFonts w:ascii="Calibri" w:hAnsi="Calibri" w:cs="Calibri" w:eastAsia="Calibri"/>
                <w:b w:val="0"/>
                <w:color w:val="15131F"/>
                <w:sz w:val="19"/>
              </w:rPr>
              <w:t>2/2</w:t>
            </w:r>
          </w:p>
        </w:tc>
      </w:tr>
      <w:tr>
        <w:tc>
          <w:tcPr>
            <w:tcW w:type="dxa" w:w="3324"/>
          </w:tcPr>
          <w:p>
            <w:r/>
            <w:r>
              <w:rPr>
                <w:rFonts w:ascii="Calibri" w:hAnsi="Calibri" w:cs="Calibri" w:eastAsia="Calibri"/>
                <w:b/>
                <w:color w:val="15131F"/>
                <w:sz w:val="19"/>
              </w:rPr>
              <w:t>Zeitplan</w:t>
            </w:r>
          </w:p>
        </w:tc>
        <w:tc>
          <w:tcPr>
            <w:tcW w:type="dxa" w:w="3324"/>
          </w:tcPr>
          <w:p>
            <w:r/>
            <w:r>
              <w:rPr>
                <w:rFonts w:ascii="Calibri" w:hAnsi="Calibri" w:cs="Calibri" w:eastAsia="Calibri"/>
                <w:b w:val="0"/>
                <w:color w:val="15131F"/>
                <w:sz w:val="19"/>
              </w:rPr>
              <w:t>Start in etwa 5 Monaten</w:t>
            </w:r>
          </w:p>
        </w:tc>
        <w:tc>
          <w:tcPr>
            <w:tcW w:type="dxa" w:w="3324"/>
          </w:tcPr>
          <w:p>
            <w:r/>
            <w:r>
              <w:rPr>
                <w:rFonts w:ascii="Calibri" w:hAnsi="Calibri" w:cs="Calibri" w:eastAsia="Calibri"/>
                <w:b w:val="0"/>
                <w:color w:val="15131F"/>
                <w:sz w:val="19"/>
              </w:rPr>
              <w:t>1/2</w:t>
            </w:r>
          </w:p>
        </w:tc>
      </w:tr>
      <w:tr>
        <w:tc>
          <w:tcPr>
            <w:tcW w:type="dxa" w:w="3324"/>
          </w:tcPr>
          <w:p>
            <w:r/>
            <w:r>
              <w:rPr>
                <w:rFonts w:ascii="Calibri" w:hAnsi="Calibri" w:cs="Calibri" w:eastAsia="Calibri"/>
                <w:b/>
                <w:color w:val="15131F"/>
                <w:sz w:val="19"/>
              </w:rPr>
              <w:t>Gesamt</w:t>
            </w:r>
          </w:p>
        </w:tc>
        <w:tc>
          <w:tcPr>
            <w:tcW w:type="dxa" w:w="3324"/>
          </w:tcPr>
          <w:p>
            <w:r/>
            <w:r>
              <w:rPr>
                <w:rFonts w:ascii="Calibri" w:hAnsi="Calibri" w:cs="Calibri" w:eastAsia="Calibri"/>
                <w:b w:val="0"/>
                <w:color w:val="15131F"/>
                <w:sz w:val="19"/>
              </w:rPr>
              <w:t>Heiß: Termin jetzt buchen</w:t>
            </w:r>
          </w:p>
        </w:tc>
        <w:tc>
          <w:tcPr>
            <w:tcW w:type="dxa" w:w="3324"/>
          </w:tcPr>
          <w:p>
            <w:r/>
            <w:r>
              <w:rPr>
                <w:rFonts w:ascii="Calibri" w:hAnsi="Calibri" w:cs="Calibri" w:eastAsia="Calibri"/>
                <w:b w:val="0"/>
                <w:color w:val="15131F"/>
                <w:sz w:val="19"/>
              </w:rPr>
              <w:t>9/10</w:t>
            </w:r>
          </w:p>
        </w:tc>
      </w:tr>
    </w:tbl>
    <w:p/>
    <w:p>
      <w:pPr>
        <w:spacing w:after="120"/>
      </w:pPr>
      <w:r>
        <w:rPr>
          <w:rFonts w:ascii="Calibri" w:hAnsi="Calibri" w:cs="Calibri" w:eastAsia="Calibri"/>
          <w:b w:val="0"/>
          <w:color w:val="5D5A70"/>
          <w:sz w:val="18"/>
        </w:rPr>
        <w:t>Kostenlose Vorlage von CRMsoftware.pro. Kopieren, anpassen und in Ihrem Unternehmen nutzen.</w:t>
      </w:r>
    </w:p>
    <w:p>
      <w:pPr>
        <w:spacing w:after="120"/>
      </w:pPr>
      <w:r>
        <w:rPr>
          <w:rFonts w:ascii="Calibri" w:hAnsi="Calibri" w:cs="Calibri" w:eastAsia="Calibri"/>
          <w:b w:val="0"/>
          <w:color w:val="6B3CF0"/>
          <w:sz w:val="18"/>
        </w:rPr>
        <w:t>https://crmsoftware.pro/de/templates/lead-qualification-script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Skripte zur Lead-Qualifizierung</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