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E-Mail-Vorlagen bei Lieferverzögerung</w:t>
      </w:r>
    </w:p>
    <w:p>
      <w:pPr>
        <w:spacing w:after="80"/>
      </w:pPr>
      <w:r>
        <w:rPr>
          <w:rFonts w:ascii="Calibri" w:hAnsi="Calibri" w:cs="Calibri" w:eastAsia="Calibri"/>
          <w:b w:val="0"/>
          <w:color w:val="5D5A70"/>
          <w:sz w:val="22"/>
        </w:rPr>
        <w:t>Vorab-Info, bevor der Kunde fragt, Paketdienst verspätet, Wetter oder Zoll, Hinweis zum Lieferrückstand, Teillieferung, verloren oder nicht erhalten, Wo ist meine Bestellung, Kulanzgeste. Von CRMsoftware.pro.</w:t>
      </w:r>
    </w:p>
    <w:p>
      <w:pPr>
        <w:spacing w:after="280"/>
      </w:pPr>
      <w:r>
        <w:rPr>
          <w:rFonts w:ascii="Calibri" w:hAnsi="Calibri" w:cs="Calibri" w:eastAsia="Calibri"/>
          <w:b w:val="0"/>
          <w:color w:val="5D5A70"/>
          <w:sz w:val="21"/>
        </w:rPr>
        <w:t>Wählen Sie den Tab, der zu Ursache und Phase der Verzögerung passt, und ersetzen Sie jedes Wort in [Klammern]. Nennen Sie das Datum des Paketdiensts oder Lieferanten als deren Datum, Ihre nächste Rückmeldung mit Tag und Uhrzeit und Plan B mit Datum. Erfassen Sie jede verspätete Bestellung im Excel-Verzögerungsprotokoll an dem Tag, an dem Sie davon erfahren.</w:t>
      </w:r>
    </w:p>
    <w:p>
      <w:pPr>
        <w:spacing w:after="160"/>
      </w:pPr>
      <w:r>
        <w:rPr>
          <w:rFonts w:ascii="Calibri" w:hAnsi="Calibri" w:cs="Calibri" w:eastAsia="Calibri"/>
          <w:b/>
          <w:color w:val="15131F"/>
          <w:sz w:val="32"/>
        </w:rPr>
        <w:t>Die Vorlagen</w:t>
      </w:r>
    </w:p>
    <w:p>
      <w:pPr>
        <w:spacing w:after="60"/>
      </w:pPr>
      <w:r>
        <w:rPr>
          <w:rFonts w:ascii="Calibri" w:hAnsi="Calibri" w:cs="Calibri" w:eastAsia="Calibri"/>
          <w:b/>
          <w:color w:val="15131F"/>
          <w:sz w:val="28"/>
        </w:rPr>
        <w:t>1. E-Mail-Vorlage bei Lieferverzögerung: die Vorab-Info zuerst</w:t>
      </w:r>
    </w:p>
    <w:p>
      <w:pPr>
        <w:spacing w:after="80"/>
      </w:pPr>
      <w:r>
        <w:rPr>
          <w:rFonts w:ascii="Calibri" w:hAnsi="Calibri" w:cs="Calibri" w:eastAsia="Calibri"/>
          <w:b w:val="0"/>
          <w:color w:val="5D5A70"/>
          <w:sz w:val="20"/>
        </w:rPr>
        <w:t>Senden: Am selben Tag · Spätestens: Am zugesagten Datum · Plan B: Ersatz oder Erstattung, mit Datum</w:t>
      </w:r>
    </w:p>
    <w:p>
      <w:pPr>
        <w:spacing w:after="80"/>
      </w:pPr>
      <w:r>
        <w:rPr>
          <w:rFonts w:ascii="Calibri" w:hAnsi="Calibri" w:cs="Calibri" w:eastAsia="Calibri"/>
          <w:b w:val="0"/>
          <w:color w:val="15131F"/>
          <w:sz w:val="21"/>
        </w:rPr>
        <w:t>Nutzen Sie diese E-Mail-Vorlage bei Lieferverzögerung an dem Tag, an dem Sie erfahren, dass eine Bestellung den zugesagten Termin verpasst, und immer vor diesem Termin.</w:t>
      </w:r>
    </w:p>
    <w:p>
      <w:pPr>
        <w:spacing w:after="40"/>
      </w:pPr>
      <w:r>
        <w:rPr>
          <w:rFonts w:ascii="Calibri" w:hAnsi="Calibri" w:cs="Calibri" w:eastAsia="Calibri"/>
          <w:b/>
          <w:color w:val="6B3CF0"/>
          <w:sz w:val="21"/>
        </w:rPr>
        <w:t>Senden, sobald eines davon eintritt</w:t>
      </w:r>
    </w:p>
    <w:p>
      <w:pPr>
        <w:spacing w:after="40"/>
        <w:ind w:left="283"/>
      </w:pPr>
      <w:r>
        <w:rPr>
          <w:rFonts w:ascii="Calibri" w:hAnsi="Calibri" w:cs="Calibri" w:eastAsia="Calibri"/>
          <w:b w:val="0"/>
          <w:color w:val="15131F"/>
          <w:sz w:val="21"/>
        </w:rPr>
        <w:t>• Der Paketdienst meldet eine Verzögerung oder eine neue Schätzung, oder seit 2 Werktagen gab es keinen Scan in der Sendungsverfolgung.</w:t>
      </w:r>
    </w:p>
    <w:p>
      <w:pPr>
        <w:spacing w:after="40"/>
        <w:ind w:left="283"/>
      </w:pPr>
      <w:r>
        <w:rPr>
          <w:rFonts w:ascii="Calibri" w:hAnsi="Calibri" w:cs="Calibri" w:eastAsia="Calibri"/>
          <w:b w:val="0"/>
          <w:color w:val="15131F"/>
          <w:sz w:val="21"/>
        </w:rPr>
        <w:t>• Es ist der zugesagte Liefertag, und das Paket ist bis [10:00 Uhr] nicht in der Zustellung.</w:t>
      </w:r>
    </w:p>
    <w:p>
      <w:pPr>
        <w:spacing w:after="40"/>
        <w:ind w:left="283"/>
      </w:pPr>
      <w:r>
        <w:rPr>
          <w:rFonts w:ascii="Calibri" w:hAnsi="Calibri" w:cs="Calibri" w:eastAsia="Calibri"/>
          <w:b w:val="0"/>
          <w:color w:val="15131F"/>
          <w:sz w:val="21"/>
        </w:rPr>
        <w:t>• Sie können nicht bis zum zugesagten Versanddatum versenden: Senden Sie den Hinweis zum Lieferrückstand aus Tab 4, den die US-Regel verlangt.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Bestellung [Bestellnummer] kommt später als zugesagt: neue Schätzung [Datum]</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Ihre Bestellung [Bestellnummer] kommt nicht wie zugesagt bis [zugesagtes Datum] an. Das tut mir leid.</w:t>
        <w:br/>
        <w:br/>
        <w:t>Was ich weiß: Das Paket hat uns am [Versanddatum] verlassen, und [Paketdienst] zeigt es seit [Datum des letzten Scans] in [letzter Standort]. Die neue Schätzung des Paketdiensts ist [neues Datum].</w:t>
        <w:br/>
        <w:br/>
        <w:t>Wenn es bis [Stichtag] nicht angekommen ist, schicke ich Ihnen Ersatz per Express oder erstatte den vollen Betrag, ganz wie Sie möchten. Sie müssen jetzt nichts tun.</w:t>
        <w:br/>
        <w:br/>
        <w:t>Sendungsverfolgung: [Tracking-Link]</w:t>
        <w:br/>
        <w:t>Nächste Rückmeldung von mir: [Tag] bis [Uhrzeit], oder früher, wenn sich die Sendungsverfolgung ändert.</w:t>
        <w:br/>
        <w:br/>
        <w:t>[Ihr Name], [Firma]</w:t>
      </w:r>
    </w:p>
    <w:p>
      <w:pPr>
        <w:spacing w:after="60"/>
      </w:pPr>
      <w:r>
        <w:rPr>
          <w:rFonts w:ascii="Calibri" w:hAnsi="Calibri" w:cs="Calibri" w:eastAsia="Calibri"/>
          <w:b/>
          <w:color w:val="6B3CF0"/>
          <w:sz w:val="21"/>
        </w:rPr>
        <w:t xml:space="preserve">Versprechen Sie die Rückmeldung, nicht das Paket: </w:t>
      </w:r>
      <w:r>
        <w:rPr>
          <w:rFonts w:ascii="Calibri" w:hAnsi="Calibri" w:cs="Calibri" w:eastAsia="Calibri"/>
          <w:b w:val="0"/>
          <w:color w:val="5D5A70"/>
          <w:sz w:val="21"/>
        </w:rPr>
        <w:t>Nennen Sie das Datum des Paketdiensts als dessen Datum. Ihre eigenen Termine sind die nächste Rückmeldung und der Stichtag. Noch keine Schätzung vom Paketdienst? Sagen Sie das, und nennen Sie trotzdem den Termin der Rückmeldung.</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„Sollte bald ankommen“, Dem Paketdienst die Schuld geben und Schluss, Ein Datum, das der Paketdienst nicht genannt hat</w:t>
      </w:r>
    </w:p>
    <w:p>
      <w:pPr>
        <w:spacing w:after="160"/>
      </w:pPr>
    </w:p>
    <w:p>
      <w:pPr>
        <w:spacing w:after="60"/>
      </w:pPr>
      <w:r>
        <w:rPr>
          <w:rFonts w:ascii="Calibri" w:hAnsi="Calibri" w:cs="Calibri" w:eastAsia="Calibri"/>
          <w:b/>
          <w:color w:val="15131F"/>
          <w:sz w:val="28"/>
        </w:rPr>
        <w:t>2. Paketdienst verspätet: hängt unterwegs, Plan B mit Datum</w:t>
      </w:r>
    </w:p>
    <w:p>
      <w:pPr>
        <w:spacing w:after="80"/>
      </w:pPr>
      <w:r>
        <w:rPr>
          <w:rFonts w:ascii="Calibri" w:hAnsi="Calibri" w:cs="Calibri" w:eastAsia="Calibri"/>
          <w:b w:val="0"/>
          <w:color w:val="5D5A70"/>
          <w:sz w:val="20"/>
        </w:rPr>
        <w:t>Rückmeldung alle: 2 Werktage · Nachforschung: Wenn das neue Datum verstreicht · Stichtag: Ein Datum, das Sie notiert haben · Nicht Ihre Schuld, trotzdem Ihr Paket: In der EU bedeutet ein verlorenes Paket, dass der Verkäufer einen identischen Artikel schickt oder erstattet. In Großbritannien bleibt die Ware auf Risiko des Verkäufers, bis der Kunde sie hat. Schreiben Sie als die Person, die das Problem löst.</w:t>
      </w:r>
    </w:p>
    <w:p>
      <w:pPr>
        <w:spacing w:after="40"/>
      </w:pPr>
      <w:r>
        <w:rPr>
          <w:rFonts w:ascii="Calibri" w:hAnsi="Calibri" w:cs="Calibri" w:eastAsia="Calibri"/>
          <w:b/>
          <w:color w:val="6B3CF0"/>
          <w:sz w:val="21"/>
        </w:rPr>
        <w:t>Einsetzen, wenn</w:t>
      </w:r>
    </w:p>
    <w:p>
      <w:pPr>
        <w:spacing w:after="40"/>
        <w:ind w:left="283"/>
      </w:pPr>
      <w:r>
        <w:rPr>
          <w:rFonts w:ascii="Calibri" w:hAnsi="Calibri" w:cs="Calibri" w:eastAsia="Calibri"/>
          <w:b w:val="0"/>
          <w:color w:val="15131F"/>
          <w:sz w:val="21"/>
        </w:rPr>
        <w:t>• Die Bestellung ging pünktlich raus, aber die Sendungsverfolgung steht seit dem Paketzentrum oder Depot still oder zeigt „verzögert“ ohne Grund.</w:t>
      </w:r>
    </w:p>
    <w:p>
      <w:pPr>
        <w:spacing w:after="40"/>
        <w:ind w:left="283"/>
      </w:pPr>
      <w:r>
        <w:rPr>
          <w:rFonts w:ascii="Calibri" w:hAnsi="Calibri" w:cs="Calibri" w:eastAsia="Calibri"/>
          <w:b w:val="0"/>
          <w:color w:val="15131F"/>
          <w:sz w:val="21"/>
        </w:rPr>
        <w:t>• Sie haben die Vorab-Info gesendet, und das neue Datum des Paketdiensts ist verstrichen.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Bestellung [Bestellnummer]: noch bei [Paketdienst], und mein Plan bis [Stichtag]</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ein Zwischenstand zu Bestellung [Bestellnummer]. [Paketdienst] zeigt das Paket weiterhin in [Standort], letzter Scan am [Datum]. Ich habe heute einen Nachforschungsauftrag gestellt, Referenz [Referenz des Paketdiensts].</w:t>
        <w:br/>
        <w:br/>
        <w:t>Mein Plan: Wenn sich das Paket bis [Stichtag] nicht bewegt hat, schicke ich am [Datum] Ersatz per Express oder erstatte Ihnen den vollen Betrag, ganz wie Sie möchten. Antworten Sie mit „Ersatz“ oder „Erstattung“, und ich veranlasse es.</w:t>
        <w:br/>
        <w:br/>
        <w:t>Nächste Rückmeldung: [Tag] bis [Uhrzeit], auch wenn sich nichts geändert hat.</w:t>
        <w:br/>
        <w:br/>
        <w:t>[Ihr Name], [Firma]</w:t>
      </w:r>
    </w:p>
    <w:p>
      <w:pPr>
        <w:spacing w:after="60"/>
      </w:pPr>
      <w:r>
        <w:rPr>
          <w:rFonts w:ascii="Calibri" w:hAnsi="Calibri" w:cs="Calibri" w:eastAsia="Calibri"/>
          <w:b/>
          <w:color w:val="6B3CF0"/>
          <w:sz w:val="21"/>
        </w:rPr>
        <w:t xml:space="preserve">Chat-Version: </w:t>
      </w:r>
      <w:r>
        <w:rPr>
          <w:rFonts w:ascii="Calibri" w:hAnsi="Calibri" w:cs="Calibri" w:eastAsia="Calibri"/>
          <w:b w:val="0"/>
          <w:color w:val="15131F"/>
          <w:sz w:val="21"/>
        </w:rPr>
        <w:t>Bestellung [Bestellnummer] ist noch in [Standort], letzter Scan [Datum]. Ich habe heute einen Nachforschungsauftrag bei [Paketdienst] gestellt. Wenn sie sich bis [Stichtag] nicht bewegt hat, schicke ich Ersatz per Express oder erstatte den Betrag, Sie entscheiden. Nächste Rückmeldung hier [Tag] bis [Uhrzeit].</w:t>
      </w:r>
    </w:p>
    <w:p>
      <w:pPr>
        <w:spacing w:after="60"/>
      </w:pPr>
      <w:r>
        <w:rPr>
          <w:rFonts w:ascii="Calibri" w:hAnsi="Calibri" w:cs="Calibri" w:eastAsia="Calibri"/>
          <w:b/>
          <w:color w:val="6B3CF0"/>
          <w:sz w:val="21"/>
        </w:rPr>
        <w:t xml:space="preserve">Melden Sie sich am zugesagten Tag, auch ohne Neuigkeiten: </w:t>
      </w:r>
      <w:r>
        <w:rPr>
          <w:rFonts w:ascii="Calibri" w:hAnsi="Calibri" w:cs="Calibri" w:eastAsia="Calibri"/>
          <w:b w:val="0"/>
          <w:color w:val="5D5A70"/>
          <w:sz w:val="21"/>
        </w:rPr>
        <w:t>„Keine Änderung, ich bleibe dran, nächste Rückmeldung Donnerstag“ hält den Fall aus der Beschwerdeschleife. Alle 2 Werktage bis zur Zustellung.</w:t>
      </w:r>
    </w:p>
    <w:p>
      <w:pPr>
        <w:spacing w:after="160"/>
      </w:pPr>
    </w:p>
    <w:p>
      <w:pPr>
        <w:spacing w:after="60"/>
      </w:pPr>
      <w:r>
        <w:rPr>
          <w:rFonts w:ascii="Calibri" w:hAnsi="Calibri" w:cs="Calibri" w:eastAsia="Calibri"/>
          <w:b/>
          <w:color w:val="15131F"/>
          <w:sz w:val="28"/>
        </w:rPr>
        <w:t>3. E-Mail bei Wetter, Streik oder Zoll: die echten Termine</w:t>
      </w:r>
    </w:p>
    <w:p>
      <w:pPr>
        <w:spacing w:after="80"/>
      </w:pPr>
      <w:r>
        <w:rPr>
          <w:rFonts w:ascii="Calibri" w:hAnsi="Calibri" w:cs="Calibri" w:eastAsia="Calibri"/>
          <w:b w:val="0"/>
          <w:color w:val="5D5A70"/>
          <w:sz w:val="20"/>
        </w:rPr>
        <w:t>Ursache: In den Worten des Paketdiensts · Zoll: Erst Abgaben und Dokumente · Plan B: Ein zweites Paket über eine andere Route</w:t>
      </w:r>
    </w:p>
    <w:p>
      <w:pPr>
        <w:spacing w:after="40"/>
      </w:pPr>
      <w:r>
        <w:rPr>
          <w:rFonts w:ascii="Calibri" w:hAnsi="Calibri" w:cs="Calibri" w:eastAsia="Calibri"/>
          <w:b/>
          <w:color w:val="6B3CF0"/>
          <w:sz w:val="21"/>
        </w:rPr>
        <w:t>Einsetzen, wenn</w:t>
      </w:r>
    </w:p>
    <w:p>
      <w:pPr>
        <w:spacing w:after="40"/>
        <w:ind w:left="283"/>
      </w:pPr>
      <w:r>
        <w:rPr>
          <w:rFonts w:ascii="Calibri" w:hAnsi="Calibri" w:cs="Calibri" w:eastAsia="Calibri"/>
          <w:b w:val="0"/>
          <w:color w:val="15131F"/>
          <w:sz w:val="21"/>
        </w:rPr>
        <w:t>• Ein Sturm, ein Streik, eine Hafensperrung oder der Zoll hält das Paket auf, und der Paketdienst bestätigt das.</w:t>
      </w:r>
    </w:p>
    <w:p>
      <w:pPr>
        <w:spacing w:after="40"/>
        <w:ind w:left="283"/>
      </w:pPr>
      <w:r>
        <w:rPr>
          <w:rFonts w:ascii="Calibri" w:hAnsi="Calibri" w:cs="Calibri" w:eastAsia="Calibri"/>
          <w:b w:val="0"/>
          <w:color w:val="15131F"/>
          <w:sz w:val="21"/>
        </w:rPr>
        <w:t>• Beim Zoll: Der Kunde muss eventuell Abgaben zahlen oder ein Dokument schicken, bevor das Paket weitergeht.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Bestellung [Bestellnummer] hängt wegen [Ursache] fest: was wir wissen und Ihre Optionen</w:t>
      </w:r>
    </w:p>
    <w:p>
      <w:pPr>
        <w:spacing w:after="60"/>
      </w:pPr>
      <w:r>
        <w:rPr>
          <w:rFonts w:ascii="Calibri" w:hAnsi="Calibri" w:cs="Calibri" w:eastAsia="Calibri"/>
          <w:b/>
          <w:color w:val="6B3CF0"/>
          <w:sz w:val="21"/>
        </w:rPr>
        <w:t xml:space="preserve">E-Mail, Wetter oder Streik: </w:t>
      </w:r>
      <w:r>
        <w:rPr>
          <w:rFonts w:ascii="Calibri" w:hAnsi="Calibri" w:cs="Calibri" w:eastAsia="Calibri"/>
          <w:b w:val="0"/>
          <w:color w:val="15131F"/>
          <w:sz w:val="21"/>
        </w:rPr>
        <w:t>Hallo [Vorname],</w:t>
        <w:br/>
        <w:br/>
        <w:t>Bestellung [Bestellnummer] hängt wegen [Ursache, zum Beispiel dem Sturm im Nordosten] fest und kommt nicht bis [zugesagtes Datum] an. [Paketdienst] hat die Zustellung in [Gebiet] ausgesetzt und rechnet ab [Datum] wieder damit; die Schätzung lautet dann [neues Datum].</w:t>
        <w:br/>
        <w:br/>
        <w:t>Wenn Sie es früher brauchen, antworten Sie, und ich prüfe, ob ein zweites Paket über eine andere Route bis [Datum] bei Ihnen sein könnte. Wenn es bis [Stichtag] nicht angekommen ist, schicke ich Ersatz oder erstatte den Betrag, Sie entscheiden.</w:t>
        <w:br/>
        <w:br/>
        <w:t>Nächste Rückmeldung: [Tag] bis [Uhrzeit].</w:t>
        <w:br/>
        <w:br/>
        <w:t>[Ihr Name], [Firma]</w:t>
      </w:r>
    </w:p>
    <w:p>
      <w:pPr>
        <w:spacing w:after="60"/>
      </w:pPr>
      <w:r>
        <w:rPr>
          <w:rFonts w:ascii="Calibri" w:hAnsi="Calibri" w:cs="Calibri" w:eastAsia="Calibri"/>
          <w:b/>
          <w:color w:val="6B3CF0"/>
          <w:sz w:val="21"/>
        </w:rPr>
        <w:t xml:space="preserve">Beim Zoll festgehalten, der Kunde muss handeln: </w:t>
      </w:r>
      <w:r>
        <w:rPr>
          <w:rFonts w:ascii="Calibri" w:hAnsi="Calibri" w:cs="Calibri" w:eastAsia="Calibri"/>
          <w:b w:val="0"/>
          <w:color w:val="15131F"/>
          <w:sz w:val="21"/>
        </w:rPr>
        <w:t>Hallo [Vorname], Bestellung [Bestellnummer] wird vom Zoll in [Land] festgehalten. Der Zoll verlangt [die Abgaben / eine Kopie Ihres Ausweises], bevor er das Paket freigibt; hier ist der Link des Paketdiensts: [Link]. Wenn Sie die Abgaben lieber nicht zahlen möchten, antworten Sie, und ich lasse das Paket zurückschicken und erstatte die Ware [abzüglich Rückversand, wie in unserer Regelung]. [Ihr Name], [Firma]</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„Da können wir nichts machen“, Ein Neustart-Datum, das der Paketdienst nicht genannt hat, Abgaben, die der Kunde beim Kauf nicht erwartet hat</w:t>
      </w:r>
    </w:p>
    <w:p>
      <w:pPr>
        <w:spacing w:after="160"/>
      </w:pPr>
    </w:p>
    <w:p>
      <w:pPr>
        <w:spacing w:after="60"/>
      </w:pPr>
      <w:r>
        <w:rPr>
          <w:rFonts w:ascii="Calibri" w:hAnsi="Calibri" w:cs="Calibri" w:eastAsia="Calibri"/>
          <w:b/>
          <w:color w:val="15131F"/>
          <w:sz w:val="28"/>
        </w:rPr>
        <w:t>4. Lieferrückstand: neues Versanddatum oder volle Erstattung</w:t>
      </w:r>
    </w:p>
    <w:p>
      <w:pPr>
        <w:spacing w:after="80"/>
      </w:pPr>
      <w:r>
        <w:rPr>
          <w:rFonts w:ascii="Calibri" w:hAnsi="Calibri" w:cs="Calibri" w:eastAsia="Calibri"/>
          <w:b w:val="0"/>
          <w:color w:val="5D5A70"/>
          <w:sz w:val="20"/>
        </w:rPr>
        <w:t>Spätestens: Zugesagtes Versanddatum · Standard ohne Datum: 30 Tage: USA, EU, UK · Erstattung bei Storno, USA: 7 Werktage · Keine Rechtsberatung: Die US-Formulierung folgt 16 CFR Part 435; die Regeln für die EU und Großbritannien sind unten zusammengefasst. Ein Ersatzartikel braucht zuerst ein Ja: siehe die Antwortvorlagen für nicht vorrätige Artikel.</w:t>
      </w:r>
    </w:p>
    <w:p>
      <w:pPr>
        <w:spacing w:after="80"/>
      </w:pPr>
      <w:r>
        <w:rPr>
          <w:rFonts w:ascii="Calibri" w:hAnsi="Calibri" w:cs="Calibri" w:eastAsia="Calibri"/>
          <w:b w:val="0"/>
          <w:color w:val="15131F"/>
          <w:sz w:val="21"/>
        </w:rPr>
        <w:t>Sie können nicht bis zum zugesagten Datum versenden, oder nicht innerhalb von 30 Tagen, wenn Sie nichts zugesagt haben. In den USA verlangt die FTC-Regel für Bestellungen per Post, Internet und Telefon, dass Sie dem Kunden unaufgefordert und spätestens bis zu dieser Frist ein verbindliches neues Versanddatum nennen oder erklären, dass Sie keines nennen können, und ihm die Wahl lassen, mit voller Erstattung innerhalb von 7 Werktagen zu stornieren. Eine E-Mail gilt als Hinweis. In der EU und in Großbritannien sind 30 Tage ebenfalls die Standardfrist.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[Artikel] aus Bestellung [Bestellnummer] verzögert sich bis [neues Versanddatum]: warten oder mit voller Erstattung stornieren</w:t>
      </w:r>
    </w:p>
    <w:p>
      <w:pPr>
        <w:spacing w:after="60"/>
      </w:pPr>
      <w:r>
        <w:rPr>
          <w:rFonts w:ascii="Calibri" w:hAnsi="Calibri" w:cs="Calibri" w:eastAsia="Calibri"/>
          <w:b/>
          <w:color w:val="6B3CF0"/>
          <w:sz w:val="21"/>
        </w:rPr>
        <w:t xml:space="preserve">E-Mail, neues Versanddatum innerhalb von 30 Tagen: </w:t>
      </w:r>
      <w:r>
        <w:rPr>
          <w:rFonts w:ascii="Calibri" w:hAnsi="Calibri" w:cs="Calibri" w:eastAsia="Calibri"/>
          <w:b w:val="0"/>
          <w:color w:val="15131F"/>
          <w:sz w:val="21"/>
        </w:rPr>
        <w:t>Hallo [Vorname],</w:t>
        <w:br/>
        <w:br/>
        <w:t>es tut mir leid: [Artikel] aus Bestellung [Bestellnummer] ist im Lieferrückstand und wird nicht bis [zugesagtes Versanddatum] versandt. Unser Lieferant hat ein neues Versanddatum bestätigt: [neues Versanddatum]. Die Sendungsverfolgung schicke ich Ihnen an dem Tag, an dem das Paket rausgeht.</w:t>
        <w:br/>
        <w:br/>
        <w:t>Sie haben zwei Möglichkeiten:</w:t>
        <w:br/>
        <w:t>1. Auf das neue Datum warten. Sie müssen nicht antworten: Wenn wir vor dem Versand nichts von Ihnen hören, werten wir das als Ihr Einverständnis.</w:t>
        <w:br/>
        <w:t>2. Mit voller Erstattung von [Betrag] stornieren: Antworten Sie mit „stornieren“ oder klicken Sie auf [Storno-Link]. Wir erstatten innerhalb von 7 Werktagen auf die Karte, mit der Sie bezahlt haben.</w:t>
        <w:br/>
        <w:br/>
        <w:t>Wenn wir nicht bis [neues Versanddatum] versenden können, schreibe ich Ihnen vor diesem Tag noch einmal mit einer neuen Wahl.</w:t>
        <w:br/>
        <w:br/>
        <w:t>[Ihr Name], [Firma]</w:t>
      </w:r>
    </w:p>
    <w:p>
      <w:pPr>
        <w:spacing w:after="60"/>
      </w:pPr>
      <w:r>
        <w:rPr>
          <w:rFonts w:ascii="Calibri" w:hAnsi="Calibri" w:cs="Calibri" w:eastAsia="Calibri"/>
          <w:b/>
          <w:color w:val="6B3CF0"/>
          <w:sz w:val="21"/>
        </w:rPr>
        <w:t xml:space="preserve">Neues Datum mehr als 30 Tage entfernt oder unbekannt: </w:t>
      </w:r>
      <w:r>
        <w:rPr>
          <w:rFonts w:ascii="Calibri" w:hAnsi="Calibri" w:cs="Calibri" w:eastAsia="Calibri"/>
          <w:b w:val="0"/>
          <w:color w:val="15131F"/>
          <w:sz w:val="21"/>
        </w:rPr>
        <w:t>Hallo [Vorname], [Artikel] aus Bestellung [Bestellnummer] ist wegen [Grund] im Lieferrückstand, und ich kann Ihnen noch kein festes Versanddatum nennen. Sie können jederzeit vor dem Versand mit voller Erstattung von [Betrag] stornieren: Antworten Sie mit „stornieren“ oder klicken Sie auf [Storno-Link]. Wenn Sie nicht antworten und wir bis [zugesagtes Datum plus 30 Tage] nicht versandt haben, stornieren wir und erstatten Ihnen innerhalb von 7 Werktagen den vollen Betrag. Wenn Sie über dieses Datum hinaus warten möchten, antworten Sie mit „warten“. [Ihr Name], [Firma]</w:t>
      </w:r>
    </w:p>
    <w:p>
      <w:pPr>
        <w:spacing w:after="60"/>
      </w:pPr>
      <w:r>
        <w:rPr>
          <w:rFonts w:ascii="Calibri" w:hAnsi="Calibri" w:cs="Calibri" w:eastAsia="Calibri"/>
          <w:b/>
          <w:color w:val="6B3CF0"/>
          <w:sz w:val="21"/>
        </w:rPr>
        <w:t xml:space="preserve">Zweiter Hinweis, das neue Datum ist verstrichen: </w:t>
      </w:r>
      <w:r>
        <w:rPr>
          <w:rFonts w:ascii="Calibri" w:hAnsi="Calibri" w:cs="Calibri" w:eastAsia="Calibri"/>
          <w:b w:val="0"/>
          <w:color w:val="15131F"/>
          <w:sz w:val="21"/>
        </w:rPr>
        <w:t>Hallo [Vorname], ich hatte den Versand von [Artikel] bis [neues Versanddatum] zugesagt, und wir werden das nicht schaffen; der Lieferant nennt jetzt [noch neueres Datum]. Diesmal hält Schweigen die Bestellung nicht offen: Wenn Sie nicht bis [Datum] mit „warten“ antworten, storniere ich und erstatte [Betrag] innerhalb von 7 Werktagen in voller Höhe. [Ihr Name], [Firma]</w:t>
      </w:r>
    </w:p>
    <w:p>
      <w:pPr>
        <w:spacing w:after="40"/>
      </w:pPr>
      <w:r>
        <w:rPr>
          <w:rFonts w:ascii="Calibri" w:hAnsi="Calibri" w:cs="Calibri" w:eastAsia="Calibri"/>
          <w:b/>
          <w:color w:val="6B3CF0"/>
          <w:sz w:val="21"/>
        </w:rPr>
        <w:t>Regeln für den Hinweis, USA</w:t>
      </w:r>
    </w:p>
    <w:p>
      <w:pPr>
        <w:spacing w:after="40"/>
        <w:ind w:left="283"/>
      </w:pPr>
      <w:r>
        <w:rPr>
          <w:rFonts w:ascii="Calibri" w:hAnsi="Calibri" w:cs="Calibri" w:eastAsia="Calibri"/>
          <w:b w:val="0"/>
          <w:color w:val="15131F"/>
          <w:sz w:val="21"/>
        </w:rPr>
        <w:t>• Neues Datum bis zu 30 Tage später: Keine Antwort heißt, der Kunde wartet. Später oder unbekannt: Die Bestellung storniert sich am ursprünglichen Datum plus 30 Tage von selbst, es sei denn, der Kunde stimmt dem Warten zu, und er kann bis zum Versand jederzeit stornieren.</w:t>
      </w:r>
    </w:p>
    <w:p>
      <w:pPr>
        <w:spacing w:after="40"/>
        <w:ind w:left="283"/>
      </w:pPr>
      <w:r>
        <w:rPr>
          <w:rFonts w:ascii="Calibri" w:hAnsi="Calibri" w:cs="Calibri" w:eastAsia="Calibri"/>
          <w:b w:val="0"/>
          <w:color w:val="15131F"/>
          <w:sz w:val="21"/>
        </w:rPr>
        <w:t>• Zweiter Hinweis: Schweigen gilt nicht mehr als Zustimmung. Volle Erstattung innerhalb von 7 Werktagen; Guthaben zählt nicht.</w:t>
      </w:r>
    </w:p>
    <w:p>
      <w:pPr>
        <w:spacing w:after="160"/>
      </w:pPr>
    </w:p>
    <w:p>
      <w:pPr>
        <w:spacing w:after="60"/>
      </w:pPr>
      <w:r>
        <w:rPr>
          <w:rFonts w:ascii="Calibri" w:hAnsi="Calibri" w:cs="Calibri" w:eastAsia="Calibri"/>
          <w:b/>
          <w:color w:val="15131F"/>
          <w:sz w:val="28"/>
        </w:rPr>
        <w:t>5. Teillieferung: was raus ist, was noch kommt, kein Aufpreis</w:t>
      </w:r>
    </w:p>
    <w:p>
      <w:pPr>
        <w:spacing w:after="80"/>
      </w:pPr>
      <w:r>
        <w:rPr>
          <w:rFonts w:ascii="Calibri" w:hAnsi="Calibri" w:cs="Calibri" w:eastAsia="Calibri"/>
          <w:b w:val="0"/>
          <w:color w:val="5D5A70"/>
          <w:sz w:val="20"/>
        </w:rPr>
        <w:t>Aufteilen, wenn: 1 Artikel 3+ Tage zu spät · Zweites Paket: Auf Ihre Kosten · Verspäteter Artikel: Storno möglich, Erstattung</w:t>
      </w:r>
    </w:p>
    <w:p>
      <w:pPr>
        <w:spacing w:after="40"/>
      </w:pPr>
      <w:r>
        <w:rPr>
          <w:rFonts w:ascii="Calibri" w:hAnsi="Calibri" w:cs="Calibri" w:eastAsia="Calibri"/>
          <w:b/>
          <w:color w:val="6B3CF0"/>
          <w:sz w:val="21"/>
        </w:rPr>
        <w:t>Einsetzen, wenn</w:t>
      </w:r>
    </w:p>
    <w:p>
      <w:pPr>
        <w:spacing w:after="40"/>
        <w:ind w:left="283"/>
      </w:pPr>
      <w:r>
        <w:rPr>
          <w:rFonts w:ascii="Calibri" w:hAnsi="Calibri" w:cs="Calibri" w:eastAsia="Calibri"/>
          <w:b w:val="0"/>
          <w:color w:val="15131F"/>
          <w:sz w:val="21"/>
        </w:rPr>
        <w:t>• Der Großteil der Bestellung ist fertig, und ein Artikel verspätet sich um [3] oder mehr Werktage: Versenden Sie, was Sie haben, auf Ihre Kosten.</w:t>
      </w:r>
    </w:p>
    <w:p>
      <w:pPr>
        <w:spacing w:after="40"/>
        <w:ind w:left="283"/>
      </w:pPr>
      <w:r>
        <w:rPr>
          <w:rFonts w:ascii="Calibri" w:hAnsi="Calibri" w:cs="Calibri" w:eastAsia="Calibri"/>
          <w:b w:val="0"/>
          <w:color w:val="15131F"/>
          <w:sz w:val="21"/>
        </w:rPr>
        <w:t>• Fragen Sie vorher, wenn der Kunde pro Paket Zollabgaben zahlt oder die Artikel nur zusammen Sinn ergeben.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Ein Teil von Bestellung [Bestellnummer] geht heute raus; [Artikel] folgt am [Datum]</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damit Ihre ganze Bestellung nicht wegen eines Artikels wartet, haben wir Bestellung [Bestellnummer] in zwei Pakete aufgeteilt.</w:t>
        <w:br/>
        <w:br/>
        <w:t>Heute versandt: [Artikel]. Sendungsverfolgung: [Tracking-Link]. Voraussichtliche Zustellung: [Datum].</w:t>
        <w:br/>
        <w:t>Folgt noch: [Artikel], Versand am [Datum] mit eigener Versand-E-Mail.</w:t>
        <w:br/>
        <w:br/>
        <w:t>Für das zweite Paket fallen keine zusätzlichen Versandkosten an. Wenn Sie auf [Artikel] lieber nicht warten möchten, antworten Sie mit „stornieren“, und ich erstatte [Betrag] für diesen Artikel innerhalb von 7 Werktagen.</w:t>
        <w:br/>
        <w:br/>
        <w:t>[Ihr Name], [Firma]</w:t>
      </w:r>
    </w:p>
    <w:p>
      <w:pPr>
        <w:spacing w:after="60"/>
      </w:pPr>
      <w:r>
        <w:rPr>
          <w:rFonts w:ascii="Calibri" w:hAnsi="Calibri" w:cs="Calibri" w:eastAsia="Calibri"/>
          <w:b/>
          <w:color w:val="6B3CF0"/>
          <w:sz w:val="21"/>
        </w:rPr>
        <w:t xml:space="preserve">In beiden E-Mails und auf dem Lieferschein: </w:t>
      </w:r>
      <w:r>
        <w:rPr>
          <w:rFonts w:ascii="Calibri" w:hAnsi="Calibri" w:cs="Calibri" w:eastAsia="Calibri"/>
          <w:b w:val="0"/>
          <w:color w:val="5D5A70"/>
          <w:sz w:val="21"/>
        </w:rPr>
        <w:t>Paket 1 von 2, Was in welchem Paket ist, Das Datum von Paket 2</w:t>
      </w:r>
    </w:p>
    <w:p>
      <w:pPr>
        <w:spacing w:after="160"/>
      </w:pPr>
    </w:p>
    <w:p>
      <w:pPr>
        <w:spacing w:after="60"/>
      </w:pPr>
      <w:r>
        <w:rPr>
          <w:rFonts w:ascii="Calibri" w:hAnsi="Calibri" w:cs="Calibri" w:eastAsia="Calibri"/>
          <w:b/>
          <w:color w:val="15131F"/>
          <w:sz w:val="28"/>
        </w:rPr>
        <w:t>6. Unterwegs verloren oder zugestellt gemeldet: der Stichtag</w:t>
      </w:r>
    </w:p>
    <w:p>
      <w:pPr>
        <w:spacing w:after="80"/>
      </w:pPr>
      <w:r>
        <w:rPr>
          <w:rFonts w:ascii="Calibri" w:hAnsi="Calibri" w:cs="Calibri" w:eastAsia="Calibri"/>
          <w:b w:val="0"/>
          <w:color w:val="5D5A70"/>
          <w:sz w:val="20"/>
        </w:rPr>
        <w:t>Stichtag nach: 5 Werktagen · Zugestellt gemeldet: 2 Werktage, dann handeln · Wer entscheidet: Der Kunde: Ersatz oder Erstattung · Wer trägt das Risiko: In der EU bedeutet ein verlorenes Paket, dass der Verkäufer einen identischen Artikel schickt oder erstattet. In Großbritannien bleibt die Ware auf Risiko des Verkäufers, bis der Kunde sie hat. Erstatten Sie statt nachzusenden, wenn der Artikel ausverkauft ist, wenn ein zweites Warten seinen Termin verpassen würde oder wenn der Kunde es wünscht.</w:t>
      </w:r>
    </w:p>
    <w:p>
      <w:pPr>
        <w:spacing w:after="40"/>
      </w:pPr>
      <w:r>
        <w:rPr>
          <w:rFonts w:ascii="Calibri" w:hAnsi="Calibri" w:cs="Calibri" w:eastAsia="Calibri"/>
          <w:b/>
          <w:color w:val="6B3CF0"/>
          <w:sz w:val="21"/>
        </w:rPr>
        <w:t>Die Stichtagsregel</w:t>
      </w:r>
    </w:p>
    <w:p>
      <w:pPr>
        <w:spacing w:after="40"/>
      </w:pPr>
      <w:r>
        <w:rPr>
          <w:rFonts w:ascii="Calibri" w:hAnsi="Calibri" w:cs="Calibri" w:eastAsia="Calibri"/>
          <w:b w:val="0"/>
          <w:color w:val="15131F"/>
          <w:sz w:val="21"/>
        </w:rPr>
        <w:t>1. Tag 0: Die Schätzung des Paketdiensts verstreicht ohne Zustellung: Senden Sie die Vorab-Info oder einen Zwischenstand mit Stichtag.</w:t>
      </w:r>
    </w:p>
    <w:p>
      <w:pPr>
        <w:spacing w:after="40"/>
      </w:pPr>
      <w:r>
        <w:rPr>
          <w:rFonts w:ascii="Calibri" w:hAnsi="Calibri" w:cs="Calibri" w:eastAsia="Calibri"/>
          <w:b w:val="0"/>
          <w:color w:val="15131F"/>
          <w:sz w:val="21"/>
        </w:rPr>
        <w:t>2. Nachforschung: Kein Scan seit [5] Werktagen nach der Schätzung: Stellen Sie einen Nachforschungsauftrag beim Paketdienst und nennen Sie das Datum, ab dem Sie nicht mehr warten.</w:t>
      </w:r>
    </w:p>
    <w:p>
      <w:pPr>
        <w:spacing w:after="40"/>
      </w:pPr>
      <w:r>
        <w:rPr>
          <w:rFonts w:ascii="Calibri" w:hAnsi="Calibri" w:cs="Calibri" w:eastAsia="Calibri"/>
          <w:b w:val="0"/>
          <w:color w:val="15131F"/>
          <w:sz w:val="21"/>
        </w:rPr>
        <w:t>3. Stichtag: Nachforschung hin oder her: Sie schicken Ersatz per Express oder erstatten, der Kunde entscheidet. Die Reklamation beim Paketdienst ist Ihre Sache.</w:t>
      </w:r>
    </w:p>
    <w:p>
      <w:pPr>
        <w:spacing w:after="40"/>
      </w:pPr>
      <w:r>
        <w:rPr>
          <w:rFonts w:ascii="Calibri" w:hAnsi="Calibri" w:cs="Calibri" w:eastAsia="Calibri"/>
          <w:b w:val="0"/>
          <w:color w:val="15131F"/>
          <w:sz w:val="21"/>
        </w:rPr>
        <w:t>4. Zugestellt gemeldet, nicht erhalten: Übliche Ablageorte und Nachbarn prüfen, Nachforschung noch am selben Tag. Nach 2 Werktagen nicht gefunden: Ersatz oder Erstattung.</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Bestellung [Bestellnummer]: Ich schicke heute Ersatz</w:t>
      </w:r>
    </w:p>
    <w:p>
      <w:pPr>
        <w:spacing w:after="60"/>
      </w:pPr>
      <w:r>
        <w:rPr>
          <w:rFonts w:ascii="Calibri" w:hAnsi="Calibri" w:cs="Calibri" w:eastAsia="Calibri"/>
          <w:b/>
          <w:color w:val="6B3CF0"/>
          <w:sz w:val="21"/>
        </w:rPr>
        <w:t xml:space="preserve">E-Mail, unterwegs verloren: </w:t>
      </w:r>
      <w:r>
        <w:rPr>
          <w:rFonts w:ascii="Calibri" w:hAnsi="Calibri" w:cs="Calibri" w:eastAsia="Calibri"/>
          <w:b w:val="0"/>
          <w:color w:val="15131F"/>
          <w:sz w:val="21"/>
        </w:rPr>
        <w:t>Hallo [Vorname],</w:t>
        <w:br/>
        <w:br/>
        <w:t>Bestellung [Bestellnummer] hat sich seit [Datum des letzten Scans] nicht bewegt, und die Nachforschung bei [Paketdienst] hat sie bis zu dem Datum, das ich Ihnen genannt habe, nicht gefunden. Ich lasse Sie nicht länger warten.</w:t>
        <w:br/>
        <w:br/>
        <w:t>Ein Ersatz geht heute per Express raus. Sendungsverfolgung: [Tracking-Link], Zustellung voraussichtlich am [Datum]. Wenn Ihnen eine Erstattung von [Betrag] lieber ist, antworten Sie bis [Uhrzeit] mit „Erstattung“, und ich stoppe den Ersatz.</w:t>
        <w:br/>
        <w:br/>
        <w:t>Sollte das erste Paket später auftauchen, antworten Sie, und ich schicke Ihnen ein vorfrankiertes Rücksendeetikett.</w:t>
        <w:br/>
        <w:br/>
        <w:t>[Ihr Name], [Firma]</w:t>
      </w:r>
    </w:p>
    <w:p>
      <w:pPr>
        <w:spacing w:after="60"/>
      </w:pPr>
      <w:r>
        <w:rPr>
          <w:rFonts w:ascii="Calibri" w:hAnsi="Calibri" w:cs="Calibri" w:eastAsia="Calibri"/>
          <w:b/>
          <w:color w:val="6B3CF0"/>
          <w:sz w:val="21"/>
        </w:rPr>
        <w:t xml:space="preserve">Zugestellt gemeldet, nicht erhalten: </w:t>
      </w:r>
      <w:r>
        <w:rPr>
          <w:rFonts w:ascii="Calibri" w:hAnsi="Calibri" w:cs="Calibri" w:eastAsia="Calibri"/>
          <w:b w:val="0"/>
          <w:color w:val="15131F"/>
          <w:sz w:val="21"/>
        </w:rPr>
        <w:t>Hallo [Vorname], [Paketdienst] meldet Bestellung [Bestellnummer] am [Datum] um [Uhrzeit] als zugestellt [an der Haustür / in einer Paketstation]. Könnten Sie [die Veranda, den Briefkasten, einen Ablageort] prüfen und bei Nachbarn fragen? Ich habe heute einen Nachforschungsauftrag beim Paketdienst gestellt. Wenn es bis [Datum, 2 Werktage] nicht aufgetaucht ist, schicke ich Ersatz oder erstatte den Betrag, Sie entscheiden. [Ihr Name], [Firma]</w:t>
      </w:r>
    </w:p>
    <w:p>
      <w:pPr>
        <w:spacing w:after="160"/>
      </w:pPr>
    </w:p>
    <w:p>
      <w:pPr>
        <w:spacing w:after="60"/>
      </w:pPr>
      <w:r>
        <w:rPr>
          <w:rFonts w:ascii="Calibri" w:hAnsi="Calibri" w:cs="Calibri" w:eastAsia="Calibri"/>
          <w:b/>
          <w:color w:val="15131F"/>
          <w:sz w:val="28"/>
        </w:rPr>
        <w:t>7. „Wo ist meine Bestellung?“: Antwort per E-Mail und im Chat</w:t>
      </w:r>
    </w:p>
    <w:p>
      <w:pPr>
        <w:spacing w:after="80"/>
      </w:pPr>
      <w:r>
        <w:rPr>
          <w:rFonts w:ascii="Calibri" w:hAnsi="Calibri" w:cs="Calibri" w:eastAsia="Calibri"/>
          <w:b w:val="0"/>
          <w:color w:val="5D5A70"/>
          <w:sz w:val="20"/>
        </w:rPr>
        <w:t>Antworten innerhalb: 1 Stunde (Geschäftszeit) · Erfassen als: Kunde fragte zuerst · Noch nicht versandt: Tab 4, mit Entschuldigung</w:t>
      </w:r>
    </w:p>
    <w:p>
      <w:pPr>
        <w:spacing w:after="80"/>
      </w:pPr>
      <w:r>
        <w:rPr>
          <w:rFonts w:ascii="Calibri" w:hAnsi="Calibri" w:cs="Calibri" w:eastAsia="Calibri"/>
          <w:b w:val="0"/>
          <w:color w:val="15131F"/>
          <w:sz w:val="21"/>
        </w:rPr>
        <w:t>Der Kunde hat zuerst geschrieben, die Vorab-Info kommt also zu spät. Antworten Sie mit den Fakten, die Sie sehen, mit Plan B samt Datum und Ihrer nächsten Rückmeldung. Erfassen Sie den Fall dann als „Kunde fragte zuerst“.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Re: Bestellung [Bestellnummer]: wo sie ist und wie es weitergeht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für Ihre Nachricht, und entschuldigen Sie, dass sie nötig war. Bestellung [Bestellnummer] hat uns am [Versanddatum] verlassen, und [Paketdienst] zeigt sie in [Standort], letzter Scan am [Datum]. Die aktuelle Schätzung lautet [neues Datum].</w:t>
        <w:br/>
        <w:br/>
        <w:t>Wenn sie bis [Stichtag] nicht angekommen ist, schicke ich Ersatz per Express oder erstatte den Betrag, ganz wie Sie möchten. Nächste Rückmeldung von mir: [Tag] bis [Uhrzeit].</w:t>
        <w:br/>
        <w:br/>
        <w:t>Sendungsverfolgung: [Tracking-Link]</w:t>
        <w:br/>
        <w:br/>
        <w:t>[Ihr Name], [Firma]</w:t>
      </w:r>
    </w:p>
    <w:p>
      <w:pPr>
        <w:spacing w:after="60"/>
      </w:pPr>
      <w:r>
        <w:rPr>
          <w:rFonts w:ascii="Calibri" w:hAnsi="Calibri" w:cs="Calibri" w:eastAsia="Calibri"/>
          <w:b/>
          <w:color w:val="6B3CF0"/>
          <w:sz w:val="21"/>
        </w:rPr>
        <w:t xml:space="preserve">Chat-Antwort durch eine Person: </w:t>
      </w:r>
      <w:r>
        <w:rPr>
          <w:rFonts w:ascii="Calibri" w:hAnsi="Calibri" w:cs="Calibri" w:eastAsia="Calibri"/>
          <w:b w:val="0"/>
          <w:color w:val="15131F"/>
          <w:sz w:val="21"/>
        </w:rPr>
        <w:t>Ich prüfe Bestellung [Bestellnummer] gerade. Sie hat uns am [Versanddatum] verlassen; [Paketdienst] zeigt sie in [Standort], Schätzung [neues Datum]. Nicht bis [Stichtag] bei Ihnen: Ich schicke Ersatz oder erstatte den Betrag. Rückmeldung hier bis [Tag].</w:t>
      </w:r>
    </w:p>
    <w:p>
      <w:pPr>
        <w:spacing w:after="60"/>
      </w:pPr>
      <w:r>
        <w:rPr>
          <w:rFonts w:ascii="Calibri" w:hAnsi="Calibri" w:cs="Calibri" w:eastAsia="Calibri"/>
          <w:b/>
          <w:color w:val="6B3CF0"/>
          <w:sz w:val="21"/>
        </w:rPr>
        <w:t xml:space="preserve">Antwort in der Wissensdatenbank für den KI-Agenten: </w:t>
      </w:r>
      <w:r>
        <w:rPr>
          <w:rFonts w:ascii="Calibri" w:hAnsi="Calibri" w:cs="Calibri" w:eastAsia="Calibri"/>
          <w:b w:val="0"/>
          <w:color w:val="15131F"/>
          <w:sz w:val="21"/>
        </w:rPr>
        <w:t>Wo ist meine Bestellung? Dieser Chat kann die Sendungsverfolgung des Paketdiensts nicht live einsehen und rät deshalb kein Datum. Ihren Tracking-Link finden Sie in der Versand-E-Mail. Wenn die Schätzung des Paketdiensts verstrichen ist, schreiben Sie mit Ihrer Bestellnummer an [Support-E-Mail]: Eine Person prüft die Sendungsverfolgung und antwortet innerhalb von [1 Stunde zu Geschäftszeiten, Montag bis Freitag]. Wenn das Paket [5] Werktage nach der Schätzung des Paketdiensts nicht angekommen ist, schicken wir Ersatz per Express oder erstatten den Betrag, Sie entscheiden.</w:t>
      </w:r>
    </w:p>
    <w:p>
      <w:pPr>
        <w:spacing w:after="60"/>
      </w:pPr>
      <w:r>
        <w:rPr>
          <w:rFonts w:ascii="Calibri" w:hAnsi="Calibri" w:cs="Calibri" w:eastAsia="Calibri"/>
          <w:b/>
          <w:color w:val="6B3CF0"/>
          <w:sz w:val="21"/>
        </w:rPr>
        <w:t xml:space="preserve">Niemals in dieser Antwort: </w:t>
      </w:r>
      <w:r>
        <w:rPr>
          <w:rFonts w:ascii="Calibri" w:hAnsi="Calibri" w:cs="Calibri" w:eastAsia="Calibri"/>
          <w:b w:val="0"/>
          <w:color w:val="5D5A70"/>
          <w:sz w:val="21"/>
        </w:rPr>
        <w:t>„Bitte wenden Sie sich an den Paketdienst“, „Warten Sie noch ein paar Tage“, Ein geratenes Datum</w:t>
      </w:r>
    </w:p>
    <w:p>
      <w:pPr>
        <w:spacing w:after="160"/>
      </w:pPr>
    </w:p>
    <w:p>
      <w:pPr>
        <w:spacing w:after="60"/>
      </w:pPr>
      <w:r>
        <w:rPr>
          <w:rFonts w:ascii="Calibri" w:hAnsi="Calibri" w:cs="Calibri" w:eastAsia="Calibri"/>
          <w:b/>
          <w:color w:val="15131F"/>
          <w:sz w:val="28"/>
        </w:rPr>
        <w:t>8. Kulanzgeste nach verspäteter Lieferung: wann und wie viel</w:t>
      </w:r>
    </w:p>
    <w:p>
      <w:pPr>
        <w:spacing w:after="80"/>
      </w:pPr>
      <w:r>
        <w:rPr>
          <w:rFonts w:ascii="Calibri" w:hAnsi="Calibri" w:cs="Calibri" w:eastAsia="Calibri"/>
          <w:b w:val="0"/>
          <w:color w:val="5D5A70"/>
          <w:sz w:val="20"/>
        </w:rPr>
        <w:t>Versandkosten: Erstatten, am selben Tag · Zweite Verzögerung: Fester Betrag, gedeckelt · Wetter, Zoll: Keine Geste</w:t>
      </w:r>
    </w:p>
    <w:p>
      <w:pPr>
        <w:spacing w:after="40"/>
      </w:pPr>
      <w:r>
        <w:rPr>
          <w:rFonts w:ascii="Calibri" w:hAnsi="Calibri" w:cs="Calibri" w:eastAsia="Calibri"/>
          <w:b/>
          <w:color w:val="15131F"/>
          <w:sz w:val="22"/>
        </w:rPr>
        <w:t>8.1 Der Kunde hat für ein Tempo bezahlt, das Sie nicht geliefert haben</w:t>
      </w:r>
    </w:p>
    <w:p>
      <w:pPr>
        <w:spacing w:after="60"/>
      </w:pPr>
      <w:r>
        <w:rPr>
          <w:rFonts w:ascii="Calibri" w:hAnsi="Calibri" w:cs="Calibri" w:eastAsia="Calibri"/>
          <w:b/>
          <w:color w:val="6B3CF0"/>
          <w:sz w:val="21"/>
        </w:rPr>
        <w:t xml:space="preserve">Regel: </w:t>
      </w:r>
      <w:r>
        <w:rPr>
          <w:rFonts w:ascii="Calibri" w:hAnsi="Calibri" w:cs="Calibri" w:eastAsia="Calibri"/>
          <w:b w:val="0"/>
          <w:color w:val="5D5A70"/>
          <w:sz w:val="21"/>
        </w:rPr>
        <w:t>Erstatten Sie die Versandkosten an dem Tag, an dem Sie es wissen, ohne dass der Kunde fragt. Das ist der Preis für eine Leistung, die er nicht bekommen hat, kein Geschenk.</w:t>
      </w:r>
    </w:p>
    <w:p>
      <w:pPr>
        <w:spacing w:after="60"/>
      </w:pPr>
      <w:r>
        <w:rPr>
          <w:rFonts w:ascii="Calibri" w:hAnsi="Calibri" w:cs="Calibri" w:eastAsia="Calibri"/>
          <w:b/>
          <w:color w:val="6B3CF0"/>
          <w:sz w:val="21"/>
        </w:rPr>
        <w:t xml:space="preserve">Wie viel: </w:t>
      </w:r>
      <w:r>
        <w:rPr>
          <w:rFonts w:ascii="Calibri" w:hAnsi="Calibri" w:cs="Calibri" w:eastAsia="Calibri"/>
          <w:b w:val="0"/>
          <w:color w:val="5D5A70"/>
          <w:sz w:val="21"/>
        </w:rPr>
        <w:t>Die vollen Versandkosten, auf die Karte, mit der er bezahlt hat.</w:t>
      </w:r>
    </w:p>
    <w:p>
      <w:pPr>
        <w:spacing w:after="60"/>
      </w:pPr>
      <w:r>
        <w:rPr>
          <w:rFonts w:ascii="Calibri" w:hAnsi="Calibri" w:cs="Calibri" w:eastAsia="Calibri"/>
          <w:b/>
          <w:color w:val="6B3CF0"/>
          <w:sz w:val="21"/>
        </w:rPr>
        <w:t xml:space="preserve">Formulierung: </w:t>
      </w:r>
      <w:r>
        <w:rPr>
          <w:rFonts w:ascii="Calibri" w:hAnsi="Calibri" w:cs="Calibri" w:eastAsia="Calibri"/>
          <w:b w:val="0"/>
          <w:color w:val="15131F"/>
          <w:sz w:val="21"/>
        </w:rPr>
        <w:t>Ich habe Ihnen die [18 $] für den 2-Tage-Versand erstattet, da wir ihn nicht geliefert haben. Der Betrag erscheint innerhalb von [5 bis 10] Werktagen auf Ihrer Karte.</w:t>
      </w:r>
    </w:p>
    <w:p>
      <w:pPr>
        <w:spacing w:after="40"/>
      </w:pPr>
    </w:p>
    <w:p>
      <w:pPr>
        <w:spacing w:after="40"/>
      </w:pPr>
      <w:r>
        <w:rPr>
          <w:rFonts w:ascii="Calibri" w:hAnsi="Calibri" w:cs="Calibri" w:eastAsia="Calibri"/>
          <w:b/>
          <w:color w:val="15131F"/>
          <w:sz w:val="22"/>
        </w:rPr>
        <w:t>8.2 Eine zweite Verzögerung oder ein verpasster Termin, der wichtig war</w:t>
      </w:r>
    </w:p>
    <w:p>
      <w:pPr>
        <w:spacing w:after="60"/>
      </w:pPr>
      <w:r>
        <w:rPr>
          <w:rFonts w:ascii="Calibri" w:hAnsi="Calibri" w:cs="Calibri" w:eastAsia="Calibri"/>
          <w:b/>
          <w:color w:val="6B3CF0"/>
          <w:sz w:val="21"/>
        </w:rPr>
        <w:t xml:space="preserve">Regel: </w:t>
      </w:r>
      <w:r>
        <w:rPr>
          <w:rFonts w:ascii="Calibri" w:hAnsi="Calibri" w:cs="Calibri" w:eastAsia="Calibri"/>
          <w:b w:val="0"/>
          <w:color w:val="5D5A70"/>
          <w:sz w:val="21"/>
        </w:rPr>
        <w:t>Ihr eigenes neues Datum ist verstrichen, oder die Verzögerung hat den Kunden etwas gekostet, das Sie benennen können (eine Reise, eine Veranstaltung, ein Geschenk). Ein fester Betrag, nie ein Prozentrabatt auf eine künftige Bestellung.</w:t>
      </w:r>
    </w:p>
    <w:p>
      <w:pPr>
        <w:spacing w:after="60"/>
      </w:pPr>
      <w:r>
        <w:rPr>
          <w:rFonts w:ascii="Calibri" w:hAnsi="Calibri" w:cs="Calibri" w:eastAsia="Calibri"/>
          <w:b/>
          <w:color w:val="6B3CF0"/>
          <w:sz w:val="21"/>
        </w:rPr>
        <w:t xml:space="preserve">Wie viel: </w:t>
      </w:r>
      <w:r>
        <w:rPr>
          <w:rFonts w:ascii="Calibri" w:hAnsi="Calibri" w:cs="Calibri" w:eastAsia="Calibri"/>
          <w:b w:val="0"/>
          <w:color w:val="5D5A70"/>
          <w:sz w:val="21"/>
        </w:rPr>
        <w:t>Bis zu [10] % der Bestellung, maximal [25 $]. Mehr gibt der Inhaber frei.</w:t>
      </w:r>
    </w:p>
    <w:p>
      <w:pPr>
        <w:spacing w:after="60"/>
      </w:pPr>
      <w:r>
        <w:rPr>
          <w:rFonts w:ascii="Calibri" w:hAnsi="Calibri" w:cs="Calibri" w:eastAsia="Calibri"/>
          <w:b/>
          <w:color w:val="6B3CF0"/>
          <w:sz w:val="21"/>
        </w:rPr>
        <w:t xml:space="preserve">Formulierung: </w:t>
      </w:r>
      <w:r>
        <w:rPr>
          <w:rFonts w:ascii="Calibri" w:hAnsi="Calibri" w:cs="Calibri" w:eastAsia="Calibri"/>
          <w:b w:val="0"/>
          <w:color w:val="15131F"/>
          <w:sz w:val="21"/>
        </w:rPr>
        <w:t>Ich weiß, dass es für [Termin des Kunden] gedacht war. Ich habe Ihrem Konto [15 $] Guthaben gutgeschrieben: ohne Code, und es läuft nicht ab. Es tut mir leid, dass wir den Termin verpasst haben.</w:t>
      </w:r>
    </w:p>
    <w:p>
      <w:pPr>
        <w:spacing w:after="40"/>
      </w:pPr>
    </w:p>
    <w:p>
      <w:pPr>
        <w:spacing w:after="40"/>
      </w:pPr>
      <w:r>
        <w:rPr>
          <w:rFonts w:ascii="Calibri" w:hAnsi="Calibri" w:cs="Calibri" w:eastAsia="Calibri"/>
          <w:b/>
          <w:color w:val="15131F"/>
          <w:sz w:val="22"/>
        </w:rPr>
        <w:t>8.3 Wetter, Zoll oder ein Paket, das innerhalb Ihres Plans ankam</w:t>
      </w:r>
    </w:p>
    <w:p>
      <w:pPr>
        <w:spacing w:after="60"/>
      </w:pPr>
      <w:r>
        <w:rPr>
          <w:rFonts w:ascii="Calibri" w:hAnsi="Calibri" w:cs="Calibri" w:eastAsia="Calibri"/>
          <w:b/>
          <w:color w:val="6B3CF0"/>
          <w:sz w:val="21"/>
        </w:rPr>
        <w:t xml:space="preserve">Regel: </w:t>
      </w:r>
      <w:r>
        <w:rPr>
          <w:rFonts w:ascii="Calibri" w:hAnsi="Calibri" w:cs="Calibri" w:eastAsia="Calibri"/>
          <w:b w:val="0"/>
          <w:color w:val="5D5A70"/>
          <w:sz w:val="21"/>
        </w:rPr>
        <w:t>Keine Geste. Eine ehrliche Vorab-Info, eine eingehaltene Rückmeldung und ein zugestelltes Paket sind die Lösung. Ein Rabatt hier gewöhnt Kunden daran, für jede langsame Woche Geld zu erwarten.</w:t>
      </w:r>
    </w:p>
    <w:p>
      <w:pPr>
        <w:spacing w:after="60"/>
      </w:pPr>
      <w:r>
        <w:rPr>
          <w:rFonts w:ascii="Calibri" w:hAnsi="Calibri" w:cs="Calibri" w:eastAsia="Calibri"/>
          <w:b/>
          <w:color w:val="6B3CF0"/>
          <w:sz w:val="21"/>
        </w:rPr>
        <w:t xml:space="preserve">Stattdessen: </w:t>
      </w:r>
      <w:r>
        <w:rPr>
          <w:rFonts w:ascii="Calibri" w:hAnsi="Calibri" w:cs="Calibri" w:eastAsia="Calibri"/>
          <w:b w:val="0"/>
          <w:color w:val="5D5A70"/>
          <w:sz w:val="21"/>
        </w:rPr>
        <w:t>Ein kurzes Dankeschön nach der Zustellung: die Dankesmails.</w:t>
      </w:r>
    </w:p>
    <w:p>
      <w:pPr>
        <w:spacing w:after="60"/>
      </w:pPr>
      <w:r>
        <w:rPr>
          <w:rFonts w:ascii="Calibri" w:hAnsi="Calibri" w:cs="Calibri" w:eastAsia="Calibri"/>
          <w:b/>
          <w:color w:val="6B3CF0"/>
          <w:sz w:val="21"/>
        </w:rPr>
        <w:t xml:space="preserve">Formulierung: </w:t>
      </w:r>
      <w:r>
        <w:rPr>
          <w:rFonts w:ascii="Calibri" w:hAnsi="Calibri" w:cs="Calibri" w:eastAsia="Calibri"/>
          <w:b w:val="0"/>
          <w:color w:val="15131F"/>
          <w:sz w:val="21"/>
        </w:rPr>
        <w:t>Vielen Dank für Ihre Geduld, während der Paketdienst aufgeholt hat. Wenn mit der Bestellung etwas nicht stimmt, antworten Sie hier, und ich kümmere mich persönlich darum.</w:t>
      </w:r>
    </w:p>
    <w:p>
      <w:pPr>
        <w:spacing w:after="40"/>
      </w:pPr>
    </w:p>
    <w:p>
      <w:pPr>
        <w:spacing w:after="60"/>
      </w:pPr>
      <w:r>
        <w:rPr>
          <w:rFonts w:ascii="Calibri" w:hAnsi="Calibri" w:cs="Calibri" w:eastAsia="Calibri"/>
          <w:b/>
          <w:color w:val="6B3CF0"/>
          <w:sz w:val="21"/>
        </w:rPr>
        <w:t xml:space="preserve">Jede Geste erfassen: </w:t>
      </w:r>
      <w:r>
        <w:rPr>
          <w:rFonts w:ascii="Calibri" w:hAnsi="Calibri" w:cs="Calibri" w:eastAsia="Calibri"/>
          <w:b w:val="0"/>
          <w:color w:val="5D5A70"/>
          <w:sz w:val="21"/>
        </w:rPr>
        <w:t>Tragen Sie Betrag und Grund ins Verzögerungsprotokoll ein. Wenn eine Ursache den Großteil des Kulanzbudgets frisst, beheben Sie diese Ursache, statt jeden Monat dafür zu zahlen.</w:t>
      </w:r>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Ein Prozentrabatt auf die nächste Bestellung, Eine Geste statt der verlangten Erstattung, Eine Geste, die niemand erfasst hat</w:t>
      </w:r>
    </w:p>
    <w:p>
      <w:pPr>
        <w:spacing w:after="160"/>
      </w:pPr>
    </w:p>
    <w:p>
      <w:pPr>
        <w:spacing w:after="80"/>
      </w:pPr>
      <w:r>
        <w:rPr>
          <w:rFonts w:ascii="Calibri" w:hAnsi="Calibri" w:cs="Calibri" w:eastAsia="Calibri"/>
          <w:b/>
          <w:color w:val="15131F"/>
          <w:sz w:val="28"/>
        </w:rPr>
        <w:t>Beispiel: Ein 2-Tage-Paket, das eine Woche brauchte, geklärt, bevor der Kunde fragte</w:t>
      </w:r>
    </w:p>
    <w:p>
      <w:pPr>
        <w:spacing w:after="120"/>
      </w:pPr>
      <w:r>
        <w:rPr>
          <w:rFonts w:ascii="Calibri" w:hAnsi="Calibri" w:cs="Calibri" w:eastAsia="Calibri"/>
          <w:b w:val="0"/>
          <w:color w:val="5D5A70"/>
          <w:sz w:val="21"/>
        </w:rPr>
        <w:t>Sablewood Outdoor Gear, ein fiktiver Online-Shop für Camping- und Wanderausrüstung, nutzt diese E-Mail-Vorlagen bei Lieferverzögerung. Supportleiterin Hana Sorensen betreut Bestellung SW-31877 von Jerome Patterson: ein Zelt und eine Isomatte, 418 $ plus 18 $ für den 2-Tage-Versand, versandt am Montag, 5. Oktober 2026, zugesagt für Mittwoch, 7. Oktober.</w:t>
      </w:r>
    </w:p>
    <w:p>
      <w:pPr>
        <w:spacing w:after="60"/>
      </w:pPr>
      <w:r>
        <w:rPr>
          <w:rFonts w:ascii="Calibri" w:hAnsi="Calibri" w:cs="Calibri" w:eastAsia="Calibri"/>
          <w:b/>
          <w:color w:val="6B3CF0"/>
          <w:sz w:val="21"/>
        </w:rPr>
        <w:t xml:space="preserve">Hana (Support): </w:t>
      </w:r>
      <w:r>
        <w:rPr>
          <w:rFonts w:ascii="Calibri" w:hAnsi="Calibri" w:cs="Calibri" w:eastAsia="Calibri"/>
          <w:b w:val="0"/>
          <w:color w:val="15131F"/>
          <w:sz w:val="21"/>
        </w:rPr>
        <w:t>Mi., 7. Okt., 09:20 Uhr, E-Mail: Hallo Jerome, Ihre Bestellung SW-31877 kommt heute nicht wie zugesagt an. Das tut mir leid. Das Paket hat uns am Montag verlassen, und der Paketdienst zeigt es seit Dienstag, 03:40 Uhr, im regionalen Paketzentrum. Die neue Schätzung ist Freitag, 9. Oktober. Wenn es bis Montag, 12. Oktober, nicht angekommen ist, schicke ich Ihnen Ersatz per Express oder erstatte den vollen Betrag, ganz wie Sie möchten. Nächste Rückmeldung von mir: Freitag bis 17:00 Uhr, oder früher, wenn sich die Sendungsverfolgung ändert. Hana Sorensen, Sablewood Outdoor Gear</w:t>
      </w:r>
    </w:p>
    <w:p>
      <w:pPr>
        <w:spacing w:after="60"/>
      </w:pPr>
      <w:r>
        <w:rPr>
          <w:rFonts w:ascii="Calibri" w:hAnsi="Calibri" w:cs="Calibri" w:eastAsia="Calibri"/>
          <w:b/>
          <w:color w:val="6B3CF0"/>
          <w:sz w:val="21"/>
        </w:rPr>
        <w:t xml:space="preserve">Jerome (Kunde): </w:t>
      </w:r>
      <w:r>
        <w:rPr>
          <w:rFonts w:ascii="Calibri" w:hAnsi="Calibri" w:cs="Calibri" w:eastAsia="Calibri"/>
          <w:b w:val="0"/>
          <w:color w:val="15131F"/>
          <w:sz w:val="21"/>
        </w:rPr>
        <w:t>Mi., 7. Okt., 10:05 Uhr, E-Mail: Danke, dass Sie mir Bescheid gesagt haben, bevor ich nachfragen musste. Ich brauche das Zelt bis Freitag, 16. Oktober, am 17. fahre ich los.</w:t>
      </w:r>
    </w:p>
    <w:p>
      <w:pPr>
        <w:spacing w:after="60"/>
      </w:pPr>
      <w:r>
        <w:rPr>
          <w:rFonts w:ascii="Calibri" w:hAnsi="Calibri" w:cs="Calibri" w:eastAsia="Calibri"/>
          <w:b/>
          <w:color w:val="6B3CF0"/>
          <w:sz w:val="21"/>
        </w:rPr>
        <w:t xml:space="preserve">Hana (Support): </w:t>
      </w:r>
      <w:r>
        <w:rPr>
          <w:rFonts w:ascii="Calibri" w:hAnsi="Calibri" w:cs="Calibri" w:eastAsia="Calibri"/>
          <w:b w:val="0"/>
          <w:color w:val="15131F"/>
          <w:sz w:val="21"/>
        </w:rPr>
        <w:t>Mi., 7. Okt., 10:30 Uhr, E-Mail: Notiert, Freitag, 16. Oktober, ist der Termin, der zählt. Der Stichtag bleibt Montag, 12. Oktober: Wenn das Paket bis dahin nicht bei Ihnen ist, geht am Dienstag ein Ersatz per Express raus und kommt bis Donnerstag, 15. Oktober, an. Die 18 $ für den 2-Tage-Versand habe ich Ihnen außerdem erstattet, da wir ihn nicht geliefert haben.</w:t>
      </w:r>
    </w:p>
    <w:p>
      <w:pPr>
        <w:spacing w:after="60"/>
      </w:pPr>
      <w:r>
        <w:rPr>
          <w:rFonts w:ascii="Calibri" w:hAnsi="Calibri" w:cs="Calibri" w:eastAsia="Calibri"/>
          <w:b/>
          <w:color w:val="6B3CF0"/>
          <w:sz w:val="21"/>
        </w:rPr>
        <w:t xml:space="preserve">Hana (Support): </w:t>
      </w:r>
      <w:r>
        <w:rPr>
          <w:rFonts w:ascii="Calibri" w:hAnsi="Calibri" w:cs="Calibri" w:eastAsia="Calibri"/>
          <w:b w:val="0"/>
          <w:color w:val="15131F"/>
          <w:sz w:val="21"/>
        </w:rPr>
        <w:t>Fr., 9. Okt., 16:40 Uhr, E-Mail: Zwischenstand zu SW-31877: Das Paket hat das Paketzentrum heute Morgen verlassen, und der Paketdienst rechnet jetzt mit Montag, 12. Oktober. Der Plan bleibt gleich. Nächste Rückmeldung Montag bis 10:00 Uhr.</w:t>
      </w:r>
    </w:p>
    <w:p>
      <w:pPr>
        <w:spacing w:after="60"/>
      </w:pPr>
      <w:r>
        <w:rPr>
          <w:rFonts w:ascii="Calibri" w:hAnsi="Calibri" w:cs="Calibri" w:eastAsia="Calibri"/>
          <w:b/>
          <w:color w:val="6B3CF0"/>
          <w:sz w:val="21"/>
        </w:rPr>
        <w:t xml:space="preserve">Jerome (Kunde): </w:t>
      </w:r>
      <w:r>
        <w:rPr>
          <w:rFonts w:ascii="Calibri" w:hAnsi="Calibri" w:cs="Calibri" w:eastAsia="Calibri"/>
          <w:b w:val="0"/>
          <w:color w:val="15131F"/>
          <w:sz w:val="21"/>
        </w:rPr>
        <w:t>Sa., 10. Okt., 11:30 Uhr, Website-Chat: Hallo, gibt es Neuigkeiten zu Bestellung SW-31877? Die Sendungsverfolgung sagt immer noch Montag.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Dieser Chat kann die Sendungsverfolgung des Paketdiensts nicht live einsehen, deshalb rate ich kein Datum. Unsere Regel: Wenn ein Paket bis zum Stichtag aus Ihrer E-Mail von Hana nicht angekommen ist, schicken wir Ersatz per Express oder erstatten den Betrag, Sie entscheiden. Hana prüft die Sendungsverfolgung am Montagmorgen und schreibt Ihnen bis 10:00 Uhr. Soll ich ihr Ihre Nachricht weitergeben?</w:t>
      </w:r>
    </w:p>
    <w:p>
      <w:pPr>
        <w:spacing w:after="60"/>
      </w:pPr>
      <w:r>
        <w:rPr>
          <w:rFonts w:ascii="Calibri" w:hAnsi="Calibri" w:cs="Calibri" w:eastAsia="Calibri"/>
          <w:b/>
          <w:color w:val="6B3CF0"/>
          <w:sz w:val="21"/>
        </w:rPr>
        <w:t xml:space="preserve">Jerome (Kunde): </w:t>
      </w:r>
      <w:r>
        <w:rPr>
          <w:rFonts w:ascii="Calibri" w:hAnsi="Calibri" w:cs="Calibri" w:eastAsia="Calibri"/>
          <w:b w:val="0"/>
          <w:color w:val="15131F"/>
          <w:sz w:val="21"/>
        </w:rPr>
        <w:t>Ja, bitte.</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Erledigt. Ihre Nachricht und die Bestellnummer SW-31877 liegen bei Hana.</w:t>
      </w:r>
    </w:p>
    <w:p>
      <w:pPr>
        <w:spacing w:after="60"/>
      </w:pPr>
      <w:r>
        <w:rPr>
          <w:rFonts w:ascii="Calibri" w:hAnsi="Calibri" w:cs="Calibri" w:eastAsia="Calibri"/>
          <w:b/>
          <w:color w:val="6B3CF0"/>
          <w:sz w:val="21"/>
        </w:rPr>
        <w:t xml:space="preserve">Hana (Support): </w:t>
      </w:r>
      <w:r>
        <w:rPr>
          <w:rFonts w:ascii="Calibri" w:hAnsi="Calibri" w:cs="Calibri" w:eastAsia="Calibri"/>
          <w:b w:val="0"/>
          <w:color w:val="15131F"/>
          <w:sz w:val="21"/>
        </w:rPr>
        <w:t>Mo., 12. Okt., 09:10 Uhr, E-Mail: Gute Nachricht: SW-31877 wurde um 07:52 Uhr für die Zustellung gescannt. Wenn es bis heute Abend nicht bei Ihnen ist, geht morgen wie vereinbart der Ersatz per Express raus.</w:t>
      </w:r>
    </w:p>
    <w:p>
      <w:pPr>
        <w:spacing w:after="60"/>
      </w:pPr>
      <w:r>
        <w:rPr>
          <w:rFonts w:ascii="Calibri" w:hAnsi="Calibri" w:cs="Calibri" w:eastAsia="Calibri"/>
          <w:b/>
          <w:color w:val="6B3CF0"/>
          <w:sz w:val="21"/>
        </w:rPr>
        <w:t xml:space="preserve">Hana (Support): </w:t>
      </w:r>
      <w:r>
        <w:rPr>
          <w:rFonts w:ascii="Calibri" w:hAnsi="Calibri" w:cs="Calibri" w:eastAsia="Calibri"/>
          <w:b w:val="0"/>
          <w:color w:val="15131F"/>
          <w:sz w:val="21"/>
        </w:rPr>
        <w:t>Mo., 12. Okt., 17:30 Uhr, E-Mail: Laut Sendungsverfolgung wurde SW-31877 um 14:10 Uhr an Ihrer Haustür zugestellt. Könnten Sie mir bestätigen, dass alles gut angekommen ist? Vielen Dank für Ihre Geduld, und gute Reise.</w:t>
      </w:r>
    </w:p>
    <w:p>
      <w:pPr>
        <w:spacing w:after="60"/>
      </w:pPr>
      <w:r>
        <w:rPr>
          <w:rFonts w:ascii="Calibri" w:hAnsi="Calibri" w:cs="Calibri" w:eastAsia="Calibri"/>
          <w:b/>
          <w:color w:val="6B3CF0"/>
          <w:sz w:val="21"/>
        </w:rPr>
        <w:t xml:space="preserve">Jerome (Kunde): </w:t>
      </w:r>
      <w:r>
        <w:rPr>
          <w:rFonts w:ascii="Calibri" w:hAnsi="Calibri" w:cs="Calibri" w:eastAsia="Calibri"/>
          <w:b w:val="0"/>
          <w:color w:val="15131F"/>
          <w:sz w:val="21"/>
        </w:rPr>
        <w:t>Mo., 12. Okt., 18:05 Uhr, E-Mail: Ist da, alles gut. Danke, dass Sie mich auf dem Laufenden gehalten haben.</w:t>
      </w:r>
    </w:p>
    <w:p>
      <w:pPr>
        <w:spacing w:after="80"/>
      </w:pPr>
    </w:p>
    <w:p>
      <w:pPr>
        <w:spacing w:after="80"/>
      </w:pPr>
      <w:r>
        <w:rPr>
          <w:rFonts w:ascii="Calibri" w:hAnsi="Calibri" w:cs="Calibri" w:eastAsia="Calibri"/>
          <w:b/>
          <w:color w:val="15131F"/>
          <w:sz w:val="24"/>
        </w:rPr>
        <w:t>Verzögerungsprotokoll: SW-31877</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Bestellung</w:t>
            </w:r>
          </w:p>
        </w:tc>
        <w:tc>
          <w:tcPr>
            <w:tcW w:type="dxa" w:w="4986"/>
          </w:tcPr>
          <w:p>
            <w:r/>
            <w:r>
              <w:rPr>
                <w:rFonts w:ascii="Calibri" w:hAnsi="Calibri" w:cs="Calibri" w:eastAsia="Calibri"/>
                <w:b w:val="0"/>
                <w:color w:val="15131F"/>
                <w:sz w:val="19"/>
              </w:rPr>
              <w:t>SW-31877, Zelt und Isomatte, 418 $</w:t>
            </w:r>
          </w:p>
        </w:tc>
      </w:tr>
      <w:tr>
        <w:tc>
          <w:tcPr>
            <w:tcW w:type="dxa" w:w="4986"/>
          </w:tcPr>
          <w:p>
            <w:r/>
            <w:r>
              <w:rPr>
                <w:rFonts w:ascii="Calibri" w:hAnsi="Calibri" w:cs="Calibri" w:eastAsia="Calibri"/>
                <w:b/>
                <w:color w:val="15131F"/>
                <w:sz w:val="19"/>
              </w:rPr>
              <w:t>Paketdienst, Service</w:t>
            </w:r>
          </w:p>
        </w:tc>
        <w:tc>
          <w:tcPr>
            <w:tcW w:type="dxa" w:w="4986"/>
          </w:tcPr>
          <w:p>
            <w:r/>
            <w:r>
              <w:rPr>
                <w:rFonts w:ascii="Calibri" w:hAnsi="Calibri" w:cs="Calibri" w:eastAsia="Calibri"/>
                <w:b w:val="0"/>
                <w:color w:val="15131F"/>
                <w:sz w:val="19"/>
              </w:rPr>
              <w:t>Der Paketdienst, 2-Tage-Versand, 18 $</w:t>
            </w:r>
          </w:p>
        </w:tc>
      </w:tr>
      <w:tr>
        <w:tc>
          <w:tcPr>
            <w:tcW w:type="dxa" w:w="4986"/>
          </w:tcPr>
          <w:p>
            <w:r/>
            <w:r>
              <w:rPr>
                <w:rFonts w:ascii="Calibri" w:hAnsi="Calibri" w:cs="Calibri" w:eastAsia="Calibri"/>
                <w:b/>
                <w:color w:val="15131F"/>
                <w:sz w:val="19"/>
              </w:rPr>
              <w:t>Zugesagt</w:t>
            </w:r>
          </w:p>
        </w:tc>
        <w:tc>
          <w:tcPr>
            <w:tcW w:type="dxa" w:w="4986"/>
          </w:tcPr>
          <w:p>
            <w:r/>
            <w:r>
              <w:rPr>
                <w:rFonts w:ascii="Calibri" w:hAnsi="Calibri" w:cs="Calibri" w:eastAsia="Calibri"/>
                <w:b w:val="0"/>
                <w:color w:val="15131F"/>
                <w:sz w:val="19"/>
              </w:rPr>
              <w:t>Mi., 7. Okt.</w:t>
            </w:r>
          </w:p>
        </w:tc>
      </w:tr>
      <w:tr>
        <w:tc>
          <w:tcPr>
            <w:tcW w:type="dxa" w:w="4986"/>
          </w:tcPr>
          <w:p>
            <w:r/>
            <w:r>
              <w:rPr>
                <w:rFonts w:ascii="Calibri" w:hAnsi="Calibri" w:cs="Calibri" w:eastAsia="Calibri"/>
                <w:b/>
                <w:color w:val="15131F"/>
                <w:sz w:val="19"/>
              </w:rPr>
              <w:t>Ursache</w:t>
            </w:r>
          </w:p>
        </w:tc>
        <w:tc>
          <w:tcPr>
            <w:tcW w:type="dxa" w:w="4986"/>
          </w:tcPr>
          <w:p>
            <w:r/>
            <w:r>
              <w:rPr>
                <w:rFonts w:ascii="Calibri" w:hAnsi="Calibri" w:cs="Calibri" w:eastAsia="Calibri"/>
                <w:b w:val="0"/>
                <w:color w:val="15131F"/>
                <w:sz w:val="19"/>
              </w:rPr>
              <w:t>Paketdienst verspätet, im Paketzentrum hängen geblieben</w:t>
            </w:r>
          </w:p>
        </w:tc>
      </w:tr>
      <w:tr>
        <w:tc>
          <w:tcPr>
            <w:tcW w:type="dxa" w:w="4986"/>
          </w:tcPr>
          <w:p>
            <w:r/>
            <w:r>
              <w:rPr>
                <w:rFonts w:ascii="Calibri" w:hAnsi="Calibri" w:cs="Calibri" w:eastAsia="Calibri"/>
                <w:b/>
                <w:color w:val="15131F"/>
                <w:sz w:val="19"/>
              </w:rPr>
              <w:t>Vorab-Info gesendet</w:t>
            </w:r>
          </w:p>
        </w:tc>
        <w:tc>
          <w:tcPr>
            <w:tcW w:type="dxa" w:w="4986"/>
          </w:tcPr>
          <w:p>
            <w:r/>
            <w:r>
              <w:rPr>
                <w:rFonts w:ascii="Calibri" w:hAnsi="Calibri" w:cs="Calibri" w:eastAsia="Calibri"/>
                <w:b w:val="0"/>
                <w:color w:val="15131F"/>
                <w:sz w:val="19"/>
              </w:rPr>
              <w:t>Mi., 7. Okt., 09:20 Uhr, vor seiner Nachfrage</w:t>
            </w:r>
          </w:p>
        </w:tc>
      </w:tr>
      <w:tr>
        <w:tc>
          <w:tcPr>
            <w:tcW w:type="dxa" w:w="4986"/>
          </w:tcPr>
          <w:p>
            <w:r/>
            <w:r>
              <w:rPr>
                <w:rFonts w:ascii="Calibri" w:hAnsi="Calibri" w:cs="Calibri" w:eastAsia="Calibri"/>
                <w:b/>
                <w:color w:val="15131F"/>
                <w:sz w:val="19"/>
              </w:rPr>
              <w:t>Neues Datum</w:t>
            </w:r>
          </w:p>
        </w:tc>
        <w:tc>
          <w:tcPr>
            <w:tcW w:type="dxa" w:w="4986"/>
          </w:tcPr>
          <w:p>
            <w:r/>
            <w:r>
              <w:rPr>
                <w:rFonts w:ascii="Calibri" w:hAnsi="Calibri" w:cs="Calibri" w:eastAsia="Calibri"/>
                <w:b w:val="0"/>
                <w:color w:val="15131F"/>
                <w:sz w:val="19"/>
              </w:rPr>
              <w:t>Fr., 9. Okt., dann Mo., 12. Okt.</w:t>
            </w:r>
          </w:p>
        </w:tc>
      </w:tr>
      <w:tr>
        <w:tc>
          <w:tcPr>
            <w:tcW w:type="dxa" w:w="4986"/>
          </w:tcPr>
          <w:p>
            <w:r/>
            <w:r>
              <w:rPr>
                <w:rFonts w:ascii="Calibri" w:hAnsi="Calibri" w:cs="Calibri" w:eastAsia="Calibri"/>
                <w:b/>
                <w:color w:val="15131F"/>
                <w:sz w:val="19"/>
              </w:rPr>
              <w:t>Stichtag</w:t>
            </w:r>
          </w:p>
        </w:tc>
        <w:tc>
          <w:tcPr>
            <w:tcW w:type="dxa" w:w="4986"/>
          </w:tcPr>
          <w:p>
            <w:r/>
            <w:r>
              <w:rPr>
                <w:rFonts w:ascii="Calibri" w:hAnsi="Calibri" w:cs="Calibri" w:eastAsia="Calibri"/>
                <w:b w:val="0"/>
                <w:color w:val="15131F"/>
                <w:sz w:val="19"/>
              </w:rPr>
              <w:t>Mo., 12. Okt.</w:t>
            </w:r>
          </w:p>
        </w:tc>
      </w:tr>
      <w:tr>
        <w:tc>
          <w:tcPr>
            <w:tcW w:type="dxa" w:w="4986"/>
          </w:tcPr>
          <w:p>
            <w:r/>
            <w:r>
              <w:rPr>
                <w:rFonts w:ascii="Calibri" w:hAnsi="Calibri" w:cs="Calibri" w:eastAsia="Calibri"/>
                <w:b/>
                <w:color w:val="15131F"/>
                <w:sz w:val="19"/>
              </w:rPr>
              <w:t>Geste</w:t>
            </w:r>
          </w:p>
        </w:tc>
        <w:tc>
          <w:tcPr>
            <w:tcW w:type="dxa" w:w="4986"/>
          </w:tcPr>
          <w:p>
            <w:r/>
            <w:r>
              <w:rPr>
                <w:rFonts w:ascii="Calibri" w:hAnsi="Calibri" w:cs="Calibri" w:eastAsia="Calibri"/>
                <w:b w:val="0"/>
                <w:color w:val="15131F"/>
                <w:sz w:val="19"/>
              </w:rPr>
              <w:t>18 $ Versandkosten erstattet</w:t>
            </w:r>
          </w:p>
        </w:tc>
      </w:tr>
      <w:tr>
        <w:tc>
          <w:tcPr>
            <w:tcW w:type="dxa" w:w="4986"/>
          </w:tcPr>
          <w:p>
            <w:r/>
            <w:r>
              <w:rPr>
                <w:rFonts w:ascii="Calibri" w:hAnsi="Calibri" w:cs="Calibri" w:eastAsia="Calibri"/>
                <w:b/>
                <w:color w:val="15131F"/>
                <w:sz w:val="19"/>
              </w:rPr>
              <w:t>Ergebnis</w:t>
            </w:r>
          </w:p>
        </w:tc>
        <w:tc>
          <w:tcPr>
            <w:tcW w:type="dxa" w:w="4986"/>
          </w:tcPr>
          <w:p>
            <w:r/>
            <w:r>
              <w:rPr>
                <w:rFonts w:ascii="Calibri" w:hAnsi="Calibri" w:cs="Calibri" w:eastAsia="Calibri"/>
                <w:b w:val="0"/>
                <w:color w:val="15131F"/>
                <w:sz w:val="19"/>
              </w:rPr>
              <w:t>Zugestellt Mo., 12. Okt., 5 Tage zu spät</w:t>
            </w:r>
          </w:p>
        </w:tc>
      </w:tr>
    </w:tbl>
    <w:p/>
    <w:p>
      <w:pPr>
        <w:spacing w:after="80"/>
      </w:pPr>
      <w:r>
        <w:rPr>
          <w:rFonts w:ascii="Calibri" w:hAnsi="Calibri" w:cs="Calibri" w:eastAsia="Calibri"/>
          <w:b/>
          <w:color w:val="15131F"/>
          <w:sz w:val="24"/>
        </w:rPr>
        <w:t>Jede Nachricht, 7. bis 12. Oktober</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Wann</w:t>
            </w:r>
          </w:p>
        </w:tc>
        <w:tc>
          <w:tcPr>
            <w:tcW w:type="dxa" w:w="3324"/>
            <w:shd w:val="clear" w:color="auto" w:fill="EFE9FF"/>
          </w:tcPr>
          <w:p>
            <w:r/>
            <w:r>
              <w:rPr>
                <w:rFonts w:ascii="Calibri" w:hAnsi="Calibri" w:cs="Calibri" w:eastAsia="Calibri"/>
                <w:b/>
                <w:color w:val="15131F"/>
                <w:sz w:val="19"/>
              </w:rPr>
              <w:t>Nachricht</w:t>
            </w:r>
          </w:p>
        </w:tc>
        <w:tc>
          <w:tcPr>
            <w:tcW w:type="dxa" w:w="3324"/>
            <w:shd w:val="clear" w:color="auto" w:fill="EFE9FF"/>
          </w:tcPr>
          <w:p>
            <w:r/>
            <w:r>
              <w:rPr>
                <w:rFonts w:ascii="Calibri" w:hAnsi="Calibri" w:cs="Calibri" w:eastAsia="Calibri"/>
                <w:b/>
                <w:color w:val="15131F"/>
                <w:sz w:val="19"/>
              </w:rPr>
              <w:t>Kanal</w:t>
            </w:r>
          </w:p>
        </w:tc>
      </w:tr>
      <w:tr>
        <w:tc>
          <w:tcPr>
            <w:tcW w:type="dxa" w:w="3324"/>
          </w:tcPr>
          <w:p>
            <w:r/>
            <w:r>
              <w:rPr>
                <w:rFonts w:ascii="Calibri" w:hAnsi="Calibri" w:cs="Calibri" w:eastAsia="Calibri"/>
                <w:b w:val="0"/>
                <w:color w:val="15131F"/>
                <w:sz w:val="19"/>
              </w:rPr>
              <w:t>Mi., 7. Okt., 09:20 Uhr</w:t>
            </w:r>
          </w:p>
        </w:tc>
        <w:tc>
          <w:tcPr>
            <w:tcW w:type="dxa" w:w="3324"/>
          </w:tcPr>
          <w:p>
            <w:r/>
            <w:r>
              <w:rPr>
                <w:rFonts w:ascii="Calibri" w:hAnsi="Calibri" w:cs="Calibri" w:eastAsia="Calibri"/>
                <w:b w:val="0"/>
                <w:color w:val="15131F"/>
                <w:sz w:val="19"/>
              </w:rPr>
              <w:t>Vorab-Info, vor seiner Nachfrage</w:t>
            </w:r>
          </w:p>
        </w:tc>
        <w:tc>
          <w:tcPr>
            <w:tcW w:type="dxa" w:w="3324"/>
          </w:tcPr>
          <w:p>
            <w:r/>
            <w:r>
              <w:rPr>
                <w:rFonts w:ascii="Calibri" w:hAnsi="Calibri" w:cs="Calibri" w:eastAsia="Calibri"/>
                <w:b w:val="0"/>
                <w:color w:val="15131F"/>
                <w:sz w:val="19"/>
              </w:rPr>
              <w:t>E-Mail</w:t>
            </w:r>
          </w:p>
        </w:tc>
      </w:tr>
      <w:tr>
        <w:tc>
          <w:tcPr>
            <w:tcW w:type="dxa" w:w="3324"/>
          </w:tcPr>
          <w:p>
            <w:r/>
            <w:r>
              <w:rPr>
                <w:rFonts w:ascii="Calibri" w:hAnsi="Calibri" w:cs="Calibri" w:eastAsia="Calibri"/>
                <w:b w:val="0"/>
                <w:color w:val="15131F"/>
                <w:sz w:val="19"/>
              </w:rPr>
              <w:t>Mi., 7. Okt., 10:30 Uhr</w:t>
            </w:r>
          </w:p>
        </w:tc>
        <w:tc>
          <w:tcPr>
            <w:tcW w:type="dxa" w:w="3324"/>
          </w:tcPr>
          <w:p>
            <w:r/>
            <w:r>
              <w:rPr>
                <w:rFonts w:ascii="Calibri" w:hAnsi="Calibri" w:cs="Calibri" w:eastAsia="Calibri"/>
                <w:b w:val="0"/>
                <w:color w:val="15131F"/>
                <w:sz w:val="19"/>
              </w:rPr>
              <w:t>Sein Termin notiert, 18 $ erstattet</w:t>
            </w:r>
          </w:p>
        </w:tc>
        <w:tc>
          <w:tcPr>
            <w:tcW w:type="dxa" w:w="3324"/>
          </w:tcPr>
          <w:p>
            <w:r/>
            <w:r>
              <w:rPr>
                <w:rFonts w:ascii="Calibri" w:hAnsi="Calibri" w:cs="Calibri" w:eastAsia="Calibri"/>
                <w:b w:val="0"/>
                <w:color w:val="15131F"/>
                <w:sz w:val="19"/>
              </w:rPr>
              <w:t>E-Mail</w:t>
            </w:r>
          </w:p>
        </w:tc>
      </w:tr>
      <w:tr>
        <w:tc>
          <w:tcPr>
            <w:tcW w:type="dxa" w:w="3324"/>
          </w:tcPr>
          <w:p>
            <w:r/>
            <w:r>
              <w:rPr>
                <w:rFonts w:ascii="Calibri" w:hAnsi="Calibri" w:cs="Calibri" w:eastAsia="Calibri"/>
                <w:b w:val="0"/>
                <w:color w:val="15131F"/>
                <w:sz w:val="19"/>
              </w:rPr>
              <w:t>Fr., 9. Okt., 16:40 Uhr</w:t>
            </w:r>
          </w:p>
        </w:tc>
        <w:tc>
          <w:tcPr>
            <w:tcW w:type="dxa" w:w="3324"/>
          </w:tcPr>
          <w:p>
            <w:r/>
            <w:r>
              <w:rPr>
                <w:rFonts w:ascii="Calibri" w:hAnsi="Calibri" w:cs="Calibri" w:eastAsia="Calibri"/>
                <w:b w:val="0"/>
                <w:color w:val="15131F"/>
                <w:sz w:val="19"/>
              </w:rPr>
              <w:t>Wieder unterwegs, Mo., 12. Okt.</w:t>
            </w:r>
          </w:p>
        </w:tc>
        <w:tc>
          <w:tcPr>
            <w:tcW w:type="dxa" w:w="3324"/>
          </w:tcPr>
          <w:p>
            <w:r/>
            <w:r>
              <w:rPr>
                <w:rFonts w:ascii="Calibri" w:hAnsi="Calibri" w:cs="Calibri" w:eastAsia="Calibri"/>
                <w:b w:val="0"/>
                <w:color w:val="15131F"/>
                <w:sz w:val="19"/>
              </w:rPr>
              <w:t>E-Mail</w:t>
            </w:r>
          </w:p>
        </w:tc>
      </w:tr>
      <w:tr>
        <w:tc>
          <w:tcPr>
            <w:tcW w:type="dxa" w:w="3324"/>
          </w:tcPr>
          <w:p>
            <w:r/>
            <w:r>
              <w:rPr>
                <w:rFonts w:ascii="Calibri" w:hAnsi="Calibri" w:cs="Calibri" w:eastAsia="Calibri"/>
                <w:b w:val="0"/>
                <w:color w:val="15131F"/>
                <w:sz w:val="19"/>
              </w:rPr>
              <w:t>Sa., 10. Okt., 11:30 Uhr</w:t>
            </w:r>
          </w:p>
        </w:tc>
        <w:tc>
          <w:tcPr>
            <w:tcW w:type="dxa" w:w="3324"/>
          </w:tcPr>
          <w:p>
            <w:r/>
            <w:r>
              <w:rPr>
                <w:rFonts w:ascii="Calibri" w:hAnsi="Calibri" w:cs="Calibri" w:eastAsia="Calibri"/>
                <w:b w:val="0"/>
                <w:color w:val="15131F"/>
                <w:sz w:val="19"/>
              </w:rPr>
              <w:t>KI-Agent, an Hana übergeben</w:t>
            </w:r>
          </w:p>
        </w:tc>
        <w:tc>
          <w:tcPr>
            <w:tcW w:type="dxa" w:w="3324"/>
          </w:tcPr>
          <w:p>
            <w:r/>
            <w:r>
              <w:rPr>
                <w:rFonts w:ascii="Calibri" w:hAnsi="Calibri" w:cs="Calibri" w:eastAsia="Calibri"/>
                <w:b w:val="0"/>
                <w:color w:val="15131F"/>
                <w:sz w:val="19"/>
              </w:rPr>
              <w:t>Chat</w:t>
            </w:r>
          </w:p>
        </w:tc>
      </w:tr>
      <w:tr>
        <w:tc>
          <w:tcPr>
            <w:tcW w:type="dxa" w:w="3324"/>
          </w:tcPr>
          <w:p>
            <w:r/>
            <w:r>
              <w:rPr>
                <w:rFonts w:ascii="Calibri" w:hAnsi="Calibri" w:cs="Calibri" w:eastAsia="Calibri"/>
                <w:b w:val="0"/>
                <w:color w:val="15131F"/>
                <w:sz w:val="19"/>
              </w:rPr>
              <w:t>Mo., 12. Okt., 17:30 Uhr</w:t>
            </w:r>
          </w:p>
        </w:tc>
        <w:tc>
          <w:tcPr>
            <w:tcW w:type="dxa" w:w="3324"/>
          </w:tcPr>
          <w:p>
            <w:r/>
            <w:r>
              <w:rPr>
                <w:rFonts w:ascii="Calibri" w:hAnsi="Calibri" w:cs="Calibri" w:eastAsia="Calibri"/>
                <w:b w:val="0"/>
                <w:color w:val="15131F"/>
                <w:sz w:val="19"/>
              </w:rPr>
              <w:t>Zugestellt, abgeschlossen</w:t>
            </w:r>
          </w:p>
        </w:tc>
        <w:tc>
          <w:tcPr>
            <w:tcW w:type="dxa" w:w="3324"/>
          </w:tcPr>
          <w:p>
            <w:r/>
            <w:r>
              <w:rPr>
                <w:rFonts w:ascii="Calibri" w:hAnsi="Calibri" w:cs="Calibri" w:eastAsia="Calibri"/>
                <w:b w:val="0"/>
                <w:color w:val="15131F"/>
                <w:sz w:val="19"/>
              </w:rPr>
              <w:t>E-Mail</w:t>
            </w:r>
          </w:p>
        </w:tc>
      </w:tr>
    </w:tbl>
    <w:p/>
    <w:p>
      <w:pPr>
        <w:spacing w:after="80"/>
      </w:pPr>
      <w:r>
        <w:rPr>
          <w:rFonts w:ascii="Calibri" w:hAnsi="Calibri" w:cs="Calibri" w:eastAsia="Calibri"/>
          <w:b/>
          <w:color w:val="15131F"/>
          <w:sz w:val="24"/>
        </w:rPr>
        <w:t>In CRMsoftware.pro am 12. Oktober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Live-Support</w:t>
            </w:r>
          </w:p>
        </w:tc>
        <w:tc>
          <w:tcPr>
            <w:tcW w:type="dxa" w:w="4986"/>
          </w:tcPr>
          <w:p>
            <w:r/>
            <w:r>
              <w:rPr>
                <w:rFonts w:ascii="Calibri" w:hAnsi="Calibri" w:cs="Calibri" w:eastAsia="Calibri"/>
                <w:b w:val="0"/>
                <w:color w:val="15131F"/>
                <w:sz w:val="19"/>
              </w:rPr>
              <w:t>Chat vom Sa., 10. Okt.: „Wartet auf Agent“, übernommen Mo., 09:05 Uhr, erledigt Mo., 18:10 Uhr</w:t>
            </w:r>
          </w:p>
        </w:tc>
      </w:tr>
      <w:tr>
        <w:tc>
          <w:tcPr>
            <w:tcW w:type="dxa" w:w="4986"/>
          </w:tcPr>
          <w:p>
            <w:r/>
            <w:r>
              <w:rPr>
                <w:rFonts w:ascii="Calibri" w:hAnsi="Calibri" w:cs="Calibri" w:eastAsia="Calibri"/>
                <w:b/>
                <w:color w:val="15131F"/>
                <w:sz w:val="19"/>
              </w:rPr>
              <w:t>Konversations-Tag</w:t>
            </w:r>
          </w:p>
        </w:tc>
        <w:tc>
          <w:tcPr>
            <w:tcW w:type="dxa" w:w="4986"/>
          </w:tcPr>
          <w:p>
            <w:r/>
            <w:r>
              <w:rPr>
                <w:rFonts w:ascii="Calibri" w:hAnsi="Calibri" w:cs="Calibri" w:eastAsia="Calibri"/>
                <w:b w:val="0"/>
                <w:color w:val="15131F"/>
                <w:sz w:val="19"/>
              </w:rPr>
              <w:t>shipping-delay</w:t>
            </w:r>
          </w:p>
        </w:tc>
      </w:tr>
      <w:tr>
        <w:tc>
          <w:tcPr>
            <w:tcW w:type="dxa" w:w="4986"/>
          </w:tcPr>
          <w:p>
            <w:r/>
            <w:r>
              <w:rPr>
                <w:rFonts w:ascii="Calibri" w:hAnsi="Calibri" w:cs="Calibri" w:eastAsia="Calibri"/>
                <w:b/>
                <w:color w:val="15131F"/>
                <w:sz w:val="19"/>
              </w:rPr>
              <w:t>Anmerkungen beim Kontakt</w:t>
            </w:r>
          </w:p>
        </w:tc>
        <w:tc>
          <w:tcPr>
            <w:tcW w:type="dxa" w:w="4986"/>
          </w:tcPr>
          <w:p>
            <w:r/>
            <w:r>
              <w:rPr>
                <w:rFonts w:ascii="Calibri" w:hAnsi="Calibri" w:cs="Calibri" w:eastAsia="Calibri"/>
                <w:b w:val="0"/>
                <w:color w:val="15131F"/>
                <w:sz w:val="19"/>
              </w:rPr>
              <w:t>SW-31877: 6. bis 9. Okt. im Paketzentrum; 18 $ Versand erstattet; zugestellt 12. Okt.</w:t>
            </w:r>
          </w:p>
        </w:tc>
      </w:tr>
      <w:tr>
        <w:tc>
          <w:tcPr>
            <w:tcW w:type="dxa" w:w="4986"/>
          </w:tcPr>
          <w:p>
            <w:r/>
            <w:r>
              <w:rPr>
                <w:rFonts w:ascii="Calibri" w:hAnsi="Calibri" w:cs="Calibri" w:eastAsia="Calibri"/>
                <w:b/>
                <w:color w:val="15131F"/>
                <w:sz w:val="19"/>
              </w:rPr>
              <w:t>Aufgaben</w:t>
            </w:r>
          </w:p>
        </w:tc>
        <w:tc>
          <w:tcPr>
            <w:tcW w:type="dxa" w:w="4986"/>
          </w:tcPr>
          <w:p>
            <w:r/>
            <w:r>
              <w:rPr>
                <w:rFonts w:ascii="Calibri" w:hAnsi="Calibri" w:cs="Calibri" w:eastAsia="Calibri"/>
                <w:b w:val="0"/>
                <w:color w:val="15131F"/>
                <w:sz w:val="19"/>
              </w:rPr>
              <w:t>Sendungsverfolgung SW-31877 prüfen, Deadline Mo., 12. Okt., 09:00 Uhr, erledigt</w:t>
            </w:r>
          </w:p>
        </w:tc>
      </w:tr>
      <w:tr>
        <w:tc>
          <w:tcPr>
            <w:tcW w:type="dxa" w:w="4986"/>
          </w:tcPr>
          <w:p>
            <w:r/>
            <w:r>
              <w:rPr>
                <w:rFonts w:ascii="Calibri" w:hAnsi="Calibri" w:cs="Calibri" w:eastAsia="Calibri"/>
                <w:b/>
                <w:color w:val="15131F"/>
                <w:sz w:val="19"/>
              </w:rPr>
              <w:t>Gespeicherte Antwort genutzt</w:t>
            </w:r>
          </w:p>
        </w:tc>
        <w:tc>
          <w:tcPr>
            <w:tcW w:type="dxa" w:w="4986"/>
          </w:tcPr>
          <w:p>
            <w:r/>
            <w:r>
              <w:rPr>
                <w:rFonts w:ascii="Calibri" w:hAnsi="Calibri" w:cs="Calibri" w:eastAsia="Calibri"/>
                <w:b w:val="0"/>
                <w:color w:val="15131F"/>
                <w:sz w:val="19"/>
              </w:rPr>
              <w:t>/delay (ab Growth)</w:t>
            </w:r>
          </w:p>
        </w:tc>
      </w:tr>
    </w:tbl>
    <w:p/>
    <w:p>
      <w:pPr>
        <w:spacing w:after="240"/>
      </w:pPr>
      <w:r>
        <w:rPr>
          <w:rFonts w:ascii="Calibri" w:hAnsi="Calibri" w:cs="Calibri" w:eastAsia="Calibri"/>
          <w:b w:val="0"/>
          <w:color w:val="5D5A70"/>
          <w:sz w:val="18"/>
        </w:rPr>
        <w:t>Fiktiver Shop und fiktiver Kunde</w:t>
      </w:r>
    </w:p>
    <w:p>
      <w:pPr>
        <w:spacing w:after="80"/>
      </w:pPr>
      <w:r>
        <w:rPr>
          <w:rFonts w:ascii="Calibri" w:hAnsi="Calibri" w:cs="Calibri" w:eastAsia="Calibri"/>
          <w:b/>
          <w:color w:val="15131F"/>
          <w:sz w:val="28"/>
        </w:rPr>
        <w:t>Welche E-Mail bei Lieferverzögerung für welche Ursache, und wann Sie sie senden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Situation</w:t>
            </w:r>
          </w:p>
        </w:tc>
        <w:tc>
          <w:tcPr>
            <w:tcW w:type="dxa" w:w="2493"/>
            <w:shd w:val="clear" w:color="auto" w:fill="EFE9FF"/>
          </w:tcPr>
          <w:p>
            <w:r/>
            <w:r>
              <w:rPr>
                <w:rFonts w:ascii="Calibri" w:hAnsi="Calibri" w:cs="Calibri" w:eastAsia="Calibri"/>
                <w:b/>
                <w:color w:val="15131F"/>
                <w:sz w:val="19"/>
              </w:rPr>
              <w:t>Senden</w:t>
            </w:r>
          </w:p>
        </w:tc>
        <w:tc>
          <w:tcPr>
            <w:tcW w:type="dxa" w:w="2493"/>
            <w:shd w:val="clear" w:color="auto" w:fill="EFE9FF"/>
          </w:tcPr>
          <w:p>
            <w:r/>
            <w:r>
              <w:rPr>
                <w:rFonts w:ascii="Calibri" w:hAnsi="Calibri" w:cs="Calibri" w:eastAsia="Calibri"/>
                <w:b/>
                <w:color w:val="15131F"/>
                <w:sz w:val="19"/>
              </w:rPr>
              <w:t>Wann</w:t>
            </w:r>
          </w:p>
        </w:tc>
        <w:tc>
          <w:tcPr>
            <w:tcW w:type="dxa" w:w="2493"/>
            <w:shd w:val="clear" w:color="auto" w:fill="EFE9FF"/>
          </w:tcPr>
          <w:p>
            <w:r/>
            <w:r>
              <w:rPr>
                <w:rFonts w:ascii="Calibri" w:hAnsi="Calibri" w:cs="Calibri" w:eastAsia="Calibri"/>
                <w:b/>
                <w:color w:val="15131F"/>
                <w:sz w:val="19"/>
              </w:rPr>
              <w:t>Plan B</w:t>
            </w:r>
          </w:p>
        </w:tc>
      </w:tr>
      <w:tr>
        <w:tc>
          <w:tcPr>
            <w:tcW w:type="dxa" w:w="2493"/>
          </w:tcPr>
          <w:p>
            <w:r/>
            <w:r>
              <w:rPr>
                <w:rFonts w:ascii="Calibri" w:hAnsi="Calibri" w:cs="Calibri" w:eastAsia="Calibri"/>
                <w:b w:val="0"/>
                <w:color w:val="15131F"/>
                <w:sz w:val="19"/>
              </w:rPr>
              <w:t>Zugesagter Termin wird verpasst, versandt oder nicht</w:t>
            </w:r>
          </w:p>
        </w:tc>
        <w:tc>
          <w:tcPr>
            <w:tcW w:type="dxa" w:w="2493"/>
          </w:tcPr>
          <w:p>
            <w:r/>
            <w:r>
              <w:rPr>
                <w:rFonts w:ascii="Calibri" w:hAnsi="Calibri" w:cs="Calibri" w:eastAsia="Calibri"/>
                <w:b w:val="0"/>
                <w:color w:val="15131F"/>
                <w:sz w:val="19"/>
              </w:rPr>
              <w:t>Proaktive Vorab-Info (Tab 1)</w:t>
            </w:r>
          </w:p>
        </w:tc>
        <w:tc>
          <w:tcPr>
            <w:tcW w:type="dxa" w:w="2493"/>
          </w:tcPr>
          <w:p>
            <w:r/>
            <w:r>
              <w:rPr>
                <w:rFonts w:ascii="Calibri" w:hAnsi="Calibri" w:cs="Calibri" w:eastAsia="Calibri"/>
                <w:b w:val="0"/>
                <w:color w:val="15131F"/>
                <w:sz w:val="19"/>
              </w:rPr>
              <w:t>An dem Tag, an dem Sie es wissen, vor dem zugesagten Termin</w:t>
            </w:r>
          </w:p>
        </w:tc>
        <w:tc>
          <w:tcPr>
            <w:tcW w:type="dxa" w:w="2493"/>
          </w:tcPr>
          <w:p>
            <w:r/>
            <w:r>
              <w:rPr>
                <w:rFonts w:ascii="Calibri" w:hAnsi="Calibri" w:cs="Calibri" w:eastAsia="Calibri"/>
                <w:b w:val="0"/>
                <w:color w:val="15131F"/>
                <w:sz w:val="19"/>
              </w:rPr>
              <w:t>Stichtag: Ersatz oder Erstattung</w:t>
            </w:r>
          </w:p>
        </w:tc>
      </w:tr>
      <w:tr>
        <w:tc>
          <w:tcPr>
            <w:tcW w:type="dxa" w:w="2493"/>
          </w:tcPr>
          <w:p>
            <w:r/>
            <w:r>
              <w:rPr>
                <w:rFonts w:ascii="Calibri" w:hAnsi="Calibri" w:cs="Calibri" w:eastAsia="Calibri"/>
                <w:b w:val="0"/>
                <w:color w:val="15131F"/>
                <w:sz w:val="19"/>
              </w:rPr>
              <w:t>Versand bis zum zugesagten Versanddatum nicht möglich</w:t>
            </w:r>
          </w:p>
        </w:tc>
        <w:tc>
          <w:tcPr>
            <w:tcW w:type="dxa" w:w="2493"/>
          </w:tcPr>
          <w:p>
            <w:r/>
            <w:r>
              <w:rPr>
                <w:rFonts w:ascii="Calibri" w:hAnsi="Calibri" w:cs="Calibri" w:eastAsia="Calibri"/>
                <w:b w:val="0"/>
                <w:color w:val="15131F"/>
                <w:sz w:val="19"/>
              </w:rPr>
              <w:t>Hinweis zum Lieferrückstand (Tab 4)</w:t>
            </w:r>
          </w:p>
        </w:tc>
        <w:tc>
          <w:tcPr>
            <w:tcW w:type="dxa" w:w="2493"/>
          </w:tcPr>
          <w:p>
            <w:r/>
            <w:r>
              <w:rPr>
                <w:rFonts w:ascii="Calibri" w:hAnsi="Calibri" w:cs="Calibri" w:eastAsia="Calibri"/>
                <w:b w:val="0"/>
                <w:color w:val="15131F"/>
                <w:sz w:val="19"/>
              </w:rPr>
              <w:t>Sofort, nie später als das Versanddatum oder Tag 30</w:t>
            </w:r>
          </w:p>
        </w:tc>
        <w:tc>
          <w:tcPr>
            <w:tcW w:type="dxa" w:w="2493"/>
          </w:tcPr>
          <w:p>
            <w:r/>
            <w:r>
              <w:rPr>
                <w:rFonts w:ascii="Calibri" w:hAnsi="Calibri" w:cs="Calibri" w:eastAsia="Calibri"/>
                <w:b w:val="0"/>
                <w:color w:val="15131F"/>
                <w:sz w:val="19"/>
              </w:rPr>
              <w:t>Storno mit voller Erstattung innerhalb von 7 Werktagen</w:t>
            </w:r>
          </w:p>
        </w:tc>
      </w:tr>
      <w:tr>
        <w:tc>
          <w:tcPr>
            <w:tcW w:type="dxa" w:w="2493"/>
          </w:tcPr>
          <w:p>
            <w:r/>
            <w:r>
              <w:rPr>
                <w:rFonts w:ascii="Calibri" w:hAnsi="Calibri" w:cs="Calibri" w:eastAsia="Calibri"/>
                <w:b w:val="0"/>
                <w:color w:val="15131F"/>
                <w:sz w:val="19"/>
              </w:rPr>
              <w:t>Hängt im Paketzentrum fest, neues Datum des Paketdiensts verstrichen</w:t>
            </w:r>
          </w:p>
        </w:tc>
        <w:tc>
          <w:tcPr>
            <w:tcW w:type="dxa" w:w="2493"/>
          </w:tcPr>
          <w:p>
            <w:r/>
            <w:r>
              <w:rPr>
                <w:rFonts w:ascii="Calibri" w:hAnsi="Calibri" w:cs="Calibri" w:eastAsia="Calibri"/>
                <w:b w:val="0"/>
                <w:color w:val="15131F"/>
                <w:sz w:val="19"/>
              </w:rPr>
              <w:t>Zwischenstand „Paketdienst verspätet“ (Tab 2)</w:t>
            </w:r>
          </w:p>
        </w:tc>
        <w:tc>
          <w:tcPr>
            <w:tcW w:type="dxa" w:w="2493"/>
          </w:tcPr>
          <w:p>
            <w:r/>
            <w:r>
              <w:rPr>
                <w:rFonts w:ascii="Calibri" w:hAnsi="Calibri" w:cs="Calibri" w:eastAsia="Calibri"/>
                <w:b w:val="0"/>
                <w:color w:val="15131F"/>
                <w:sz w:val="19"/>
              </w:rPr>
              <w:t>Wenn das neue Datum verstreicht, dann alle 2 Werktage</w:t>
            </w:r>
          </w:p>
        </w:tc>
        <w:tc>
          <w:tcPr>
            <w:tcW w:type="dxa" w:w="2493"/>
          </w:tcPr>
          <w:p>
            <w:r/>
            <w:r>
              <w:rPr>
                <w:rFonts w:ascii="Calibri" w:hAnsi="Calibri" w:cs="Calibri" w:eastAsia="Calibri"/>
                <w:b w:val="0"/>
                <w:color w:val="15131F"/>
                <w:sz w:val="19"/>
              </w:rPr>
              <w:t>Nachforschung, dann Ersatz oder Erstattung</w:t>
            </w:r>
          </w:p>
        </w:tc>
      </w:tr>
      <w:tr>
        <w:tc>
          <w:tcPr>
            <w:tcW w:type="dxa" w:w="2493"/>
          </w:tcPr>
          <w:p>
            <w:r/>
            <w:r>
              <w:rPr>
                <w:rFonts w:ascii="Calibri" w:hAnsi="Calibri" w:cs="Calibri" w:eastAsia="Calibri"/>
                <w:b w:val="0"/>
                <w:color w:val="15131F"/>
                <w:sz w:val="19"/>
              </w:rPr>
              <w:t>Sturm, Streik oder beim Zoll festgehalten</w:t>
            </w:r>
          </w:p>
        </w:tc>
        <w:tc>
          <w:tcPr>
            <w:tcW w:type="dxa" w:w="2493"/>
          </w:tcPr>
          <w:p>
            <w:r/>
            <w:r>
              <w:rPr>
                <w:rFonts w:ascii="Calibri" w:hAnsi="Calibri" w:cs="Calibri" w:eastAsia="Calibri"/>
                <w:b w:val="0"/>
                <w:color w:val="15131F"/>
                <w:sz w:val="19"/>
              </w:rPr>
              <w:t>E-Mail „Wetter oder Zoll“ (Tab 3)</w:t>
            </w:r>
          </w:p>
        </w:tc>
        <w:tc>
          <w:tcPr>
            <w:tcW w:type="dxa" w:w="2493"/>
          </w:tcPr>
          <w:p>
            <w:r/>
            <w:r>
              <w:rPr>
                <w:rFonts w:ascii="Calibri" w:hAnsi="Calibri" w:cs="Calibri" w:eastAsia="Calibri"/>
                <w:b w:val="0"/>
                <w:color w:val="15131F"/>
                <w:sz w:val="19"/>
              </w:rPr>
              <w:t>An dem Tag, an dem der Paketdienst es meldet</w:t>
            </w:r>
          </w:p>
        </w:tc>
        <w:tc>
          <w:tcPr>
            <w:tcW w:type="dxa" w:w="2493"/>
          </w:tcPr>
          <w:p>
            <w:r/>
            <w:r>
              <w:rPr>
                <w:rFonts w:ascii="Calibri" w:hAnsi="Calibri" w:cs="Calibri" w:eastAsia="Calibri"/>
                <w:b w:val="0"/>
                <w:color w:val="15131F"/>
                <w:sz w:val="19"/>
              </w:rPr>
              <w:t>Ein zweites Paket über eine andere Route, oder Erstattung</w:t>
            </w:r>
          </w:p>
        </w:tc>
      </w:tr>
      <w:tr>
        <w:tc>
          <w:tcPr>
            <w:tcW w:type="dxa" w:w="2493"/>
          </w:tcPr>
          <w:p>
            <w:r/>
            <w:r>
              <w:rPr>
                <w:rFonts w:ascii="Calibri" w:hAnsi="Calibri" w:cs="Calibri" w:eastAsia="Calibri"/>
                <w:b w:val="0"/>
                <w:color w:val="15131F"/>
                <w:sz w:val="19"/>
              </w:rPr>
              <w:t>Ein Artikel spät, der Rest fertig</w:t>
            </w:r>
          </w:p>
        </w:tc>
        <w:tc>
          <w:tcPr>
            <w:tcW w:type="dxa" w:w="2493"/>
          </w:tcPr>
          <w:p>
            <w:r/>
            <w:r>
              <w:rPr>
                <w:rFonts w:ascii="Calibri" w:hAnsi="Calibri" w:cs="Calibri" w:eastAsia="Calibri"/>
                <w:b w:val="0"/>
                <w:color w:val="15131F"/>
                <w:sz w:val="19"/>
              </w:rPr>
              <w:t>E-Mail zur Teillieferung (Tab 5)</w:t>
            </w:r>
          </w:p>
        </w:tc>
        <w:tc>
          <w:tcPr>
            <w:tcW w:type="dxa" w:w="2493"/>
          </w:tcPr>
          <w:p>
            <w:r/>
            <w:r>
              <w:rPr>
                <w:rFonts w:ascii="Calibri" w:hAnsi="Calibri" w:cs="Calibri" w:eastAsia="Calibri"/>
                <w:b w:val="0"/>
                <w:color w:val="15131F"/>
                <w:sz w:val="19"/>
              </w:rPr>
              <w:t>Wenn ein Artikel 3 oder mehr Werktage spät ist</w:t>
            </w:r>
          </w:p>
        </w:tc>
        <w:tc>
          <w:tcPr>
            <w:tcW w:type="dxa" w:w="2493"/>
          </w:tcPr>
          <w:p>
            <w:r/>
            <w:r>
              <w:rPr>
                <w:rFonts w:ascii="Calibri" w:hAnsi="Calibri" w:cs="Calibri" w:eastAsia="Calibri"/>
                <w:b w:val="0"/>
                <w:color w:val="15131F"/>
                <w:sz w:val="19"/>
              </w:rPr>
              <w:t>Verspäteten Artikel stornieren, Erstattung</w:t>
            </w:r>
          </w:p>
        </w:tc>
      </w:tr>
      <w:tr>
        <w:tc>
          <w:tcPr>
            <w:tcW w:type="dxa" w:w="2493"/>
          </w:tcPr>
          <w:p>
            <w:r/>
            <w:r>
              <w:rPr>
                <w:rFonts w:ascii="Calibri" w:hAnsi="Calibri" w:cs="Calibri" w:eastAsia="Calibri"/>
                <w:b w:val="0"/>
                <w:color w:val="15131F"/>
                <w:sz w:val="19"/>
              </w:rPr>
              <w:t>Kein Scan seit 5 Werktagen, oder zugestellt gemeldet, aber nicht erhalten</w:t>
            </w:r>
          </w:p>
        </w:tc>
        <w:tc>
          <w:tcPr>
            <w:tcW w:type="dxa" w:w="2493"/>
          </w:tcPr>
          <w:p>
            <w:r/>
            <w:r>
              <w:rPr>
                <w:rFonts w:ascii="Calibri" w:hAnsi="Calibri" w:cs="Calibri" w:eastAsia="Calibri"/>
                <w:b w:val="0"/>
                <w:color w:val="15131F"/>
                <w:sz w:val="19"/>
              </w:rPr>
              <w:t>Verloren, nicht erhalten (Tab 6)</w:t>
            </w:r>
          </w:p>
        </w:tc>
        <w:tc>
          <w:tcPr>
            <w:tcW w:type="dxa" w:w="2493"/>
          </w:tcPr>
          <w:p>
            <w:r/>
            <w:r>
              <w:rPr>
                <w:rFonts w:ascii="Calibri" w:hAnsi="Calibri" w:cs="Calibri" w:eastAsia="Calibri"/>
                <w:b w:val="0"/>
                <w:color w:val="15131F"/>
                <w:sz w:val="19"/>
              </w:rPr>
              <w:t>Am Stichtag; am selben Tag, wenn zugestellt gemeldet</w:t>
            </w:r>
          </w:p>
        </w:tc>
        <w:tc>
          <w:tcPr>
            <w:tcW w:type="dxa" w:w="2493"/>
          </w:tcPr>
          <w:p>
            <w:r/>
            <w:r>
              <w:rPr>
                <w:rFonts w:ascii="Calibri" w:hAnsi="Calibri" w:cs="Calibri" w:eastAsia="Calibri"/>
                <w:b w:val="0"/>
                <w:color w:val="15131F"/>
                <w:sz w:val="19"/>
              </w:rPr>
              <w:t>Ersatz per Express oder Erstattung, der Kunde wählt</w:t>
            </w:r>
          </w:p>
        </w:tc>
      </w:tr>
      <w:tr>
        <w:tc>
          <w:tcPr>
            <w:tcW w:type="dxa" w:w="2493"/>
          </w:tcPr>
          <w:p>
            <w:r/>
            <w:r>
              <w:rPr>
                <w:rFonts w:ascii="Calibri" w:hAnsi="Calibri" w:cs="Calibri" w:eastAsia="Calibri"/>
                <w:b w:val="0"/>
                <w:color w:val="15131F"/>
                <w:sz w:val="19"/>
              </w:rPr>
              <w:t>Der Kunde hat zuerst geschrieben</w:t>
            </w:r>
          </w:p>
        </w:tc>
        <w:tc>
          <w:tcPr>
            <w:tcW w:type="dxa" w:w="2493"/>
          </w:tcPr>
          <w:p>
            <w:r/>
            <w:r>
              <w:rPr>
                <w:rFonts w:ascii="Calibri" w:hAnsi="Calibri" w:cs="Calibri" w:eastAsia="Calibri"/>
                <w:b w:val="0"/>
                <w:color w:val="15131F"/>
                <w:sz w:val="19"/>
              </w:rPr>
              <w:t>Antwort „Wo ist meine Bestellung“ (Tab 7)</w:t>
            </w:r>
          </w:p>
        </w:tc>
        <w:tc>
          <w:tcPr>
            <w:tcW w:type="dxa" w:w="2493"/>
          </w:tcPr>
          <w:p>
            <w:r/>
            <w:r>
              <w:rPr>
                <w:rFonts w:ascii="Calibri" w:hAnsi="Calibri" w:cs="Calibri" w:eastAsia="Calibri"/>
                <w:b w:val="0"/>
                <w:color w:val="15131F"/>
                <w:sz w:val="19"/>
              </w:rPr>
              <w:t>Innerhalb von 1 Stunde zu Geschäftszeiten</w:t>
            </w:r>
          </w:p>
        </w:tc>
        <w:tc>
          <w:tcPr>
            <w:tcW w:type="dxa" w:w="2493"/>
          </w:tcPr>
          <w:p>
            <w:r/>
            <w:r>
              <w:rPr>
                <w:rFonts w:ascii="Calibri" w:hAnsi="Calibri" w:cs="Calibri" w:eastAsia="Calibri"/>
                <w:b w:val="0"/>
                <w:color w:val="15131F"/>
                <w:sz w:val="19"/>
              </w:rPr>
              <w:t>Wie oben, erfasst als „Kunde fragte zuerst“</w:t>
            </w:r>
          </w:p>
        </w:tc>
      </w:tr>
    </w:tbl>
    <w:p/>
    <w:p>
      <w:pPr>
        <w:spacing w:after="80"/>
      </w:pPr>
      <w:r>
        <w:rPr>
          <w:rFonts w:ascii="Calibri" w:hAnsi="Calibri" w:cs="Calibri" w:eastAsia="Calibri"/>
          <w:b/>
          <w:color w:val="15131F"/>
          <w:sz w:val="28"/>
        </w:rPr>
        <w:t>Regeln bei Lieferverzögerung in den USA, der EU und Großbritannien</w:t>
      </w:r>
    </w:p>
    <w:p>
      <w:pPr>
        <w:spacing w:after="120"/>
      </w:pPr>
      <w:r>
        <w:rPr>
          <w:rFonts w:ascii="Calibri" w:hAnsi="Calibri" w:cs="Calibri" w:eastAsia="Calibri"/>
          <w:b w:val="0"/>
          <w:color w:val="5D5A70"/>
          <w:sz w:val="21"/>
        </w:rPr>
        <w:t>Drei offizielle Quellen, eine gemeinsame Regel: 30 Tage sind der Standard, wenn kein Datum vereinbart wurde, und ein Kunde, der storniert, bekommt sein Geld schnell zurück.</w:t>
      </w:r>
    </w:p>
    <w:p>
      <w:pPr>
        <w:spacing w:after="40"/>
      </w:pPr>
      <w:r>
        <w:rPr>
          <w:rFonts w:ascii="Calibri" w:hAnsi="Calibri" w:cs="Calibri" w:eastAsia="Calibri"/>
          <w:b/>
          <w:color w:val="15131F"/>
          <w:sz w:val="22"/>
        </w:rPr>
        <w:t>USA: FTC-Regel für Bestellungen per Post, Internet und Telefon</w:t>
      </w:r>
    </w:p>
    <w:p>
      <w:pPr>
        <w:spacing w:after="40"/>
      </w:pPr>
      <w:r>
        <w:rPr>
          <w:rFonts w:ascii="Calibri" w:hAnsi="Calibri" w:cs="Calibri" w:eastAsia="Calibri"/>
          <w:b w:val="0"/>
          <w:color w:val="15131F"/>
          <w:sz w:val="21"/>
        </w:rPr>
        <w:t>Für jedes genannte Versanddatum brauchen Sie eine vernünftige Grundlage; ohne Datum müssen Sie innerhalb von 30 Tagen versenden (50, wenn der Kunde Ihren eigenen Kredit beantragt hat). Wenn das nicht geht, nennen Sie unaufgefordert und spätestens zum zugesagten Datum ein verbindliches neues Versanddatum oder erklären Sie, dass Sie keines nennen können, und bieten Sie die Möglichkeit an, mit voller Erstattung zu stornieren. Schweigen gilt nur bei einem neuen Datum bis zu 30 Tage später als Zustimmung, nie nach einem zweiten Hinweis. Erstattungen gehen innerhalb von 7 Werktagen raus. Eine E-Mail gilt als Hinweis.</w:t>
      </w:r>
    </w:p>
    <w:p>
      <w:pPr>
        <w:spacing w:after="80"/>
      </w:pPr>
    </w:p>
    <w:p>
      <w:pPr>
        <w:spacing w:after="40"/>
      </w:pPr>
      <w:r>
        <w:rPr>
          <w:rFonts w:ascii="Calibri" w:hAnsi="Calibri" w:cs="Calibri" w:eastAsia="Calibri"/>
          <w:b/>
          <w:color w:val="15131F"/>
          <w:sz w:val="22"/>
        </w:rPr>
        <w:t>Europäische Union: Richtlinie 2011/83/EU</w:t>
      </w:r>
    </w:p>
    <w:p>
      <w:pPr>
        <w:spacing w:after="40"/>
      </w:pPr>
      <w:r>
        <w:rPr>
          <w:rFonts w:ascii="Calibri" w:hAnsi="Calibri" w:cs="Calibri" w:eastAsia="Calibri"/>
          <w:b w:val="0"/>
          <w:color w:val="15131F"/>
          <w:sz w:val="21"/>
        </w:rPr>
        <w:t>Wenn Sie keine Lieferzeit vereinbart haben, müssen Sie innerhalb von 30 Tagen liefern. Tun Sie das nicht, setzt der Kunde eine angemessene Nachfrist; verstreicht auch diese, kann er den Vertrag beenden, und Sie erstatten alles, was er gezahlt hat, so schnell wie möglich. Keine Nachfrist ist nötig, wenn Sie die Lieferung verweigern oder wenn der Kunde vor dem Kauf gesagt hat, dass der Termin wesentlich ist; ein verlorenes Paket bedeutet einen identischen Artikel oder eine Erstattung.</w:t>
      </w:r>
    </w:p>
    <w:p>
      <w:pPr>
        <w:spacing w:after="80"/>
      </w:pPr>
    </w:p>
    <w:p>
      <w:pPr>
        <w:spacing w:after="40"/>
      </w:pPr>
      <w:r>
        <w:rPr>
          <w:rFonts w:ascii="Calibri" w:hAnsi="Calibri" w:cs="Calibri" w:eastAsia="Calibri"/>
          <w:b/>
          <w:color w:val="15131F"/>
          <w:sz w:val="22"/>
        </w:rPr>
        <w:t>Großbritannien: Consumer Rights Act 2015, Abschnitte 28 und 29</w:t>
      </w:r>
    </w:p>
    <w:p>
      <w:pPr>
        <w:spacing w:after="40"/>
      </w:pPr>
      <w:r>
        <w:rPr>
          <w:rFonts w:ascii="Calibri" w:hAnsi="Calibri" w:cs="Calibri" w:eastAsia="Calibri"/>
          <w:b w:val="0"/>
          <w:color w:val="15131F"/>
          <w:sz w:val="21"/>
        </w:rPr>
        <w:t>Ohne vereinbarte Zeit müssen Sie ohne unangemessene Verzögerung und innerhalb von 30 Tagen liefern. Verpassen Sie das, kann der Kunde eine angemessene Frist setzen oder den Vertrag sofort beenden, wenn Sie die Lieferung verweigert haben oder die vereinbarte Zeit wesentlich war. Alle Zahlungen werden ohne unangemessene Verzögerung erstattet. Die Ware bleibt auf Ihr Risiko, bis der Kunde oder eine von ihm benannte Person sie hat.</w:t>
      </w:r>
    </w:p>
    <w:p>
      <w:pPr>
        <w:spacing w:after="80"/>
      </w:pPr>
    </w:p>
    <w:p>
      <w:pPr>
        <w:spacing w:after="200"/>
      </w:pPr>
      <w:r>
        <w:rPr>
          <w:rFonts w:ascii="Calibri" w:hAnsi="Calibri" w:cs="Calibri" w:eastAsia="Calibri"/>
          <w:b w:val="0"/>
          <w:color w:val="15131F"/>
          <w:sz w:val="21"/>
        </w:rPr>
        <w:t>Diese Seite ist keine Rechtsberatung. Diese Regeln gelten für Verbraucher; für Geschäftskunden, digitale Güter und einige Branchen gelten andere Regeln, und es gilt die Regel am Wohnort Ihres Kunden. Lesen Sie die offiziellen Seiten unter Quellen.</w:t>
      </w:r>
    </w:p>
    <w:p>
      <w:pPr>
        <w:spacing w:after="120"/>
      </w:pPr>
      <w:r>
        <w:rPr>
          <w:rFonts w:ascii="Calibri" w:hAnsi="Calibri" w:cs="Calibri" w:eastAsia="Calibri"/>
          <w:b/>
          <w:color w:val="15131F"/>
          <w:sz w:val="28"/>
        </w:rPr>
        <w:t>So nutzen Sie diese E-Mail-Vorlagen bei Lieferverzögerung</w:t>
      </w:r>
    </w:p>
    <w:p>
      <w:pPr>
        <w:spacing w:after="40"/>
      </w:pPr>
      <w:r>
        <w:rPr>
          <w:rFonts w:ascii="Calibri" w:hAnsi="Calibri" w:cs="Calibri" w:eastAsia="Calibri"/>
          <w:b/>
          <w:color w:val="15131F"/>
          <w:sz w:val="22"/>
        </w:rPr>
        <w:t>1. Stichtagsregel festlegen</w:t>
      </w:r>
    </w:p>
    <w:p>
      <w:pPr>
        <w:spacing w:after="120"/>
      </w:pPr>
      <w:r>
        <w:rPr>
          <w:rFonts w:ascii="Calibri" w:hAnsi="Calibri" w:cs="Calibri" w:eastAsia="Calibri"/>
          <w:b w:val="0"/>
          <w:color w:val="15131F"/>
          <w:sz w:val="21"/>
        </w:rPr>
        <w:t>Wie viele Werktage nach der Schätzung des Paketdiensts Sie nachsenden oder erstatten, und wer eine Geste freigibt.</w:t>
      </w:r>
    </w:p>
    <w:p>
      <w:pPr>
        <w:spacing w:after="40"/>
      </w:pPr>
      <w:r>
        <w:rPr>
          <w:rFonts w:ascii="Calibri" w:hAnsi="Calibri" w:cs="Calibri" w:eastAsia="Calibri"/>
          <w:b/>
          <w:color w:val="15131F"/>
          <w:sz w:val="22"/>
        </w:rPr>
        <w:t>2. Sendungsverfolgung jeden Morgen prüfen</w:t>
      </w:r>
    </w:p>
    <w:p>
      <w:pPr>
        <w:spacing w:after="120"/>
      </w:pPr>
      <w:r>
        <w:rPr>
          <w:rFonts w:ascii="Calibri" w:hAnsi="Calibri" w:cs="Calibri" w:eastAsia="Calibri"/>
          <w:b w:val="0"/>
          <w:color w:val="15131F"/>
          <w:sz w:val="21"/>
        </w:rPr>
        <w:t>Jede offene Bestellung nach ihrem Versanddatum, bevor Kunden schreiben. Alles, was spät ist oder festhängt, bekommt noch am selben Morgen die Vorab-Info.</w:t>
      </w:r>
    </w:p>
    <w:p>
      <w:pPr>
        <w:spacing w:after="40"/>
      </w:pPr>
      <w:r>
        <w:rPr>
          <w:rFonts w:ascii="Calibri" w:hAnsi="Calibri" w:cs="Calibri" w:eastAsia="Calibri"/>
          <w:b/>
          <w:color w:val="15131F"/>
          <w:sz w:val="22"/>
        </w:rPr>
        <w:t>3. Die E-Mail senden, die zur Ursache passt</w:t>
      </w:r>
    </w:p>
    <w:p>
      <w:pPr>
        <w:spacing w:after="120"/>
      </w:pPr>
      <w:r>
        <w:rPr>
          <w:rFonts w:ascii="Calibri" w:hAnsi="Calibri" w:cs="Calibri" w:eastAsia="Calibri"/>
          <w:b w:val="0"/>
          <w:color w:val="15131F"/>
          <w:sz w:val="21"/>
        </w:rPr>
        <w:t>Tabs 1 bis 7. Das Datum des Paketdiensts als dessen Datum, Ihre nächste Rückmeldung mit Tag und Uhrzeit, Plan B mit Datum.</w:t>
      </w:r>
    </w:p>
    <w:p>
      <w:pPr>
        <w:spacing w:after="40"/>
      </w:pPr>
      <w:r>
        <w:rPr>
          <w:rFonts w:ascii="Calibri" w:hAnsi="Calibri" w:cs="Calibri" w:eastAsia="Calibri"/>
          <w:b/>
          <w:color w:val="15131F"/>
          <w:sz w:val="22"/>
        </w:rPr>
        <w:t>4. Rückmeldetermin einhalten</w:t>
      </w:r>
    </w:p>
    <w:p>
      <w:pPr>
        <w:spacing w:after="120"/>
      </w:pPr>
      <w:r>
        <w:rPr>
          <w:rFonts w:ascii="Calibri" w:hAnsi="Calibri" w:cs="Calibri" w:eastAsia="Calibri"/>
          <w:b w:val="0"/>
          <w:color w:val="15131F"/>
          <w:sz w:val="21"/>
        </w:rPr>
        <w:t>Auch ohne Neuigkeiten. Dann am Stichtag ersetzen, erstatten oder stornieren.</w:t>
      </w:r>
    </w:p>
    <w:p>
      <w:pPr>
        <w:spacing w:after="40"/>
      </w:pPr>
      <w:r>
        <w:rPr>
          <w:rFonts w:ascii="Calibri" w:hAnsi="Calibri" w:cs="Calibri" w:eastAsia="Calibri"/>
          <w:b/>
          <w:color w:val="15131F"/>
          <w:sz w:val="22"/>
        </w:rPr>
        <w:t>5. Erfassen und auswerten</w:t>
      </w:r>
    </w:p>
    <w:p>
      <w:pPr>
        <w:spacing w:after="120"/>
      </w:pPr>
      <w:r>
        <w:rPr>
          <w:rFonts w:ascii="Calibri" w:hAnsi="Calibri" w:cs="Calibri" w:eastAsia="Calibri"/>
          <w:b w:val="0"/>
          <w:color w:val="15131F"/>
          <w:sz w:val="21"/>
        </w:rPr>
        <w:t>Eine Zeile je verspäteter Bestellung. Jede Woche: Anteil vor der Nachfrage informiert, Tage zu spät und Kulanzkosten je Ursache.</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Schreiben Sie einen Artikel „Wo ist meine Bestellung“ unter „Meine Bots“ &gt; Ihr Bot &gt; Tab „Grundlagen“ &gt; „Wissensdatenbank“: den Tracking-Link, dass der Chat die Sendungsverfolgung des Paketdiensts nicht sehen kann, Ihre Stichtagsregel und wer bis wann antwortet. Klicken Sie auf „Änderungen speichern“ und testen Sie mit „Versuchen Sie es mit Bot“ (Bot ausprobieren).</w:t>
      </w:r>
    </w:p>
    <w:p>
      <w:pPr>
        <w:spacing w:after="60"/>
      </w:pPr>
      <w:r>
        <w:rPr>
          <w:rFonts w:ascii="Calibri" w:hAnsi="Calibri" w:cs="Calibri" w:eastAsia="Calibri"/>
          <w:b w:val="0"/>
          <w:color w:val="15131F"/>
          <w:sz w:val="21"/>
        </w:rPr>
        <w:t>2. Chats, die der KI-Agent übergibt, erscheinen im „Live-Support“ mit dem Status „Wartet auf Agent“: Klicken Sie auf „Beanspruchen“ (Chat übernehmen), antworten Sie und klicken Sie auf „Resolve“ (erledigen), sobald das Paket bestätigt ist.</w:t>
      </w:r>
    </w:p>
    <w:p>
      <w:pPr>
        <w:spacing w:after="60"/>
      </w:pPr>
      <w:r>
        <w:rPr>
          <w:rFonts w:ascii="Calibri" w:hAnsi="Calibri" w:cs="Calibri" w:eastAsia="Calibri"/>
          <w:b w:val="0"/>
          <w:color w:val="15131F"/>
          <w:sz w:val="21"/>
        </w:rPr>
        <w:t>3. Speichern Sie ab Growth die E-Mails und Chat-Zeilen: „Einstellungen“ &gt; „Gespeicherte Antworten“ &gt; „Neue Antwort“, „Kürzel“ (zum Beispiel /delay oder /lost), „Titel“, „Antworttext“, „Mit Team teilen“. Tippen Sie das Kürzel ins Antwortfeld des Chats.</w:t>
      </w:r>
    </w:p>
    <w:p>
      <w:pPr>
        <w:spacing w:after="60"/>
      </w:pPr>
      <w:r>
        <w:rPr>
          <w:rFonts w:ascii="Calibri" w:hAnsi="Calibri" w:cs="Calibri" w:eastAsia="Calibri"/>
          <w:b w:val="0"/>
          <w:color w:val="15131F"/>
          <w:sz w:val="21"/>
        </w:rPr>
        <w:t>4. Taggen Sie jeden Chat zu einer Verzögerung: „Einstellungen“ &gt; „Konversations-Tags“ &gt; „Neues Tag“, zum Beispiel shipping-delay. Schreiben Sie Bestellnummer, Ursache, Termine und Geste in die „Anmerkungen“ (Notizen) beim Kontakt.</w:t>
      </w:r>
    </w:p>
    <w:p>
      <w:pPr>
        <w:spacing w:after="60"/>
      </w:pPr>
      <w:r>
        <w:rPr>
          <w:rFonts w:ascii="Calibri" w:hAnsi="Calibri" w:cs="Calibri" w:eastAsia="Calibri"/>
          <w:b w:val="0"/>
          <w:color w:val="15131F"/>
          <w:sz w:val="21"/>
        </w:rPr>
        <w:t>5. Machen Sie aus jeder zugesagten Rückmeldung eine Aufgabe: „Aufgaben“ &gt; „Neue Aufgabe“, „Aufgabentitel“ „Sendungsverfolgung SW-31877 prüfen“, „Abtretungsinhaber“ (die zuständige Person), die zugesagte Uhrzeit als „Deadline“. Prüfen Sie jeden Morgen „Fällig heute“ und „Überfällig“ unter „Meine Aufgaben“.</w:t>
      </w:r>
    </w:p>
    <w:p>
      <w:pPr>
        <w:spacing w:after="200"/>
      </w:pPr>
      <w:r>
        <w:rPr>
          <w:rFonts w:ascii="Calibri" w:hAnsi="Calibri" w:cs="Calibri" w:eastAsia="Calibri"/>
          <w:b w:val="0"/>
          <w:color w:val="5D5A70"/>
          <w:sz w:val="21"/>
        </w:rPr>
        <w:t>CRMsoftware.pro hat keine Sendungsverfolgung, keine Anbindung an Paketdienste und keine automatischen E-Mails bei Verzögerung: Sie prüfen die Sendungsverfolgung in Ihrem Shop- oder Paketdienstkonto und senden die E-Mails aus Ihrem eigenen Postfach. KI-Chat aus Ihrer Wissensdatenbank ist für 3 Nutzer kostenlos. Übergabe an Menschen und zentraler Posteingang: Launch, 19 $ im Monat bei jährlicher Abrechnung für 8 Nutzer. Gespeicherte Antworten: Growth, 49 $.</w:t>
      </w:r>
    </w:p>
    <w:p>
      <w:pPr>
        <w:spacing w:after="160"/>
      </w:pPr>
    </w:p>
    <w:p>
      <w:pPr>
        <w:spacing w:before="240" w:after="60"/>
      </w:pPr>
      <w:r>
        <w:rPr>
          <w:rFonts w:ascii="Calibri" w:hAnsi="Calibri" w:cs="Calibri" w:eastAsia="Calibri"/>
          <w:b/>
          <w:color w:val="15131F"/>
          <w:sz w:val="28"/>
        </w:rPr>
        <w:t xml:space="preserve">Lieferverzögerung: was das BGB für Onlineshops regelt</w:t>
      </w:r>
    </w:p>
    <w:p>
      <w:pPr>
        <w:spacing w:after="120"/>
      </w:pPr>
      <w:r>
        <w:rPr>
          <w:rFonts w:ascii="Calibri" w:hAnsi="Calibri" w:cs="Calibri" w:eastAsia="Calibri"/>
          <w:b w:val="0"/>
          <w:color w:val="5D5A70"/>
          <w:sz w:val="21"/>
        </w:rPr>
        <w:t xml:space="preserve">Kurz und verständlich erklärt, Stand 27. Oktober 2026. Das ist keine Rechtsberatung: Ihre AGB und der Gesetzestext gehen vor.</w:t>
      </w:r>
    </w:p>
    <w:p>
      <w:pPr>
        <w:spacing w:before="120" w:after="80"/>
      </w:pPr>
      <w:r>
        <w:rPr>
          <w:rFonts w:ascii="Calibri" w:hAnsi="Calibri" w:cs="Calibri" w:eastAsia="Calibri"/>
          <w:b/>
          <w:color w:val="15131F"/>
          <w:sz w:val="24"/>
        </w:rPr>
        <w:t xml:space="preserve">Lieferfrist und Rücktritt</w:t>
      </w:r>
    </w:p>
    <w:p>
      <w:pPr>
        <w:spacing w:after="60"/>
        <w:ind w:left="283"/>
      </w:pPr>
      <w:r>
        <w:rPr>
          <w:rFonts w:ascii="Calibri" w:hAnsi="Calibri" w:cs="Calibri" w:eastAsia="Calibri"/>
          <w:b w:val="0"/>
          <w:color w:val="15131F"/>
          <w:sz w:val="21"/>
        </w:rPr>
        <w:t xml:space="preserve">• Ist kein Liefertermin vereinbart, kann der Kunde die Lieferung unverzüglich verlangen, spätestens 30 Tage nach Vertragsschluss (§ 475 Abs. 1 BGB).</w:t>
      </w:r>
    </w:p>
    <w:p>
      <w:pPr>
        <w:spacing w:after="60"/>
        <w:ind w:left="283"/>
      </w:pPr>
      <w:r>
        <w:rPr>
          <w:rFonts w:ascii="Calibri" w:hAnsi="Calibri" w:cs="Calibri" w:eastAsia="Calibri"/>
          <w:b w:val="0"/>
          <w:color w:val="15131F"/>
          <w:sz w:val="21"/>
        </w:rPr>
        <w:t xml:space="preserve">• Liefern Sie nicht rechtzeitig, kann der Kunde eine angemessene Nachfrist setzen und nach deren Ablauf vom Vertrag zurücktreten; dann erstatten Sie den Kaufpreis.</w:t>
      </w:r>
    </w:p>
    <w:p>
      <w:pPr>
        <w:spacing w:after="60"/>
        <w:ind w:left="283"/>
      </w:pPr>
      <w:r>
        <w:rPr>
          <w:rFonts w:ascii="Calibri" w:hAnsi="Calibri" w:cs="Calibri" w:eastAsia="Calibri"/>
          <w:b w:val="0"/>
          <w:color w:val="15131F"/>
          <w:sz w:val="21"/>
        </w:rPr>
        <w:t xml:space="preserve">• War der Termin wesentlich, etwa für ein Geschenk zu einem genannten Datum, braucht es keine Nachfrist.</w:t>
      </w:r>
    </w:p>
    <w:p>
      <w:pPr>
        <w:spacing w:before="120" w:after="80"/>
      </w:pPr>
      <w:r>
        <w:rPr>
          <w:rFonts w:ascii="Calibri" w:hAnsi="Calibri" w:cs="Calibri" w:eastAsia="Calibri"/>
          <w:b/>
          <w:color w:val="15131F"/>
          <w:sz w:val="24"/>
        </w:rPr>
        <w:t xml:space="preserve">Versandrisiko und Ton</w:t>
      </w:r>
    </w:p>
    <w:p>
      <w:pPr>
        <w:spacing w:after="60"/>
        <w:ind w:left="283"/>
      </w:pPr>
      <w:r>
        <w:rPr>
          <w:rFonts w:ascii="Calibri" w:hAnsi="Calibri" w:cs="Calibri" w:eastAsia="Calibri"/>
          <w:b w:val="0"/>
          <w:color w:val="15131F"/>
          <w:sz w:val="21"/>
        </w:rPr>
        <w:t xml:space="preserve">• Beim Verkauf an Verbraucher trägt der Shop das Risiko, bis die Ware beim Kunden ankommt (§ 475 Abs. 2 BGB). Ein verlorenes Paket ist Ihr Problem, nicht das des Kunden.</w:t>
      </w:r>
    </w:p>
    <w:p>
      <w:pPr>
        <w:spacing w:after="60"/>
        <w:ind w:left="283"/>
      </w:pPr>
      <w:r>
        <w:rPr>
          <w:rFonts w:ascii="Calibri" w:hAnsi="Calibri" w:cs="Calibri" w:eastAsia="Calibri"/>
          <w:b w:val="0"/>
          <w:color w:val="15131F"/>
          <w:sz w:val="21"/>
        </w:rPr>
        <w:t xml:space="preserve">• Schreiben Sie nicht „DHL ist schuld“, sondern was Sie tun: Nachforschungsauftrag, Ersatzlieferung oder Erstattung.</w:t>
      </w:r>
    </w:p>
    <w:p>
      <w:pPr>
        <w:spacing w:after="60"/>
        <w:ind w:left="283"/>
      </w:pPr>
      <w:r>
        <w:rPr>
          <w:rFonts w:ascii="Calibri" w:hAnsi="Calibri" w:cs="Calibri" w:eastAsia="Calibri"/>
          <w:b w:val="0"/>
          <w:color w:val="15131F"/>
          <w:sz w:val="21"/>
        </w:rPr>
        <w:t xml:space="preserve">• Bei Abstellgenehmigung, Nachbar oder Packstation: nennen Sie den Ort aus der Sendungsverfolgung.</w:t>
      </w:r>
    </w:p>
    <w:p>
      <w:pPr>
        <w:spacing w:after="60"/>
        <w:ind w:left="283"/>
      </w:pPr>
      <w:r>
        <w:rPr>
          <w:rFonts w:ascii="Calibri" w:hAnsi="Calibri" w:cs="Calibri" w:eastAsia="Calibri"/>
          <w:b w:val="0"/>
          <w:color w:val="15131F"/>
          <w:sz w:val="21"/>
        </w:rPr>
        <w:t xml:space="preserve">• Siezen Sie und unterschreiben Sie mit einem echten Namen.</w:t>
      </w:r>
    </w:p>
    <w:p>
      <w:pPr>
        <w:spacing w:before="80" w:after="160"/>
      </w:pPr>
      <w:r>
        <w:rPr>
          <w:rFonts w:ascii="Calibri" w:hAnsi="Calibri" w:cs="Calibri" w:eastAsia="Calibri"/>
          <w:b w:val="0"/>
          <w:color w:val="5D5A70"/>
          <w:sz w:val="18"/>
        </w:rPr>
        <w:t xml:space="preserve">Quellen, geprüft am 27. Oktober 2026: Europäische Kommission, Your Europe: Versand und Lieferung; § 475 BGB.</w:t>
      </w:r>
    </w:p>
    <w:p>
      <w:pPr>
        <w:spacing w:before="240" w:after="60"/>
      </w:pPr>
      <w:r>
        <w:rPr>
          <w:rFonts w:ascii="Calibri" w:hAnsi="Calibri" w:cs="Calibri" w:eastAsia="Calibri"/>
          <w:b/>
          <w:color w:val="15131F"/>
          <w:sz w:val="28"/>
        </w:rPr>
        <w:t xml:space="preserve">E-Mail bei Lieferverzögerung: was Sie tun und lassen sollten</w:t>
      </w:r>
    </w:p>
    <w:p>
      <w:pPr>
        <w:spacing w:before="120" w:after="80"/>
      </w:pPr>
      <w:r>
        <w:rPr>
          <w:rFonts w:ascii="Calibri" w:hAnsi="Calibri" w:cs="Calibri" w:eastAsia="Calibri"/>
          <w:b/>
          <w:color w:val="15131F"/>
          <w:sz w:val="24"/>
        </w:rPr>
        <w:t xml:space="preserve">Tun</w:t>
      </w:r>
    </w:p>
    <w:p>
      <w:pPr>
        <w:spacing w:after="60"/>
        <w:ind w:left="283"/>
      </w:pPr>
      <w:r>
        <w:rPr>
          <w:rFonts w:ascii="Calibri" w:hAnsi="Calibri" w:cs="Calibri" w:eastAsia="Calibri"/>
          <w:b w:val="0"/>
          <w:color w:val="15131F"/>
          <w:sz w:val="21"/>
        </w:rPr>
        <w:t xml:space="preserve">• Schreiben Sie vor dem zugesagten Termin, nicht erst nach der Nachfrage.</w:t>
      </w:r>
    </w:p>
    <w:p>
      <w:pPr>
        <w:spacing w:after="60"/>
        <w:ind w:left="283"/>
      </w:pPr>
      <w:r>
        <w:rPr>
          <w:rFonts w:ascii="Calibri" w:hAnsi="Calibri" w:cs="Calibri" w:eastAsia="Calibri"/>
          <w:b w:val="0"/>
          <w:color w:val="15131F"/>
          <w:sz w:val="21"/>
        </w:rPr>
        <w:t xml:space="preserve">• Nennen Sie ein neues Datum oder den Termin des nächsten Updates.</w:t>
      </w:r>
    </w:p>
    <w:p>
      <w:pPr>
        <w:spacing w:after="60"/>
        <w:ind w:left="283"/>
      </w:pPr>
      <w:r>
        <w:rPr>
          <w:rFonts w:ascii="Calibri" w:hAnsi="Calibri" w:cs="Calibri" w:eastAsia="Calibri"/>
          <w:b w:val="0"/>
          <w:color w:val="15131F"/>
          <w:sz w:val="21"/>
        </w:rPr>
        <w:t xml:space="preserve">• Bieten Sie eine Wahl: warten, Ersatzartikel oder Stornierung mit Erstattung.</w:t>
      </w:r>
    </w:p>
    <w:p>
      <w:pPr>
        <w:spacing w:after="60"/>
        <w:ind w:left="283"/>
      </w:pPr>
      <w:r>
        <w:rPr>
          <w:rFonts w:ascii="Calibri" w:hAnsi="Calibri" w:cs="Calibri" w:eastAsia="Calibri"/>
          <w:b w:val="0"/>
          <w:color w:val="15131F"/>
          <w:sz w:val="21"/>
        </w:rPr>
        <w:t xml:space="preserve">• Protokollieren Sie den Grund, um Muster zu erkennen.</w:t>
      </w:r>
    </w:p>
    <w:p>
      <w:pPr>
        <w:spacing w:before="120" w:after="80"/>
      </w:pPr>
      <w:r>
        <w:rPr>
          <w:rFonts w:ascii="Calibri" w:hAnsi="Calibri" w:cs="Calibri" w:eastAsia="Calibri"/>
          <w:b/>
          <w:color w:val="15131F"/>
          <w:sz w:val="24"/>
        </w:rPr>
        <w:t xml:space="preserve">Lassen</w:t>
      </w:r>
    </w:p>
    <w:p>
      <w:pPr>
        <w:spacing w:after="60"/>
        <w:ind w:left="283"/>
      </w:pPr>
      <w:r>
        <w:rPr>
          <w:rFonts w:ascii="Calibri" w:hAnsi="Calibri" w:cs="Calibri" w:eastAsia="Calibri"/>
          <w:b w:val="0"/>
          <w:color w:val="15131F"/>
          <w:sz w:val="21"/>
        </w:rPr>
        <w:t xml:space="preserve">• „Aufgrund unvorhergesehener Umstände“</w:t>
      </w:r>
    </w:p>
    <w:p>
      <w:pPr>
        <w:spacing w:after="60"/>
        <w:ind w:left="283"/>
      </w:pPr>
      <w:r>
        <w:rPr>
          <w:rFonts w:ascii="Calibri" w:hAnsi="Calibri" w:cs="Calibri" w:eastAsia="Calibri"/>
          <w:b w:val="0"/>
          <w:color w:val="15131F"/>
          <w:sz w:val="21"/>
        </w:rPr>
        <w:t xml:space="preserve">• Die Schuld nur beim Paketdienst</w:t>
      </w:r>
    </w:p>
    <w:p>
      <w:pPr>
        <w:spacing w:after="60"/>
        <w:ind w:left="283"/>
      </w:pPr>
      <w:r>
        <w:rPr>
          <w:rFonts w:ascii="Calibri" w:hAnsi="Calibri" w:cs="Calibri" w:eastAsia="Calibri"/>
          <w:b w:val="0"/>
          <w:color w:val="15131F"/>
          <w:sz w:val="21"/>
        </w:rPr>
        <w:t xml:space="preserve">• Ein Gutschein statt eines Datums</w:t>
      </w:r>
    </w:p>
    <w:p>
      <w:pPr>
        <w:spacing w:after="60"/>
        <w:ind w:left="283"/>
      </w:pPr>
      <w:r>
        <w:rPr>
          <w:rFonts w:ascii="Calibri" w:hAnsi="Calibri" w:cs="Calibri" w:eastAsia="Calibri"/>
          <w:b w:val="0"/>
          <w:color w:val="15131F"/>
          <w:sz w:val="21"/>
        </w:rPr>
        <w:t xml:space="preserve">• Schweigen, bis der Kunde nachfragt</w:t>
      </w:r>
    </w:p>
    <w:p>
      <w:pPr>
        <w:spacing w:before="240" w:after="60"/>
      </w:pPr>
      <w:r>
        <w:rPr>
          <w:rFonts w:ascii="Calibri" w:hAnsi="Calibri" w:cs="Calibri" w:eastAsia="Calibri"/>
          <w:b/>
          <w:color w:val="15131F"/>
          <w:sz w:val="28"/>
        </w:rPr>
        <w:t xml:space="preserve">Weitere Nachrichten bei Lieferverzögerung</w:t>
      </w:r>
    </w:p>
    <w:p>
      <w:pPr>
        <w:spacing w:before="120" w:after="80"/>
      </w:pPr>
      <w:r>
        <w:rPr>
          <w:rFonts w:ascii="Calibri" w:hAnsi="Calibri" w:cs="Calibri" w:eastAsia="Calibri"/>
          <w:b/>
          <w:color w:val="15131F"/>
          <w:sz w:val="24"/>
        </w:rPr>
        <w:t xml:space="preserve">Kunde setzt eine Nachfrist</w:t>
      </w:r>
    </w:p>
    <w:p>
      <w:pPr>
        <w:spacing w:after="80"/>
      </w:pPr>
      <w:r>
        <w:rPr>
          <w:rFonts w:ascii="Calibri" w:hAnsi="Calibri" w:cs="Calibri" w:eastAsia="Calibri"/>
          <w:b w:val="0"/>
          <w:color w:val="15131F"/>
          <w:sz w:val="21"/>
        </w:rPr>
        <w:t xml:space="preserve">Guten Tag [Name], danke für Ihre Nachricht. Wir haben Ihre Frist bis [Fristdatum] notiert. Stand heute: [Status]. Schaffen wir es nicht bis dahin, erstatten wir Ihnen [Betrag] € sofort, ohne dass Sie noch etwas tun müssen.</w:t>
      </w:r>
    </w:p>
    <w:p>
      <w:pPr>
        <w:spacing w:before="120" w:after="80"/>
      </w:pPr>
      <w:r>
        <w:rPr>
          <w:rFonts w:ascii="Calibri" w:hAnsi="Calibri" w:cs="Calibri" w:eastAsia="Calibri"/>
          <w:b/>
          <w:color w:val="15131F"/>
          <w:sz w:val="24"/>
        </w:rPr>
        <w:t xml:space="preserve">Paket laut Tracking zugestellt, aber nicht angekommen</w:t>
      </w:r>
    </w:p>
    <w:p>
      <w:pPr>
        <w:spacing w:after="80"/>
      </w:pPr>
      <w:r>
        <w:rPr>
          <w:rFonts w:ascii="Calibri" w:hAnsi="Calibri" w:cs="Calibri" w:eastAsia="Calibri"/>
          <w:b w:val="0"/>
          <w:color w:val="15131F"/>
          <w:sz w:val="21"/>
        </w:rPr>
        <w:t xml:space="preserve">Guten Tag [Name], laut Sendungsverfolgung wurde Ihr Paket am [Datum] an [Ort] zugestellt. Bitte prüfen Sie dort kurz nach. Ist es nicht da, starten wir heute einen Nachforschungsauftrag und schicken Ihnen bis [Datum] Ersatz oder erstatten den Betrag; das Risiko liegt bei uns.</w:t>
      </w:r>
    </w:p>
    <w:p>
      <w:pPr>
        <w:spacing w:before="240" w:after="60"/>
      </w:pPr>
      <w:r>
        <w:rPr>
          <w:rFonts w:ascii="Calibri" w:hAnsi="Calibri" w:cs="Calibri" w:eastAsia="Calibri"/>
          <w:b/>
          <w:color w:val="15131F"/>
          <w:sz w:val="28"/>
        </w:rPr>
        <w:t xml:space="preserve">Weitere Fragen</w:t>
      </w:r>
    </w:p>
    <w:p>
      <w:pPr>
        <w:spacing w:before="120" w:after="60"/>
      </w:pPr>
      <w:r>
        <w:rPr>
          <w:rFonts w:ascii="Calibri" w:hAnsi="Calibri" w:cs="Calibri" w:eastAsia="Calibri"/>
          <w:b/>
          <w:color w:val="15131F"/>
          <w:sz w:val="24"/>
        </w:rPr>
        <w:t xml:space="preserve">Wer haftet, wenn ein Paket verloren geht?</w:t>
      </w:r>
    </w:p>
    <w:p>
      <w:pPr>
        <w:spacing w:after="120"/>
      </w:pPr>
      <w:r>
        <w:rPr>
          <w:rFonts w:ascii="Calibri" w:hAnsi="Calibri" w:cs="Calibri" w:eastAsia="Calibri"/>
          <w:b w:val="0"/>
          <w:color w:val="15131F"/>
          <w:sz w:val="21"/>
        </w:rPr>
        <w:t xml:space="preserve">Beim Verkauf an Verbraucher der Shop: Das Risiko geht erst auf den Kunden über, wenn die Ware bei ihm ankommt (§ 475 Abs. 2 BGB). Klären Sie die Sache mit dem Paketdienst, aber liefern Sie dem Kunden Ersatz oder erstatten Sie den Betrag.</w:t>
      </w:r>
    </w:p>
    <w:p>
      <w:pPr>
        <w:spacing w:before="120" w:after="60"/>
      </w:pPr>
      <w:r>
        <w:rPr>
          <w:rFonts w:ascii="Calibri" w:hAnsi="Calibri" w:cs="Calibri" w:eastAsia="Calibri"/>
          <w:b/>
          <w:color w:val="15131F"/>
          <w:sz w:val="24"/>
        </w:rPr>
        <w:t xml:space="preserve">Wann darf der Kunde wegen einer Lieferverzögerung zurücktreten?</w:t>
      </w:r>
    </w:p>
    <w:p>
      <w:pPr>
        <w:spacing w:after="120"/>
      </w:pPr>
      <w:r>
        <w:rPr>
          <w:rFonts w:ascii="Calibri" w:hAnsi="Calibri" w:cs="Calibri" w:eastAsia="Calibri"/>
          <w:b w:val="0"/>
          <w:color w:val="15131F"/>
          <w:sz w:val="21"/>
        </w:rPr>
        <w:t xml:space="preserve">In der Regel, nachdem er eine angemessene Nachfrist gesetzt hat und diese erfolglos abgelaufen ist. War der Liefertermin wesentlich und dem Shop bekannt, geht es ohne Nachfrist. Dann erstatten Sie den Kaufpreis.</w:t>
      </w: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https://crmsoftware.pro/de/templates/shipping-delay-email-templates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E-Mail-Vorlagen bei Lieferverzögerung</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