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Vorlagen für Dankesmails an Kunden</w:t>
      </w:r>
    </w:p>
    <w:p>
      <w:pPr>
        <w:spacing w:after="80"/>
      </w:pPr>
      <w:r>
        <w:rPr>
          <w:rFonts w:ascii="Calibri" w:hAnsi="Calibri" w:cs="Calibri" w:eastAsia="Calibri"/>
          <w:b w:val="0"/>
          <w:color w:val="5D5A70"/>
          <w:sz w:val="22"/>
        </w:rPr>
        <w:t>Dankesmails und Kurzversionen für 9 Anlässe: erste Bestellung, Stammkunde, Jubiläum, nach einem Termin, abgeschlossenes Projekt, Empfehlung, Bewertung oder Feedback, Geduld bei einem Problem und nach einem Supportfall. Von CRMsoftware.pro.</w:t>
      </w:r>
    </w:p>
    <w:p>
      <w:pPr>
        <w:spacing w:after="280"/>
      </w:pPr>
      <w:r>
        <w:rPr>
          <w:rFonts w:ascii="Calibri" w:hAnsi="Calibri" w:cs="Calibri" w:eastAsia="Calibri"/>
          <w:b w:val="0"/>
          <w:color w:val="5D5A70"/>
          <w:sz w:val="21"/>
        </w:rPr>
        <w:t>Wählen Sie die Vorlage für den Anlass und ersetzen Sie jedes Wort in [Klammern], vor allem das eine konkrete Detail. Senden Sie die Nachricht am selben Tag, spätestens nach 48 Stunden, ohne Angebot, Zusatzangebot oder Bewertungsanfrage. Tragen Sie jede Dankesnachricht im Excel-Dankesprotokoll ein, damit sich niemand zweimal bei demselben Kunden bedankt und kein Kunde vergessen wird.</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Danke für Ihre Bestellung: die E-Mail zum ersten Kauf</w:t>
      </w:r>
    </w:p>
    <w:p>
      <w:pPr>
        <w:spacing w:after="80"/>
      </w:pPr>
      <w:r>
        <w:rPr>
          <w:rFonts w:ascii="Calibri" w:hAnsi="Calibri" w:cs="Calibri" w:eastAsia="Calibri"/>
          <w:b w:val="0"/>
          <w:color w:val="5D5A70"/>
          <w:sz w:val="20"/>
        </w:rPr>
        <w:t>Senden: Am selben Tag · Nächster Schritt: Wen anrufen, wenn etwas nicht stimmt</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Am selben Tag, an dem die erste Bestellung bezahlt oder geliefert wird. Spätestens nach 48 Stunden.</w:t>
      </w:r>
    </w:p>
    <w:p>
      <w:pPr>
        <w:spacing w:after="40"/>
        <w:ind w:left="283"/>
      </w:pPr>
      <w:r>
        <w:rPr>
          <w:rFonts w:ascii="Calibri" w:hAnsi="Calibri" w:cs="Calibri" w:eastAsia="Calibri"/>
          <w:b w:val="0"/>
          <w:color w:val="15131F"/>
          <w:sz w:val="21"/>
        </w:rPr>
        <w:t>• Die automatische Bestellbestätigung ist nicht der Dank. Diese E-Mail kommt von einem Menschen, mit Namen und einer Antwortadresse, die diesen Menschen auch erreicht.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Ihre erste Bestellung,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Bestellung von [Produkt oder Leistung] und dass Sie sich für [Firma] entschieden haben. [Ein konkretes Detail, zum Beispiel: Ich weiß, dass die Speisekarten vor Ihrer Wiedereröffnung am Samstag fertig sein mussten, und freue mich, dass sie früher rausgegangen sind].</w:t>
        <w:br/>
        <w:br/>
        <w:t>Wenn mit der Bestellung etwas nicht stimmt, antworten Sie einfach auf diese E-Mail oder rufen Sie mich unter [Telefon] an. Ich kümmere mich persönlich darum.</w:t>
        <w:br/>
        <w:br/>
        <w:t>Nochmals vielen Dank</w:t>
        <w:br/>
        <w:t>[Ihr Name]</w:t>
        <w:br/>
        <w:t>[Firma]</w:t>
      </w:r>
    </w:p>
    <w:p>
      <w:pPr>
        <w:spacing w:after="60"/>
      </w:pPr>
      <w:r>
        <w:rPr>
          <w:rFonts w:ascii="Calibri" w:hAnsi="Calibri" w:cs="Calibri" w:eastAsia="Calibri"/>
          <w:b/>
          <w:color w:val="6B3CF0"/>
          <w:sz w:val="21"/>
        </w:rPr>
        <w:t xml:space="preserve">Kurzversion, Chat oder Nachricht: </w:t>
      </w:r>
      <w:r>
        <w:rPr>
          <w:rFonts w:ascii="Calibri" w:hAnsi="Calibri" w:cs="Calibri" w:eastAsia="Calibri"/>
          <w:b w:val="0"/>
          <w:color w:val="15131F"/>
          <w:sz w:val="21"/>
        </w:rPr>
        <w:t>Danke für Ihre erste Bestellung, [Vorname]! [Ein konkretes Detail]. Wenn etwas nicht stimmt, antworten Sie einfach hier, dann kümmere ich mich darum. [Ihr Name], [Firma]</w:t>
      </w:r>
    </w:p>
    <w:p>
      <w:pPr>
        <w:spacing w:after="60"/>
      </w:pPr>
      <w:r>
        <w:rPr>
          <w:rFonts w:ascii="Calibri" w:hAnsi="Calibri" w:cs="Calibri" w:eastAsia="Calibri"/>
          <w:b/>
          <w:color w:val="6B3CF0"/>
          <w:sz w:val="21"/>
        </w:rPr>
        <w:t xml:space="preserve">Nur danken: </w:t>
      </w:r>
      <w:r>
        <w:rPr>
          <w:rFonts w:ascii="Calibri" w:hAnsi="Calibri" w:cs="Calibri" w:eastAsia="Calibri"/>
          <w:b w:val="0"/>
          <w:color w:val="5D5A70"/>
          <w:sz w:val="21"/>
        </w:rPr>
        <w:t>Kein Rabattcode und kein „Das könnte Ihnen auch gefallen“. Eine E-Mail, die für ein Angebot wirbt, kann als Werbe-E-Mail gelten: Nach dem US-Gesetz CAN-SPAM braucht sie dann eine Abmeldemöglichkeit und Ihre Postanschrift. Lassen Sie das Angebot weg, dann bleibt der Dank ein Dank.</w:t>
      </w:r>
    </w:p>
    <w:p>
      <w:pPr>
        <w:spacing w:after="60"/>
      </w:pPr>
      <w:r>
        <w:rPr>
          <w:rFonts w:ascii="Calibri" w:hAnsi="Calibri" w:cs="Calibri" w:eastAsia="Calibri"/>
          <w:b/>
          <w:color w:val="6B3CF0"/>
          <w:sz w:val="21"/>
        </w:rPr>
        <w:t xml:space="preserve">Nie hinzufügen: </w:t>
      </w:r>
      <w:r>
        <w:rPr>
          <w:rFonts w:ascii="Calibri" w:hAnsi="Calibri" w:cs="Calibri" w:eastAsia="Calibri"/>
          <w:b w:val="0"/>
          <w:color w:val="5D5A70"/>
          <w:sz w:val="21"/>
        </w:rPr>
        <w:t>Rabattcode, Zusatzangebot, Bewertungslink</w:t>
      </w:r>
    </w:p>
    <w:p>
      <w:pPr>
        <w:spacing w:after="160"/>
      </w:pPr>
    </w:p>
    <w:p>
      <w:pPr>
        <w:spacing w:after="60"/>
      </w:pPr>
      <w:r>
        <w:rPr>
          <w:rFonts w:ascii="Calibri" w:hAnsi="Calibri" w:cs="Calibri" w:eastAsia="Calibri"/>
          <w:b/>
          <w:color w:val="15131F"/>
          <w:sz w:val="28"/>
        </w:rPr>
        <w:t>2. Danke für Ihre Unterstützung: Stammkunden und Jubiläum</w:t>
      </w:r>
    </w:p>
    <w:p>
      <w:pPr>
        <w:spacing w:after="80"/>
      </w:pPr>
      <w:r>
        <w:rPr>
          <w:rFonts w:ascii="Calibri" w:hAnsi="Calibri" w:cs="Calibri" w:eastAsia="Calibri"/>
          <w:b w:val="0"/>
          <w:color w:val="5D5A70"/>
          <w:sz w:val="20"/>
        </w:rPr>
        <w:t>Stammkunde: Nach Bestellung 2 · Jubiläum: Am Jahrestag</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Stammkunde: nach der zweiten Bestellung, dann bei echten Meilensteinen wie der zehnten Bestellung oder einem Jahr monatlicher Bestellungen. Nicht nach jeder Bestellung.</w:t>
      </w:r>
    </w:p>
    <w:p>
      <w:pPr>
        <w:spacing w:after="40"/>
        <w:ind w:left="283"/>
      </w:pPr>
      <w:r>
        <w:rPr>
          <w:rFonts w:ascii="Calibri" w:hAnsi="Calibri" w:cs="Calibri" w:eastAsia="Calibri"/>
          <w:b w:val="0"/>
          <w:color w:val="15131F"/>
          <w:sz w:val="21"/>
        </w:rPr>
        <w:t>• Jubiläum: am Jahrestag, ein Jahr nach der ersten Bestellung oder dem Vertragsbeginn.</w:t>
      </w:r>
    </w:p>
    <w:p>
      <w:pPr>
        <w:spacing w:after="60"/>
      </w:pPr>
      <w:r>
        <w:rPr>
          <w:rFonts w:ascii="Calibri" w:hAnsi="Calibri" w:cs="Calibri" w:eastAsia="Calibri"/>
          <w:b/>
          <w:color w:val="6B3CF0"/>
          <w:sz w:val="21"/>
        </w:rPr>
        <w:t xml:space="preserve">Stammkunde, Betreff: </w:t>
      </w:r>
      <w:r>
        <w:rPr>
          <w:rFonts w:ascii="Calibri" w:hAnsi="Calibri" w:cs="Calibri" w:eastAsia="Calibri"/>
          <w:b w:val="0"/>
          <w:color w:val="15131F"/>
          <w:sz w:val="21"/>
        </w:rPr>
        <w:t>Danke, dass Sie wiederkommen, [Vorname]</w:t>
      </w:r>
    </w:p>
    <w:p>
      <w:pPr>
        <w:spacing w:after="60"/>
      </w:pPr>
      <w:r>
        <w:rPr>
          <w:rFonts w:ascii="Calibri" w:hAnsi="Calibri" w:cs="Calibri" w:eastAsia="Calibri"/>
          <w:b/>
          <w:color w:val="6B3CF0"/>
          <w:sz w:val="21"/>
        </w:rPr>
        <w:t xml:space="preserve">Stammkunde, E-Mail: </w:t>
      </w:r>
      <w:r>
        <w:rPr>
          <w:rFonts w:ascii="Calibri" w:hAnsi="Calibri" w:cs="Calibri" w:eastAsia="Calibri"/>
          <w:b w:val="0"/>
          <w:color w:val="15131F"/>
          <w:sz w:val="21"/>
        </w:rPr>
        <w:t>Hallo [Vorname],</w:t>
        <w:br/>
        <w:br/>
        <w:t>das ist Ihre [zweite, zehnte] Bestellung bei uns seit [Monat]. Vielen Dank dafür. [Ein konkretes Detail, zum Beispiel: Die Regaletiketten aus dem März hängen immer noch an jedem Gang, wenn ich vorbeigehe].</w:t>
        <w:br/>
        <w:br/>
        <w:t>Sie müssen hier nichts tun oder kaufen. Ich wollte Ihnen nur sagen, dass wir es bemerken und sehr zu schätzen wissen.</w:t>
        <w:br/>
        <w:br/>
        <w:t>[Ihr Name], [Firma]</w:t>
      </w:r>
    </w:p>
    <w:p>
      <w:pPr>
        <w:spacing w:after="60"/>
      </w:pPr>
      <w:r>
        <w:rPr>
          <w:rFonts w:ascii="Calibri" w:hAnsi="Calibri" w:cs="Calibri" w:eastAsia="Calibri"/>
          <w:b/>
          <w:color w:val="6B3CF0"/>
          <w:sz w:val="21"/>
        </w:rPr>
        <w:t xml:space="preserve">Jubiläum, Betreff: </w:t>
      </w:r>
      <w:r>
        <w:rPr>
          <w:rFonts w:ascii="Calibri" w:hAnsi="Calibri" w:cs="Calibri" w:eastAsia="Calibri"/>
          <w:b w:val="0"/>
          <w:color w:val="15131F"/>
          <w:sz w:val="21"/>
        </w:rPr>
        <w:t>Ein Jahr seit Ihrer ersten Bestellung, [Vorname]</w:t>
      </w:r>
    </w:p>
    <w:p>
      <w:pPr>
        <w:spacing w:after="60"/>
      </w:pPr>
      <w:r>
        <w:rPr>
          <w:rFonts w:ascii="Calibri" w:hAnsi="Calibri" w:cs="Calibri" w:eastAsia="Calibri"/>
          <w:b/>
          <w:color w:val="6B3CF0"/>
          <w:sz w:val="21"/>
        </w:rPr>
        <w:t xml:space="preserve">Jubiläum, E-Mail: </w:t>
      </w:r>
      <w:r>
        <w:rPr>
          <w:rFonts w:ascii="Calibri" w:hAnsi="Calibri" w:cs="Calibri" w:eastAsia="Calibri"/>
          <w:b w:val="0"/>
          <w:color w:val="15131F"/>
          <w:sz w:val="21"/>
        </w:rPr>
        <w:t>Hallo [Vorname],</w:t>
        <w:br/>
        <w:br/>
        <w:t>heute vor einem Jahr hat [Firma des Kunden] die erste Bestellung bei uns aufgegeben: [was es war]. Seitdem haben wir [ein Fakt, der stimmt, zum Beispiel: Ihre Speisekarten viermal und Ihre Treuekarten zweimal gedruckt].</w:t>
        <w:br/>
        <w:br/>
        <w:t>Danke für Ihre Unterstützung in diesem Jahr. Wenn es eine Sache gibt, die wir besser machen könnten, würde ich sie gern hören.</w:t>
        <w:br/>
        <w:br/>
        <w:t>[Ihr Name], [Firma]</w:t>
      </w:r>
    </w:p>
    <w:p>
      <w:pPr>
        <w:spacing w:after="60"/>
      </w:pPr>
      <w:r>
        <w:rPr>
          <w:rFonts w:ascii="Calibri" w:hAnsi="Calibri" w:cs="Calibri" w:eastAsia="Calibri"/>
          <w:b/>
          <w:color w:val="6B3CF0"/>
          <w:sz w:val="21"/>
        </w:rPr>
        <w:t xml:space="preserve">Kurzversion, Chat oder Nachricht: </w:t>
      </w:r>
      <w:r>
        <w:rPr>
          <w:rFonts w:ascii="Calibri" w:hAnsi="Calibri" w:cs="Calibri" w:eastAsia="Calibri"/>
          <w:b w:val="0"/>
          <w:color w:val="15131F"/>
          <w:sz w:val="21"/>
        </w:rPr>
        <w:t>Danke für Ihre [zehnte] Bestellung, [Vorname]. Wir bemerken das und wissen es sehr zu schätzen. [Ihr Name], [Firma]</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Zählen Sie anhand Ihrer Unterlagen, nicht aus dem Gedächtnis. Eine falsche Zahl in einer Jubiläumsmail schadet mehr als gar keine E-Mail.</w:t>
      </w:r>
    </w:p>
    <w:p>
      <w:pPr>
        <w:spacing w:after="60"/>
      </w:pPr>
      <w:r>
        <w:rPr>
          <w:rFonts w:ascii="Calibri" w:hAnsi="Calibri" w:cs="Calibri" w:eastAsia="Calibri"/>
          <w:b/>
          <w:color w:val="6B3CF0"/>
          <w:sz w:val="21"/>
        </w:rPr>
        <w:t xml:space="preserve">Nie hinzufügen: </w:t>
      </w:r>
      <w:r>
        <w:rPr>
          <w:rFonts w:ascii="Calibri" w:hAnsi="Calibri" w:cs="Calibri" w:eastAsia="Calibri"/>
          <w:b w:val="0"/>
          <w:color w:val="5D5A70"/>
          <w:sz w:val="21"/>
        </w:rPr>
        <w:t>Treuerabatt, Umfragelink, Bitte um Empfehlung</w:t>
      </w:r>
    </w:p>
    <w:p>
      <w:pPr>
        <w:spacing w:after="160"/>
      </w:pPr>
    </w:p>
    <w:p>
      <w:pPr>
        <w:spacing w:after="60"/>
      </w:pPr>
      <w:r>
        <w:rPr>
          <w:rFonts w:ascii="Calibri" w:hAnsi="Calibri" w:cs="Calibri" w:eastAsia="Calibri"/>
          <w:b/>
          <w:color w:val="15131F"/>
          <w:sz w:val="28"/>
        </w:rPr>
        <w:t>3. Dankesmail nach einem Kundentermin</w:t>
      </w:r>
    </w:p>
    <w:p>
      <w:pPr>
        <w:spacing w:after="80"/>
      </w:pPr>
      <w:r>
        <w:rPr>
          <w:rFonts w:ascii="Calibri" w:hAnsi="Calibri" w:cs="Calibri" w:eastAsia="Calibri"/>
          <w:b w:val="0"/>
          <w:color w:val="5D5A70"/>
          <w:sz w:val="20"/>
        </w:rPr>
        <w:t>Senden: Am selben Tag · Nächster Schritt: Ja: was, wer, bis wann</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Am selben Tag wie der Termin oder das Telefonat, solange Sie sich beide noch gut daran erinnern.</w:t>
      </w:r>
    </w:p>
    <w:p>
      <w:pPr>
        <w:spacing w:after="40"/>
        <w:ind w:left="283"/>
      </w:pPr>
      <w:r>
        <w:rPr>
          <w:rFonts w:ascii="Calibri" w:hAnsi="Calibri" w:cs="Calibri" w:eastAsia="Calibri"/>
          <w:b w:val="0"/>
          <w:color w:val="15131F"/>
          <w:sz w:val="21"/>
        </w:rPr>
        <w:t>• Das ist die einzige Dankesnachricht, in die ein nächster Schritt gehört: was als Nächstes passiert, wer es macht und bis wann.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Ihre Zeit heute,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danke, dass Sie sich heute Zeit für das Gespräch über [Thema] genommen haben. Besonders geholfen hat mir [eine konkrete Aussage des Kunden, in seinen Worten].</w:t>
        <w:br/>
        <w:br/>
        <w:t>Nächster Schritt: Ich werde bis [Tag] [was Sie tun]. Wenn Sie vorher etwas brauchen, rufen Sie mich unter [Telefon] an.</w:t>
        <w:br/>
        <w:br/>
        <w:t>Wenn ich etwas falsch verstanden habe, antworten Sie einfach und korrigieren Sie mich.</w:t>
        <w:br/>
        <w:br/>
        <w:t>[Ihr Name], [Firma]</w:t>
      </w:r>
    </w:p>
    <w:p>
      <w:pPr>
        <w:spacing w:after="60"/>
      </w:pPr>
      <w:r>
        <w:rPr>
          <w:rFonts w:ascii="Calibri" w:hAnsi="Calibri" w:cs="Calibri" w:eastAsia="Calibri"/>
          <w:b/>
          <w:color w:val="6B3CF0"/>
          <w:sz w:val="21"/>
        </w:rPr>
        <w:t xml:space="preserve">Kurzversion, nach einem Telefonat: </w:t>
      </w:r>
      <w:r>
        <w:rPr>
          <w:rFonts w:ascii="Calibri" w:hAnsi="Calibri" w:cs="Calibri" w:eastAsia="Calibri"/>
          <w:b w:val="0"/>
          <w:color w:val="15131F"/>
          <w:sz w:val="21"/>
        </w:rPr>
        <w:t>Danke für das Telefonat heute, [Vorname]. Wie besprochen werde ich bis [Tag] [nächster Schritt]. [Ihr Name], [Firma]</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Bleiben Sie bei einem nächsten Schritt. Für eine Zusammenfassung mit mehreren Punkten oder wenn der Kunde danach nicht mehr antwortet, nutzen Sie die Vorlagen für Nachfass-E-Mails.</w:t>
      </w:r>
    </w:p>
    <w:p>
      <w:pPr>
        <w:spacing w:after="60"/>
      </w:pPr>
      <w:r>
        <w:rPr>
          <w:rFonts w:ascii="Calibri" w:hAnsi="Calibri" w:cs="Calibri" w:eastAsia="Calibri"/>
          <w:b/>
          <w:color w:val="6B3CF0"/>
          <w:sz w:val="21"/>
        </w:rPr>
        <w:t xml:space="preserve">Ein nächster Schritt, zum Beispiel: </w:t>
      </w:r>
      <w:r>
        <w:rPr>
          <w:rFonts w:ascii="Calibri" w:hAnsi="Calibri" w:cs="Calibri" w:eastAsia="Calibri"/>
          <w:b w:val="0"/>
          <w:color w:val="5D5A70"/>
          <w:sz w:val="21"/>
        </w:rPr>
        <w:t>Entwurf bis Freitag, Angebot bis Montag, Muster per Post</w:t>
      </w:r>
    </w:p>
    <w:p>
      <w:pPr>
        <w:spacing w:after="160"/>
      </w:pPr>
    </w:p>
    <w:p>
      <w:pPr>
        <w:spacing w:after="60"/>
      </w:pPr>
      <w:r>
        <w:rPr>
          <w:rFonts w:ascii="Calibri" w:hAnsi="Calibri" w:cs="Calibri" w:eastAsia="Calibri"/>
          <w:b/>
          <w:color w:val="15131F"/>
          <w:sz w:val="28"/>
        </w:rPr>
        <w:t>4. Danke nach einem abgeschlossenen Projekt: E-Mail und Karte</w:t>
      </w:r>
    </w:p>
    <w:p>
      <w:pPr>
        <w:spacing w:after="80"/>
      </w:pPr>
      <w:r>
        <w:rPr>
          <w:rFonts w:ascii="Calibri" w:hAnsi="Calibri" w:cs="Calibri" w:eastAsia="Calibri"/>
          <w:b w:val="0"/>
          <w:color w:val="5D5A70"/>
          <w:sz w:val="20"/>
        </w:rPr>
        <w:t>E-Mail innerhalb: 48 Stunden · Karte: In derselben Woche · Nächster Schritt: Nur, wen der Kunde anrufen kann, wenn etwas ist.</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Innerhalb von 48 Stunden nach der Übergabe, sobald der Kunde bestätigt hat, dass alles so ist, wie er es wollte.</w:t>
      </w:r>
    </w:p>
    <w:p>
      <w:pPr>
        <w:spacing w:after="40"/>
        <w:ind w:left="283"/>
      </w:pPr>
      <w:r>
        <w:rPr>
          <w:rFonts w:ascii="Calibri" w:hAnsi="Calibri" w:cs="Calibri" w:eastAsia="Calibri"/>
          <w:b w:val="0"/>
          <w:color w:val="15131F"/>
          <w:sz w:val="21"/>
        </w:rPr>
        <w:t>• Bei einem großen oder langen Projekt schicken Sie in derselben Woche zusätzlich eine handschriftliche Karte per Post.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[Projekt],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danke, dass Sie uns [Projekt] anvertraut haben. [Ein konkreter Moment aus dem Projekt, zum Beispiel: Dass das neue Logo beim dritten Entwurf genau gepasst hat, war das Warten wert].</w:t>
        <w:br/>
        <w:br/>
        <w:t>Falls mit [was Sie geliefert haben] etwas sein sollte, antworten Sie einfach hier oder rufen Sie mich unter [Telefon] an.</w:t>
        <w:br/>
        <w:br/>
        <w:t>Es war mir eine Freude, mit Ihnen zu arbeiten.</w:t>
        <w:br/>
        <w:br/>
        <w:t>[Ihr Name], [Firma]</w:t>
      </w:r>
    </w:p>
    <w:p>
      <w:pPr>
        <w:spacing w:after="60"/>
      </w:pPr>
      <w:r>
        <w:rPr>
          <w:rFonts w:ascii="Calibri" w:hAnsi="Calibri" w:cs="Calibri" w:eastAsia="Calibri"/>
          <w:b/>
          <w:color w:val="6B3CF0"/>
          <w:sz w:val="21"/>
        </w:rPr>
        <w:t xml:space="preserve">Kurzversion, Chat oder Nachricht: </w:t>
      </w:r>
      <w:r>
        <w:rPr>
          <w:rFonts w:ascii="Calibri" w:hAnsi="Calibri" w:cs="Calibri" w:eastAsia="Calibri"/>
          <w:b w:val="0"/>
          <w:color w:val="15131F"/>
          <w:sz w:val="21"/>
        </w:rPr>
        <w:t>Danke für [Projekt], [Vorname]. [Ein konkretes Detail]. Wenn etwas ist, schreiben Sie einfach hier. [Ihr Name]</w:t>
      </w:r>
    </w:p>
    <w:p>
      <w:pPr>
        <w:spacing w:after="60"/>
      </w:pPr>
      <w:r>
        <w:rPr>
          <w:rFonts w:ascii="Calibri" w:hAnsi="Calibri" w:cs="Calibri" w:eastAsia="Calibri"/>
          <w:b/>
          <w:color w:val="6B3CF0"/>
          <w:sz w:val="21"/>
        </w:rPr>
        <w:t xml:space="preserve">Handschriftliche Karte, 3 Zeilen: </w:t>
      </w:r>
      <w:r>
        <w:rPr>
          <w:rFonts w:ascii="Calibri" w:hAnsi="Calibri" w:cs="Calibri" w:eastAsia="Calibri"/>
          <w:b w:val="0"/>
          <w:color w:val="15131F"/>
          <w:sz w:val="21"/>
        </w:rPr>
        <w:t>[Liebe/Lieber] [Vorname],</w:t>
        <w:br/>
        <w:t>vielen Dank für [Projekt]. [Ein konkretes Detail, das Ihnen gefallen hat].</w:t>
        <w:br/>
        <w:t>Es war mir eine Freude. [Ihr Name]</w:t>
      </w:r>
    </w:p>
    <w:p>
      <w:pPr>
        <w:spacing w:after="60"/>
      </w:pPr>
      <w:r>
        <w:rPr>
          <w:rFonts w:ascii="Calibri" w:hAnsi="Calibri" w:cs="Calibri" w:eastAsia="Calibri"/>
          <w:b/>
          <w:color w:val="6B3CF0"/>
          <w:sz w:val="21"/>
        </w:rPr>
        <w:t xml:space="preserve">Karte oder E-Mail: </w:t>
      </w:r>
      <w:r>
        <w:rPr>
          <w:rFonts w:ascii="Calibri" w:hAnsi="Calibri" w:cs="Calibri" w:eastAsia="Calibri"/>
          <w:b w:val="0"/>
          <w:color w:val="5D5A70"/>
          <w:sz w:val="21"/>
        </w:rPr>
        <w:t>Senden Sie zuerst die E-Mail, damit der Dank innerhalb von 48 Stunden ankommt. Die Karte folgt in derselben Woche. Legen Sie nie ein Angebot oder eine Bitte um eine Bewertung in den Umschlag.</w:t>
      </w:r>
    </w:p>
    <w:p>
      <w:pPr>
        <w:spacing w:after="160"/>
      </w:pPr>
    </w:p>
    <w:p>
      <w:pPr>
        <w:spacing w:after="60"/>
      </w:pPr>
      <w:r>
        <w:rPr>
          <w:rFonts w:ascii="Calibri" w:hAnsi="Calibri" w:cs="Calibri" w:eastAsia="Calibri"/>
          <w:b/>
          <w:color w:val="15131F"/>
          <w:sz w:val="28"/>
        </w:rPr>
        <w:t>5. Dankesmail für eine Empfehlung, am selben Tag gesendet</w:t>
      </w:r>
    </w:p>
    <w:p>
      <w:pPr>
        <w:spacing w:after="80"/>
      </w:pPr>
      <w:r>
        <w:rPr>
          <w:rFonts w:ascii="Calibri" w:hAnsi="Calibri" w:cs="Calibri" w:eastAsia="Calibri"/>
          <w:b w:val="0"/>
          <w:color w:val="5D5A70"/>
          <w:sz w:val="20"/>
        </w:rPr>
        <w:t>Senden: Am selben Tag · Belohnung: Nur, wenn vorher versprochen</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Am selben Tag, an dem sich die empfohlene Person meldet, egal, wie sie sich entscheidet.</w:t>
      </w:r>
    </w:p>
    <w:p>
      <w:pPr>
        <w:spacing w:after="40"/>
        <w:ind w:left="283"/>
      </w:pPr>
      <w:r>
        <w:rPr>
          <w:rFonts w:ascii="Calibri" w:hAnsi="Calibri" w:cs="Calibri" w:eastAsia="Calibri"/>
          <w:b w:val="0"/>
          <w:color w:val="15131F"/>
          <w:sz w:val="21"/>
        </w:rPr>
        <w:t>• Sagen Sie dem Kunden nie, was die empfohlene Person gekauft oder bezahlt hat.</w:t>
      </w:r>
    </w:p>
    <w:p>
      <w:pPr>
        <w:spacing w:after="40"/>
        <w:ind w:left="283"/>
      </w:pPr>
      <w:r>
        <w:rPr>
          <w:rFonts w:ascii="Calibri" w:hAnsi="Calibri" w:cs="Calibri" w:eastAsia="Calibri"/>
          <w:b w:val="0"/>
          <w:color w:val="15131F"/>
          <w:sz w:val="21"/>
        </w:rPr>
        <w:t>• Um eine Empfehlung zu bitten oder eine Belohnung dafür einzurichten, nutzen Sie die Vorlagen für Empfehlungs- und Bewertungsanfragen. Dieser Tab ist nur der Dank.</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die Vermittlung,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[Vorname der empfohlenen Person] von [deren Firma] hat sich heute gemeldet und Sie erwähnt. Vielen Dank für die Vermittlung. Wie auch immer die Entscheidung ausfällt: Ich weiß es sehr zu schätzen, dass Sie mit Ihrem Namen für uns einstehen.</w:t>
        <w:br/>
        <w:br/>
        <w:t>Bei uns ist [Vorname der empfohlenen Person] in guten Händen.</w:t>
        <w:br/>
        <w:br/>
        <w:t>[Ihr Name], [Firma]</w:t>
      </w:r>
    </w:p>
    <w:p>
      <w:pPr>
        <w:spacing w:after="60"/>
      </w:pPr>
      <w:r>
        <w:rPr>
          <w:rFonts w:ascii="Calibri" w:hAnsi="Calibri" w:cs="Calibri" w:eastAsia="Calibri"/>
          <w:b/>
          <w:color w:val="6B3CF0"/>
          <w:sz w:val="21"/>
        </w:rPr>
        <w:t xml:space="preserve">Kurzversion, Chat oder Nachricht: </w:t>
      </w:r>
      <w:r>
        <w:rPr>
          <w:rFonts w:ascii="Calibri" w:hAnsi="Calibri" w:cs="Calibri" w:eastAsia="Calibri"/>
          <w:b w:val="0"/>
          <w:color w:val="15131F"/>
          <w:sz w:val="21"/>
        </w:rPr>
        <w:t>Danke, dass Sie uns [Vorname der empfohlenen Person] empfohlen haben, [Vorname]. Bei uns ist [er oder sie] in guten Händen. [Ihr Name]</w:t>
      </w:r>
    </w:p>
    <w:p>
      <w:pPr>
        <w:spacing w:after="60"/>
      </w:pPr>
      <w:r>
        <w:rPr>
          <w:rFonts w:ascii="Calibri" w:hAnsi="Calibri" w:cs="Calibri" w:eastAsia="Calibri"/>
          <w:b/>
          <w:color w:val="6B3CF0"/>
          <w:sz w:val="21"/>
        </w:rPr>
        <w:t xml:space="preserve">Warum es wirkt: </w:t>
      </w:r>
      <w:r>
        <w:rPr>
          <w:rFonts w:ascii="Calibri" w:hAnsi="Calibri" w:cs="Calibri" w:eastAsia="Calibri"/>
          <w:b w:val="0"/>
          <w:color w:val="5D5A70"/>
          <w:sz w:val="21"/>
        </w:rPr>
        <w:t>In Experimenten von Adam Grant und Francesca Gino machte ein kurzes schriftliches Dankeschön Helfer bereiter, wieder zu helfen, sowohl der Person, die sich bedankt hatte, als auch jemand Neuem. Eine Empfehlung ist Hilfe. Bedanken Sie sich, bevor Sie das Ergebnis kennen.</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Details zum Kauf, Eine zweite Bitte, Auf den Kauf warten</w:t>
      </w:r>
    </w:p>
    <w:p>
      <w:pPr>
        <w:spacing w:after="160"/>
      </w:pPr>
    </w:p>
    <w:p>
      <w:pPr>
        <w:spacing w:after="60"/>
      </w:pPr>
      <w:r>
        <w:rPr>
          <w:rFonts w:ascii="Calibri" w:hAnsi="Calibri" w:cs="Calibri" w:eastAsia="Calibri"/>
          <w:b/>
          <w:color w:val="15131F"/>
          <w:sz w:val="28"/>
        </w:rPr>
        <w:t>6. Danke für eine Bewertung oder ein Feedback, ohne Belohnung</w:t>
      </w:r>
    </w:p>
    <w:p>
      <w:pPr>
        <w:spacing w:after="80"/>
      </w:pPr>
      <w:r>
        <w:rPr>
          <w:rFonts w:ascii="Calibri" w:hAnsi="Calibri" w:cs="Calibri" w:eastAsia="Calibri"/>
          <w:b w:val="0"/>
          <w:color w:val="5D5A70"/>
          <w:sz w:val="20"/>
        </w:rPr>
        <w:t>Antwort innerhalb: 48 Stunden · Anreiz: Keiner</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Bewertung: innerhalb von 48 Stunden öffentlich antworten, ob gut oder schlecht.</w:t>
      </w:r>
    </w:p>
    <w:p>
      <w:pPr>
        <w:spacing w:after="40"/>
        <w:ind w:left="283"/>
      </w:pPr>
      <w:r>
        <w:rPr>
          <w:rFonts w:ascii="Calibri" w:hAnsi="Calibri" w:cs="Calibri" w:eastAsia="Calibri"/>
          <w:b w:val="0"/>
          <w:color w:val="15131F"/>
          <w:sz w:val="21"/>
        </w:rPr>
        <w:t>• Feedback per E-Mail, Chat oder Umfrage: innerhalb von 48 Stunden danken und sagen, was Sie damit machen.</w:t>
      </w:r>
    </w:p>
    <w:p>
      <w:pPr>
        <w:spacing w:after="60"/>
      </w:pPr>
      <w:r>
        <w:rPr>
          <w:rFonts w:ascii="Calibri" w:hAnsi="Calibri" w:cs="Calibri" w:eastAsia="Calibri"/>
          <w:b/>
          <w:color w:val="6B3CF0"/>
          <w:sz w:val="21"/>
        </w:rPr>
        <w:t xml:space="preserve">Öffentliche Antwort auf eine positive Bewertung: </w:t>
      </w:r>
      <w:r>
        <w:rPr>
          <w:rFonts w:ascii="Calibri" w:hAnsi="Calibri" w:cs="Calibri" w:eastAsia="Calibri"/>
          <w:b w:val="0"/>
          <w:color w:val="15131F"/>
          <w:sz w:val="21"/>
        </w:rPr>
        <w:t>Danke, [Vorname]. [Ein Detail aus der Bewertung, zum Beispiel: Schön, dass die Speisekarten ein ganzes Eröffnungswochenende durchgehalten haben]. Die Arbeit daran hat uns Freude gemacht. [Ihr Name], [Firma]</w:t>
      </w:r>
    </w:p>
    <w:p>
      <w:pPr>
        <w:spacing w:after="60"/>
      </w:pPr>
      <w:r>
        <w:rPr>
          <w:rFonts w:ascii="Calibri" w:hAnsi="Calibri" w:cs="Calibri" w:eastAsia="Calibri"/>
          <w:b/>
          <w:color w:val="6B3CF0"/>
          <w:sz w:val="21"/>
        </w:rPr>
        <w:t xml:space="preserve">Öffentliche Antwort auf eine kritische Bewertung: </w:t>
      </w:r>
      <w:r>
        <w:rPr>
          <w:rFonts w:ascii="Calibri" w:hAnsi="Calibri" w:cs="Calibri" w:eastAsia="Calibri"/>
          <w:b w:val="0"/>
          <w:color w:val="15131F"/>
          <w:sz w:val="21"/>
        </w:rPr>
        <w:t>Danke, dass Sie sich die Zeit für diese Bewertung genommen haben, [Vorname]. Sie haben recht: [der berechtigte Punkt]. Wir haben [was Sie geändert haben]. Wenn Sie möchten, rufen Sie mich unter [Telefon] an, dann bringe ich das in Ordnung. [Ihr Name], [Firma]</w:t>
      </w:r>
    </w:p>
    <w:p>
      <w:pPr>
        <w:spacing w:after="60"/>
      </w:pPr>
      <w:r>
        <w:rPr>
          <w:rFonts w:ascii="Calibri" w:hAnsi="Calibri" w:cs="Calibri" w:eastAsia="Calibri"/>
          <w:b/>
          <w:color w:val="6B3CF0"/>
          <w:sz w:val="21"/>
        </w:rPr>
        <w:t xml:space="preserve">Feedback, E-Mail: </w:t>
      </w:r>
      <w:r>
        <w:rPr>
          <w:rFonts w:ascii="Calibri" w:hAnsi="Calibri" w:cs="Calibri" w:eastAsia="Calibri"/>
          <w:b w:val="0"/>
          <w:color w:val="15131F"/>
          <w:sz w:val="21"/>
        </w:rPr>
        <w:t>Hallo [Vorname],</w:t>
        <w:br/>
        <w:br/>
        <w:t>danke, dass Sie uns auf [den Punkt des Kunden] hingewiesen haben. [Was Sie tun werden, zum Beispiel: Ab nächster Woche schicken wir jeden Entwurf per SMS und per E-Mail].</w:t>
        <w:br/>
        <w:br/>
        <w:t>Danke, dass Sie sich die Zeit genommen haben. Feedback wie Ihres hilft uns, besser zu werden.</w:t>
        <w:br/>
        <w:br/>
        <w:t>[Ihr Name], [Firma]</w:t>
      </w:r>
    </w:p>
    <w:p>
      <w:pPr>
        <w:spacing w:after="40"/>
      </w:pPr>
      <w:r>
        <w:rPr>
          <w:rFonts w:ascii="Calibri" w:hAnsi="Calibri" w:cs="Calibri" w:eastAsia="Calibri"/>
          <w:b/>
          <w:color w:val="6B3CF0"/>
          <w:sz w:val="21"/>
        </w:rPr>
        <w:t>Regeln für Bewertungen</w:t>
      </w:r>
    </w:p>
    <w:p>
      <w:pPr>
        <w:spacing w:after="40"/>
        <w:ind w:left="283"/>
      </w:pPr>
      <w:r>
        <w:rPr>
          <w:rFonts w:ascii="Calibri" w:hAnsi="Calibri" w:cs="Calibri" w:eastAsia="Calibri"/>
          <w:b w:val="0"/>
          <w:color w:val="15131F"/>
          <w:sz w:val="21"/>
        </w:rPr>
        <w:t>• Antworten Sie auf jede Bewertung, nicht nur auf die guten. Googles eigener Rat: ein konkretes Detail nennen statt allen dasselbe „Danke“ zu schreiben, und Antworten frei von Angeboten und Werbeaktionen halten.</w:t>
      </w:r>
    </w:p>
    <w:p>
      <w:pPr>
        <w:spacing w:after="40"/>
        <w:ind w:left="283"/>
      </w:pPr>
      <w:r>
        <w:rPr>
          <w:rFonts w:ascii="Calibri" w:hAnsi="Calibri" w:cs="Calibri" w:eastAsia="Calibri"/>
          <w:b w:val="0"/>
          <w:color w:val="15131F"/>
          <w:sz w:val="21"/>
        </w:rPr>
        <w:t>• Danken Sie für eine Bewertung nie mit einem Rabatt, einem Geschenk oder einer Gutschrift. Google erlaubt für keine Bewertung Anreize und verbietet, nur zufriedene Kunden zu fragen. In den USA rät die FTC, nicht nur die Kunden um Bewertungen zu bitten, von denen Sie eine positive erwarten, und ihre Regel von 2024 verbietet Anreize, die an eine positive oder negative Bewertung geknüpft sind.</w:t>
      </w:r>
    </w:p>
    <w:p>
      <w:pPr>
        <w:spacing w:after="40"/>
        <w:ind w:left="283"/>
      </w:pPr>
      <w:r>
        <w:rPr>
          <w:rFonts w:ascii="Calibri" w:hAnsi="Calibri" w:cs="Calibri" w:eastAsia="Calibri"/>
          <w:b w:val="0"/>
          <w:color w:val="15131F"/>
          <w:sz w:val="21"/>
        </w:rPr>
        <w:t>• Um eine Bewertung zu bitten, senden Sie an einem anderen Tag eine eigene Nachricht, an jeden Kunden dieselbe. Formulierung und Regeln finden Sie in den Vorlagen für Empfehlungs- und Bewertungsanfragen.</w:t>
      </w:r>
    </w:p>
    <w:p>
      <w:pPr>
        <w:spacing w:after="60"/>
      </w:pPr>
      <w:r>
        <w:rPr>
          <w:rFonts w:ascii="Calibri" w:hAnsi="Calibri" w:cs="Calibri" w:eastAsia="Calibri"/>
          <w:b/>
          <w:color w:val="6B3CF0"/>
          <w:sz w:val="21"/>
        </w:rPr>
        <w:t xml:space="preserve">In Antworten auf Bewertungen nie: </w:t>
      </w:r>
      <w:r>
        <w:rPr>
          <w:rFonts w:ascii="Calibri" w:hAnsi="Calibri" w:cs="Calibri" w:eastAsia="Calibri"/>
          <w:b w:val="0"/>
          <w:color w:val="5D5A70"/>
          <w:sz w:val="21"/>
        </w:rPr>
        <w:t>Rabatte, Werbeaktionen, Private Details</w:t>
      </w:r>
    </w:p>
    <w:p>
      <w:pPr>
        <w:spacing w:after="160"/>
      </w:pPr>
    </w:p>
    <w:p>
      <w:pPr>
        <w:spacing w:after="60"/>
      </w:pPr>
      <w:r>
        <w:rPr>
          <w:rFonts w:ascii="Calibri" w:hAnsi="Calibri" w:cs="Calibri" w:eastAsia="Calibri"/>
          <w:b/>
          <w:color w:val="15131F"/>
          <w:sz w:val="28"/>
        </w:rPr>
        <w:t>7. Danke für Ihre Geduld, nachdem das Problem behoben ist</w:t>
      </w:r>
    </w:p>
    <w:p>
      <w:pPr>
        <w:spacing w:after="80"/>
      </w:pPr>
      <w:r>
        <w:rPr>
          <w:rFonts w:ascii="Calibri" w:hAnsi="Calibri" w:cs="Calibri" w:eastAsia="Calibri"/>
          <w:b w:val="0"/>
          <w:color w:val="5D5A70"/>
          <w:sz w:val="20"/>
        </w:rPr>
        <w:t>Senden: Am Tag der Lösung · Entschuldigung: Einmal, vorher</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Am selben Tag, an dem das Problem behoben ist: eine verspätete Lieferung, ein Fehldruck, eine falsche Rechnung, ein Ausfall.</w:t>
      </w:r>
    </w:p>
    <w:p>
      <w:pPr>
        <w:spacing w:after="40"/>
        <w:ind w:left="283"/>
      </w:pPr>
      <w:r>
        <w:rPr>
          <w:rFonts w:ascii="Calibri" w:hAnsi="Calibri" w:cs="Calibri" w:eastAsia="Calibri"/>
          <w:b w:val="0"/>
          <w:color w:val="15131F"/>
          <w:sz w:val="21"/>
        </w:rPr>
        <w:t>• Erst beheben. Solange eine Beschwerde noch offen ist, nutzen Sie stattdessen die Vorlagen für Antworten auf Kundenbeschwerden.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Danke für Ihre Geduld,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[das Problem] ist behoben: [was Sie getan haben, zum Beispiel: Die 500 neu gedruckten Karten wurden heute Morgen geliefert]. Danke für Ihre Geduld, während wir es in Ordnung gebracht haben, und für [eine konkrete Sache, die der Kunde getan hat, zum Beispiel: das Foto, auf dem wir das Problem gesehen haben].</w:t>
        <w:br/>
        <w:br/>
        <w:t>Wenn noch etwas nicht stimmt, antworten Sie hier, dann kümmere ich mich persönlich darum.</w:t>
        <w:br/>
        <w:br/>
        <w:t>[Ihr Name], [Firma]</w:t>
      </w:r>
    </w:p>
    <w:p>
      <w:pPr>
        <w:spacing w:after="60"/>
      </w:pPr>
      <w:r>
        <w:rPr>
          <w:rFonts w:ascii="Calibri" w:hAnsi="Calibri" w:cs="Calibri" w:eastAsia="Calibri"/>
          <w:b/>
          <w:color w:val="6B3CF0"/>
          <w:sz w:val="21"/>
        </w:rPr>
        <w:t xml:space="preserve">Kurzversion, Chat oder Nachricht: </w:t>
      </w:r>
      <w:r>
        <w:rPr>
          <w:rFonts w:ascii="Calibri" w:hAnsi="Calibri" w:cs="Calibri" w:eastAsia="Calibri"/>
          <w:b w:val="0"/>
          <w:color w:val="15131F"/>
          <w:sz w:val="21"/>
        </w:rPr>
        <w:t>Alles behoben, [Vorname]: [was Sie getan haben]. Danke für Ihre Geduld und für [eine konkrete Sache, die der Kunde getan hat]. [Ihr Name]</w:t>
      </w:r>
    </w:p>
    <w:p>
      <w:pPr>
        <w:spacing w:after="60"/>
      </w:pPr>
      <w:r>
        <w:rPr>
          <w:rFonts w:ascii="Calibri" w:hAnsi="Calibri" w:cs="Calibri" w:eastAsia="Calibri"/>
          <w:b/>
          <w:color w:val="6B3CF0"/>
          <w:sz w:val="21"/>
        </w:rPr>
        <w:t xml:space="preserve">Keine Entschuldigung: </w:t>
      </w:r>
      <w:r>
        <w:rPr>
          <w:rFonts w:ascii="Calibri" w:hAnsi="Calibri" w:cs="Calibri" w:eastAsia="Calibri"/>
          <w:b w:val="0"/>
          <w:color w:val="5D5A70"/>
          <w:sz w:val="21"/>
        </w:rPr>
        <w:t>Entschuldigen Sie sich einmal, in der Antwort, die das Problem löst. Diese Nachricht dankt für die Geduld. Eine zweite lange Entschuldigung macht daraus wieder eine Beschwerde.</w:t>
      </w:r>
    </w:p>
    <w:p>
      <w:pPr>
        <w:spacing w:after="60"/>
      </w:pPr>
      <w:r>
        <w:rPr>
          <w:rFonts w:ascii="Calibri" w:hAnsi="Calibri" w:cs="Calibri" w:eastAsia="Calibri"/>
          <w:b/>
          <w:color w:val="6B3CF0"/>
          <w:sz w:val="21"/>
        </w:rPr>
        <w:t xml:space="preserve">Danken Sie für: </w:t>
      </w:r>
      <w:r>
        <w:rPr>
          <w:rFonts w:ascii="Calibri" w:hAnsi="Calibri" w:cs="Calibri" w:eastAsia="Calibri"/>
          <w:b w:val="0"/>
          <w:color w:val="5D5A70"/>
          <w:sz w:val="21"/>
        </w:rPr>
        <w:t>Das Warten, Fotos oder Details, Ihre Flexibilität</w:t>
      </w:r>
    </w:p>
    <w:p>
      <w:pPr>
        <w:spacing w:after="160"/>
      </w:pPr>
    </w:p>
    <w:p>
      <w:pPr>
        <w:spacing w:after="60"/>
      </w:pPr>
      <w:r>
        <w:rPr>
          <w:rFonts w:ascii="Calibri" w:hAnsi="Calibri" w:cs="Calibri" w:eastAsia="Calibri"/>
          <w:b/>
          <w:color w:val="15131F"/>
          <w:sz w:val="28"/>
        </w:rPr>
        <w:t>8. Nach einem Supportfall: für den Beitrag des Kunden danken</w:t>
      </w:r>
    </w:p>
    <w:p>
      <w:pPr>
        <w:spacing w:after="80"/>
      </w:pPr>
      <w:r>
        <w:rPr>
          <w:rFonts w:ascii="Calibri" w:hAnsi="Calibri" w:cs="Calibri" w:eastAsia="Calibri"/>
          <w:b w:val="0"/>
          <w:color w:val="5D5A70"/>
          <w:sz w:val="20"/>
        </w:rPr>
        <w:t>Senden: Wenn er gelöst ist · Nächster Schritt: Fall wieder öffnen</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Wenn der Fall gelöst ist und der Kunde es bestätigt hat. Im Chat, bevor der Chat endet.</w:t>
      </w:r>
    </w:p>
    <w:p>
      <w:pPr>
        <w:spacing w:after="40"/>
        <w:ind w:left="283"/>
      </w:pPr>
      <w:r>
        <w:rPr>
          <w:rFonts w:ascii="Calibri" w:hAnsi="Calibri" w:cs="Calibri" w:eastAsia="Calibri"/>
          <w:b w:val="0"/>
          <w:color w:val="15131F"/>
          <w:sz w:val="21"/>
        </w:rPr>
        <w:t>• Danken Sie für etwas, das der Kunde getan hat: eine klare Beschreibung, einen Screenshot, einen schnellen Test.</w:t>
      </w:r>
    </w:p>
    <w:p>
      <w:pPr>
        <w:spacing w:after="60"/>
      </w:pPr>
      <w:r>
        <w:rPr>
          <w:rFonts w:ascii="Calibri" w:hAnsi="Calibri" w:cs="Calibri" w:eastAsia="Calibri"/>
          <w:b/>
          <w:color w:val="6B3CF0"/>
          <w:sz w:val="21"/>
        </w:rPr>
        <w:t xml:space="preserve">Chat oder Nachricht: </w:t>
      </w:r>
      <w:r>
        <w:rPr>
          <w:rFonts w:ascii="Calibri" w:hAnsi="Calibri" w:cs="Calibri" w:eastAsia="Calibri"/>
          <w:b w:val="0"/>
          <w:color w:val="15131F"/>
          <w:sz w:val="21"/>
        </w:rPr>
        <w:t>Schön, dass das geklärt ist, [Vorname]. Danke für [die konkrete Hilfe, zum Beispiel: das Foto der Fehlermeldung], das hat uns viel Zeit gespart. Wenn es wieder auftritt, schreiben Sie einfach hier, dann kümmern wir uns darum.</w:t>
      </w:r>
    </w:p>
    <w:p>
      <w:pPr>
        <w:spacing w:after="60"/>
      </w:pPr>
      <w:r>
        <w:rPr>
          <w:rFonts w:ascii="Calibri" w:hAnsi="Calibri" w:cs="Calibri" w:eastAsia="Calibri"/>
          <w:b/>
          <w:color w:val="6B3CF0"/>
          <w:sz w:val="21"/>
        </w:rPr>
        <w:t xml:space="preserve">E-Mail, Betreff: </w:t>
      </w:r>
      <w:r>
        <w:rPr>
          <w:rFonts w:ascii="Calibri" w:hAnsi="Calibri" w:cs="Calibri" w:eastAsia="Calibri"/>
          <w:b w:val="0"/>
          <w:color w:val="15131F"/>
          <w:sz w:val="21"/>
        </w:rPr>
        <w:t>Gelöst: [Betreff des Falls]. Danke, [Vorname]</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danke für Ihre Hilfe bei [Fall]. [Die konkrete Hilfe, zum Beispiel: Auf Ihrem Screenshot haben wir das Problem in einer Minute gesehen].</w:t>
        <w:br/>
        <w:br/>
        <w:t>Der Fall ist jetzt geschlossen. Wenn [das Problem] wieder auftritt, antworten Sie auf diese E-Mail, dann machen wir dort weiter, wo wir aufgehört haben.</w:t>
        <w:br/>
        <w:br/>
        <w:t>[Ihr Name], [Firma]</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Danken Sie für den Beitrag des Kunden, nicht dafür, „dass Sie den Support kontaktiert haben“. Wenn Ihr Chat am Ende nach einer Sternebewertung fragt, senden Sie zuerst den Dank.</w:t>
      </w:r>
    </w:p>
    <w:p>
      <w:pPr>
        <w:spacing w:after="60"/>
      </w:pPr>
      <w:r>
        <w:rPr>
          <w:rFonts w:ascii="Calibri" w:hAnsi="Calibri" w:cs="Calibri" w:eastAsia="Calibri"/>
          <w:b/>
          <w:color w:val="6B3CF0"/>
          <w:sz w:val="21"/>
        </w:rPr>
        <w:t xml:space="preserve">Nie hinzufügen: </w:t>
      </w:r>
      <w:r>
        <w:rPr>
          <w:rFonts w:ascii="Calibri" w:hAnsi="Calibri" w:cs="Calibri" w:eastAsia="Calibri"/>
          <w:b w:val="0"/>
          <w:color w:val="5D5A70"/>
          <w:sz w:val="21"/>
        </w:rPr>
        <w:t>Zusatzangebot, Einen größeren Tarif, Umfrage vor der Lösung</w:t>
      </w:r>
    </w:p>
    <w:p>
      <w:pPr>
        <w:spacing w:after="160"/>
      </w:pPr>
    </w:p>
    <w:p>
      <w:pPr>
        <w:spacing w:after="80"/>
      </w:pPr>
      <w:r>
        <w:rPr>
          <w:rFonts w:ascii="Calibri" w:hAnsi="Calibri" w:cs="Calibri" w:eastAsia="Calibri"/>
          <w:b/>
          <w:color w:val="15131F"/>
          <w:sz w:val="28"/>
        </w:rPr>
        <w:t>Beispiel: Eine erste Bestellung, ein Neudruck und eine Empfehlung in neun Tagen</w:t>
      </w:r>
    </w:p>
    <w:p>
      <w:pPr>
        <w:spacing w:after="120"/>
      </w:pPr>
      <w:r>
        <w:rPr>
          <w:rFonts w:ascii="Calibri" w:hAnsi="Calibri" w:cs="Calibri" w:eastAsia="Calibri"/>
          <w:b w:val="0"/>
          <w:color w:val="5D5A70"/>
          <w:sz w:val="21"/>
        </w:rPr>
        <w:t>Wexford Print Studio, eine fiktive Druckerei für lokale Unternehmen, schickt Carmen Ruiz in neun Tagen vier Dankesnachrichten. Jede Dankesmail an Kunden nennt eine konkrete Sache, geht innerhalb von 48 Stunden raus und verkauft nichts. Carmens erste Nachricht kommt über den Website-Chat, wo zuerst der KI-Agent antwortet.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Do., 24. Sept., 21:10: Hallo, ich bin Carmen Ruiz vom Lantern Street Cafe. Wir eröffnen am Samstag, 3. Oktober, wieder und brauchen 2.000 Speisekarten und 500 Treuekarten. Schaffen Sie das rechtzeitig?</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Ja. Speisekarten und Karten werden innerhalb von 3 Werktagen nach Freigabe des Entwurfs gedruckt. Iris, die Inhaberin, schickt Ihnen bis morgen um 10:00 Uhr ein Angebot und einen ersten Entwurf. Darf ich Ihre E-Mail-Adresse und Telefonnummer notieren?</w:t>
      </w:r>
    </w:p>
    <w:p>
      <w:pPr>
        <w:spacing w:after="60"/>
      </w:pPr>
      <w:r>
        <w:rPr>
          <w:rFonts w:ascii="Calibri" w:hAnsi="Calibri" w:cs="Calibri" w:eastAsia="Calibri"/>
          <w:b/>
          <w:color w:val="6B3CF0"/>
          <w:sz w:val="21"/>
        </w:rPr>
        <w:t xml:space="preserve">Iris (Inhaberin): </w:t>
      </w:r>
      <w:r>
        <w:rPr>
          <w:rFonts w:ascii="Calibri" w:hAnsi="Calibri" w:cs="Calibri" w:eastAsia="Calibri"/>
          <w:b w:val="0"/>
          <w:color w:val="15131F"/>
          <w:sz w:val="21"/>
        </w:rPr>
        <w:t>Di., 29. Sept., 16:40, E-Mail „Danke für Ihre erste Bestellung, Carmen“: Vielen Dank für Ihre Bestellung der Speisekarten und Treuekarten zur Wiedereröffnung und dass Sie sich für Wexford entschieden haben. Ich weiß, dass sie vor Samstag fertig sein mussten, und freue mich, dass sie vier Tage früher rausgegangen sind. Wenn etwas nicht stimmt, antworten Sie hier oder rufen Sie mich unter 555-0163 an.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Do., 1. Okt., 9:05, Chat: Hallo Iris, etwa 200 der Treuekarten sind schief geschnitten. Foto anbei. Wir eröffnen am Samstag.</w:t>
      </w:r>
    </w:p>
    <w:p>
      <w:pPr>
        <w:spacing w:after="60"/>
      </w:pPr>
      <w:r>
        <w:rPr>
          <w:rFonts w:ascii="Calibri" w:hAnsi="Calibri" w:cs="Calibri" w:eastAsia="Calibri"/>
          <w:b/>
          <w:color w:val="6B3CF0"/>
          <w:sz w:val="21"/>
        </w:rPr>
        <w:t xml:space="preserve">Iris (Inhaberin): </w:t>
      </w:r>
      <w:r>
        <w:rPr>
          <w:rFonts w:ascii="Calibri" w:hAnsi="Calibri" w:cs="Calibri" w:eastAsia="Calibri"/>
          <w:b w:val="0"/>
          <w:color w:val="15131F"/>
          <w:sz w:val="21"/>
        </w:rPr>
        <w:t>Do., 1. Okt., 9:20: Das tut mir leid, Carmen, der Fehler liegt bei uns. Wir drucken heute alle 500 Karten neu, und Sie haben sie morgen bis 11:00 Uhr.</w:t>
      </w:r>
    </w:p>
    <w:p>
      <w:pPr>
        <w:spacing w:after="60"/>
      </w:pPr>
      <w:r>
        <w:rPr>
          <w:rFonts w:ascii="Calibri" w:hAnsi="Calibri" w:cs="Calibri" w:eastAsia="Calibri"/>
          <w:b/>
          <w:color w:val="6B3CF0"/>
          <w:sz w:val="21"/>
        </w:rPr>
        <w:t xml:space="preserve">Iris (Inhaberin): </w:t>
      </w:r>
      <w:r>
        <w:rPr>
          <w:rFonts w:ascii="Calibri" w:hAnsi="Calibri" w:cs="Calibri" w:eastAsia="Calibri"/>
          <w:b w:val="0"/>
          <w:color w:val="15131F"/>
          <w:sz w:val="21"/>
        </w:rPr>
        <w:t>Fr., 2. Okt., 11:35, E-Mail „Danke für Ihre Geduld, Carmen“: Die 500 neu gedruckten Karten wurden heute Morgen geliefert. Danke für Ihre Geduld zwei Tage vor Ihrer Wiedereröffnung und für das Foto, auf dem wir genau gesehen haben, welcher Schnitt falsch war.</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Mo., 5. Okt., 10:12, Chat: Das Eröffnungswochenende lief super. Mein Freund Leo Marchetti braucht eine neue Preisliste für seinen Barbershop, ich habe ihm Ihre Nummer gegeben.</w:t>
      </w:r>
    </w:p>
    <w:p>
      <w:pPr>
        <w:spacing w:after="60"/>
      </w:pPr>
      <w:r>
        <w:rPr>
          <w:rFonts w:ascii="Calibri" w:hAnsi="Calibri" w:cs="Calibri" w:eastAsia="Calibri"/>
          <w:b/>
          <w:color w:val="6B3CF0"/>
          <w:sz w:val="21"/>
        </w:rPr>
        <w:t xml:space="preserve">Iris (Inhaberin): </w:t>
      </w:r>
      <w:r>
        <w:rPr>
          <w:rFonts w:ascii="Calibri" w:hAnsi="Calibri" w:cs="Calibri" w:eastAsia="Calibri"/>
          <w:b w:val="0"/>
          <w:color w:val="15131F"/>
          <w:sz w:val="21"/>
        </w:rPr>
        <w:t>Mo., 5. Okt., 16:10, E-Mail „Danke für die Vermittlung, Carmen“: Leo Marchetti von Marchetti Barbers hat heute Nachmittag angerufen und Sie erwähnt. Vielen Dank für die Vermittlung. Wie auch immer er sich entscheidet: Ich weiß es sehr zu schätzen, dass Sie mit Ihrem Namen für uns einstehen.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Di., 6. Okt., Google-Bewertung: Speisekarten auf schwerem Mattpapier, die unser erstes volles Wochenende überstanden haben, und einen Schneidefehler haben sie in einem Tag behoben. 5 Sterne.</w:t>
      </w:r>
    </w:p>
    <w:p>
      <w:pPr>
        <w:spacing w:after="60"/>
      </w:pPr>
      <w:r>
        <w:rPr>
          <w:rFonts w:ascii="Calibri" w:hAnsi="Calibri" w:cs="Calibri" w:eastAsia="Calibri"/>
          <w:b/>
          <w:color w:val="6B3CF0"/>
          <w:sz w:val="21"/>
        </w:rPr>
        <w:t xml:space="preserve">Iris (Inhaberin): </w:t>
      </w:r>
      <w:r>
        <w:rPr>
          <w:rFonts w:ascii="Calibri" w:hAnsi="Calibri" w:cs="Calibri" w:eastAsia="Calibri"/>
          <w:b w:val="0"/>
          <w:color w:val="15131F"/>
          <w:sz w:val="21"/>
        </w:rPr>
        <w:t>Mi., 7. Okt., 9:15, öffentliche Antwort: Danke, Carmen. Schön, dass die Speisekarten ein ganzes Eröffnungswochenende durchgehalten haben. Der Schneidefehler lag bei uns, und danke, dass Sie ihn so schnell gemeldet haben. Iris, Wexford Print Studio</w:t>
      </w:r>
    </w:p>
    <w:p>
      <w:pPr>
        <w:spacing w:after="80"/>
      </w:pPr>
    </w:p>
    <w:p>
      <w:pPr>
        <w:spacing w:after="80"/>
      </w:pPr>
      <w:r>
        <w:rPr>
          <w:rFonts w:ascii="Calibri" w:hAnsi="Calibri" w:cs="Calibri" w:eastAsia="Calibri"/>
          <w:b/>
          <w:color w:val="15131F"/>
          <w:sz w:val="24"/>
        </w:rPr>
        <w:t>Dankesprotokoll: Carmen Ruiz, Lantern Street Cafe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Anlass</w:t>
            </w:r>
          </w:p>
        </w:tc>
        <w:tc>
          <w:tcPr>
            <w:tcW w:type="dxa" w:w="3324"/>
            <w:shd w:val="clear" w:color="auto" w:fill="EFE9FF"/>
          </w:tcPr>
          <w:p>
            <w:r/>
            <w:r>
              <w:rPr>
                <w:rFonts w:ascii="Calibri" w:hAnsi="Calibri" w:cs="Calibri" w:eastAsia="Calibri"/>
                <w:b/>
                <w:color w:val="15131F"/>
                <w:sz w:val="19"/>
              </w:rPr>
              <w:t>Gesendet</w:t>
            </w:r>
          </w:p>
        </w:tc>
        <w:tc>
          <w:tcPr>
            <w:tcW w:type="dxa" w:w="3324"/>
            <w:shd w:val="clear" w:color="auto" w:fill="EFE9FF"/>
          </w:tcPr>
          <w:p>
            <w:r/>
            <w:r>
              <w:rPr>
                <w:rFonts w:ascii="Calibri" w:hAnsi="Calibri" w:cs="Calibri" w:eastAsia="Calibri"/>
                <w:b/>
                <w:color w:val="15131F"/>
                <w:sz w:val="19"/>
              </w:rPr>
              <w:t>Innerhalb von 48 Stunden</w:t>
            </w:r>
          </w:p>
        </w:tc>
      </w:tr>
      <w:tr>
        <w:tc>
          <w:tcPr>
            <w:tcW w:type="dxa" w:w="3324"/>
          </w:tcPr>
          <w:p>
            <w:r/>
            <w:r>
              <w:rPr>
                <w:rFonts w:ascii="Calibri" w:hAnsi="Calibri" w:cs="Calibri" w:eastAsia="Calibri"/>
                <w:b w:val="0"/>
                <w:color w:val="15131F"/>
                <w:sz w:val="19"/>
              </w:rPr>
              <w:t>Erste Bestellung</w:t>
            </w:r>
          </w:p>
        </w:tc>
        <w:tc>
          <w:tcPr>
            <w:tcW w:type="dxa" w:w="3324"/>
          </w:tcPr>
          <w:p>
            <w:r/>
            <w:r>
              <w:rPr>
                <w:rFonts w:ascii="Calibri" w:hAnsi="Calibri" w:cs="Calibri" w:eastAsia="Calibri"/>
                <w:b w:val="0"/>
                <w:color w:val="15131F"/>
                <w:sz w:val="19"/>
              </w:rPr>
              <w:t>Di., 29. Sept., E-Mail, am selben Tag</w:t>
            </w:r>
          </w:p>
        </w:tc>
        <w:tc>
          <w:tcPr>
            <w:tcW w:type="dxa" w:w="3324"/>
          </w:tcPr>
          <w:p>
            <w:r/>
            <w:r>
              <w:rPr>
                <w:rFonts w:ascii="Calibri" w:hAnsi="Calibri" w:cs="Calibri" w:eastAsia="Calibri"/>
                <w:b w:val="0"/>
                <w:color w:val="15131F"/>
                <w:sz w:val="19"/>
              </w:rPr>
              <w:t>Ja</w:t>
            </w:r>
          </w:p>
        </w:tc>
      </w:tr>
      <w:tr>
        <w:tc>
          <w:tcPr>
            <w:tcW w:type="dxa" w:w="3324"/>
          </w:tcPr>
          <w:p>
            <w:r/>
            <w:r>
              <w:rPr>
                <w:rFonts w:ascii="Calibri" w:hAnsi="Calibri" w:cs="Calibri" w:eastAsia="Calibri"/>
                <w:b w:val="0"/>
                <w:color w:val="15131F"/>
                <w:sz w:val="19"/>
              </w:rPr>
              <w:t>Geduld bei einem Problem</w:t>
            </w:r>
          </w:p>
        </w:tc>
        <w:tc>
          <w:tcPr>
            <w:tcW w:type="dxa" w:w="3324"/>
          </w:tcPr>
          <w:p>
            <w:r/>
            <w:r>
              <w:rPr>
                <w:rFonts w:ascii="Calibri" w:hAnsi="Calibri" w:cs="Calibri" w:eastAsia="Calibri"/>
                <w:b w:val="0"/>
                <w:color w:val="15131F"/>
                <w:sz w:val="19"/>
              </w:rPr>
              <w:t>Fr., 2. Okt., E-Mail, am selben Tag</w:t>
            </w:r>
          </w:p>
        </w:tc>
        <w:tc>
          <w:tcPr>
            <w:tcW w:type="dxa" w:w="3324"/>
          </w:tcPr>
          <w:p>
            <w:r/>
            <w:r>
              <w:rPr>
                <w:rFonts w:ascii="Calibri" w:hAnsi="Calibri" w:cs="Calibri" w:eastAsia="Calibri"/>
                <w:b w:val="0"/>
                <w:color w:val="15131F"/>
                <w:sz w:val="19"/>
              </w:rPr>
              <w:t>Ja</w:t>
            </w:r>
          </w:p>
        </w:tc>
      </w:tr>
      <w:tr>
        <w:tc>
          <w:tcPr>
            <w:tcW w:type="dxa" w:w="3324"/>
          </w:tcPr>
          <w:p>
            <w:r/>
            <w:r>
              <w:rPr>
                <w:rFonts w:ascii="Calibri" w:hAnsi="Calibri" w:cs="Calibri" w:eastAsia="Calibri"/>
                <w:b w:val="0"/>
                <w:color w:val="15131F"/>
                <w:sz w:val="19"/>
              </w:rPr>
              <w:t>Empfehlung</w:t>
            </w:r>
          </w:p>
        </w:tc>
        <w:tc>
          <w:tcPr>
            <w:tcW w:type="dxa" w:w="3324"/>
          </w:tcPr>
          <w:p>
            <w:r/>
            <w:r>
              <w:rPr>
                <w:rFonts w:ascii="Calibri" w:hAnsi="Calibri" w:cs="Calibri" w:eastAsia="Calibri"/>
                <w:b w:val="0"/>
                <w:color w:val="15131F"/>
                <w:sz w:val="19"/>
              </w:rPr>
              <w:t>Mo., 5. Okt., E-Mail, am selben Tag</w:t>
            </w:r>
          </w:p>
        </w:tc>
        <w:tc>
          <w:tcPr>
            <w:tcW w:type="dxa" w:w="3324"/>
          </w:tcPr>
          <w:p>
            <w:r/>
            <w:r>
              <w:rPr>
                <w:rFonts w:ascii="Calibri" w:hAnsi="Calibri" w:cs="Calibri" w:eastAsia="Calibri"/>
                <w:b w:val="0"/>
                <w:color w:val="15131F"/>
                <w:sz w:val="19"/>
              </w:rPr>
              <w:t>Ja</w:t>
            </w:r>
          </w:p>
        </w:tc>
      </w:tr>
      <w:tr>
        <w:tc>
          <w:tcPr>
            <w:tcW w:type="dxa" w:w="3324"/>
          </w:tcPr>
          <w:p>
            <w:r/>
            <w:r>
              <w:rPr>
                <w:rFonts w:ascii="Calibri" w:hAnsi="Calibri" w:cs="Calibri" w:eastAsia="Calibri"/>
                <w:b w:val="0"/>
                <w:color w:val="15131F"/>
                <w:sz w:val="19"/>
              </w:rPr>
              <w:t>Bewertung oder Feedback</w:t>
            </w:r>
          </w:p>
        </w:tc>
        <w:tc>
          <w:tcPr>
            <w:tcW w:type="dxa" w:w="3324"/>
          </w:tcPr>
          <w:p>
            <w:r/>
            <w:r>
              <w:rPr>
                <w:rFonts w:ascii="Calibri" w:hAnsi="Calibri" w:cs="Calibri" w:eastAsia="Calibri"/>
                <w:b w:val="0"/>
                <w:color w:val="15131F"/>
                <w:sz w:val="19"/>
              </w:rPr>
              <w:t>Mi., 7. Okt., öffentliche Antwort, am nächsten Tag</w:t>
            </w:r>
          </w:p>
        </w:tc>
        <w:tc>
          <w:tcPr>
            <w:tcW w:type="dxa" w:w="3324"/>
          </w:tcPr>
          <w:p>
            <w:r/>
            <w:r>
              <w:rPr>
                <w:rFonts w:ascii="Calibri" w:hAnsi="Calibri" w:cs="Calibri" w:eastAsia="Calibri"/>
                <w:b w:val="0"/>
                <w:color w:val="15131F"/>
                <w:sz w:val="19"/>
              </w:rPr>
              <w:t>Ja</w:t>
            </w:r>
          </w:p>
        </w:tc>
      </w:tr>
    </w:tbl>
    <w:p/>
    <w:p>
      <w:pPr>
        <w:spacing w:after="80"/>
      </w:pPr>
      <w:r>
        <w:rPr>
          <w:rFonts w:ascii="Calibri" w:hAnsi="Calibri" w:cs="Calibri" w:eastAsia="Calibri"/>
          <w:b/>
          <w:color w:val="15131F"/>
          <w:sz w:val="24"/>
        </w:rPr>
        <w:t>In CRMsoftware.pro am 7.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Kontakt</w:t>
            </w:r>
          </w:p>
        </w:tc>
        <w:tc>
          <w:tcPr>
            <w:tcW w:type="dxa" w:w="4986"/>
          </w:tcPr>
          <w:p>
            <w:r/>
            <w:r>
              <w:rPr>
                <w:rFonts w:ascii="Calibri" w:hAnsi="Calibri" w:cs="Calibri" w:eastAsia="Calibri"/>
                <w:b w:val="0"/>
                <w:color w:val="15131F"/>
                <w:sz w:val="19"/>
              </w:rPr>
              <w:t>Carmen Ruiz vom Lantern Street Cafe</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Wiedereröffnung am 3. Okt. Karten am 2. Okt. neu gedruckt, unser Schneidefehler.</w:t>
            </w:r>
          </w:p>
        </w:tc>
      </w:tr>
      <w:tr>
        <w:tc>
          <w:tcPr>
            <w:tcW w:type="dxa" w:w="4986"/>
          </w:tcPr>
          <w:p>
            <w:r/>
            <w:r>
              <w:rPr>
                <w:rFonts w:ascii="Calibri" w:hAnsi="Calibri" w:cs="Calibri" w:eastAsia="Calibri"/>
                <w:b/>
                <w:color w:val="15131F"/>
                <w:sz w:val="19"/>
              </w:rPr>
              <w:t>Gedankt für</w:t>
            </w:r>
          </w:p>
        </w:tc>
        <w:tc>
          <w:tcPr>
            <w:tcW w:type="dxa" w:w="4986"/>
          </w:tcPr>
          <w:p>
            <w:r/>
            <w:r>
              <w:rPr>
                <w:rFonts w:ascii="Calibri" w:hAnsi="Calibri" w:cs="Calibri" w:eastAsia="Calibri"/>
                <w:b w:val="0"/>
                <w:color w:val="15131F"/>
                <w:sz w:val="19"/>
              </w:rPr>
              <w:t>Erste Bestellung, Geduld, Leos Vermittlung, Bewertung</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4 Aufgaben für Dankesnachrichten, alle vor der „Deadline“ erledigt</w:t>
            </w:r>
          </w:p>
        </w:tc>
      </w:tr>
      <w:tr>
        <w:tc>
          <w:tcPr>
            <w:tcW w:type="dxa" w:w="4986"/>
          </w:tcPr>
          <w:p>
            <w:r/>
            <w:r>
              <w:rPr>
                <w:rFonts w:ascii="Calibri" w:hAnsi="Calibri" w:cs="Calibri" w:eastAsia="Calibri"/>
                <w:b/>
                <w:color w:val="15131F"/>
                <w:sz w:val="19"/>
              </w:rPr>
              <w:t>Neuer Lead</w:t>
            </w:r>
          </w:p>
        </w:tc>
        <w:tc>
          <w:tcPr>
            <w:tcW w:type="dxa" w:w="4986"/>
          </w:tcPr>
          <w:p>
            <w:r/>
            <w:r>
              <w:rPr>
                <w:rFonts w:ascii="Calibri" w:hAnsi="Calibri" w:cs="Calibri" w:eastAsia="Calibri"/>
                <w:b w:val="0"/>
                <w:color w:val="15131F"/>
                <w:sz w:val="19"/>
              </w:rPr>
              <w:t>Leo Marchetti, Marchetti Barbers, Preisliste</w:t>
            </w:r>
          </w:p>
        </w:tc>
      </w:tr>
      <w:tr>
        <w:tc>
          <w:tcPr>
            <w:tcW w:type="dxa" w:w="4986"/>
          </w:tcPr>
          <w:p>
            <w:r/>
            <w:r>
              <w:rPr>
                <w:rFonts w:ascii="Calibri" w:hAnsi="Calibri" w:cs="Calibri" w:eastAsia="Calibri"/>
                <w:b/>
                <w:color w:val="15131F"/>
                <w:sz w:val="19"/>
              </w:rPr>
              <w:t>Nicht gesendet</w:t>
            </w:r>
          </w:p>
        </w:tc>
        <w:tc>
          <w:tcPr>
            <w:tcW w:type="dxa" w:w="4986"/>
          </w:tcPr>
          <w:p>
            <w:r/>
            <w:r>
              <w:rPr>
                <w:rFonts w:ascii="Calibri" w:hAnsi="Calibri" w:cs="Calibri" w:eastAsia="Calibri"/>
                <w:b w:val="0"/>
                <w:color w:val="15131F"/>
                <w:sz w:val="19"/>
              </w:rPr>
              <w:t>Kein Rabatt, keine Bewertungsanfrage, kein Zusatzangebot</w:t>
            </w:r>
          </w:p>
        </w:tc>
      </w:tr>
    </w:tbl>
    <w:p/>
    <w:p>
      <w:pPr>
        <w:spacing w:after="240"/>
      </w:pPr>
      <w:r>
        <w:rPr>
          <w:rFonts w:ascii="Calibri" w:hAnsi="Calibri" w:cs="Calibri" w:eastAsia="Calibri"/>
          <w:b w:val="0"/>
          <w:color w:val="5D5A70"/>
          <w:sz w:val="18"/>
        </w:rPr>
        <w:t>Fiktives Unternehmen und fiktive Kundin</w:t>
      </w:r>
    </w:p>
    <w:p>
      <w:pPr>
        <w:spacing w:after="80"/>
      </w:pPr>
      <w:r>
        <w:rPr>
          <w:rFonts w:ascii="Calibri" w:hAnsi="Calibri" w:cs="Calibri" w:eastAsia="Calibri"/>
          <w:b/>
          <w:color w:val="15131F"/>
          <w:sz w:val="28"/>
        </w:rPr>
        <w:t>Wann Sie danken und wann ein nächster Schritt passt</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Anlass</w:t>
            </w:r>
          </w:p>
        </w:tc>
        <w:tc>
          <w:tcPr>
            <w:tcW w:type="dxa" w:w="1994"/>
            <w:shd w:val="clear" w:color="auto" w:fill="EFE9FF"/>
          </w:tcPr>
          <w:p>
            <w:r/>
            <w:r>
              <w:rPr>
                <w:rFonts w:ascii="Calibri" w:hAnsi="Calibri" w:cs="Calibri" w:eastAsia="Calibri"/>
                <w:b/>
                <w:color w:val="15131F"/>
                <w:sz w:val="19"/>
              </w:rPr>
              <w:t>Senden</w:t>
            </w:r>
          </w:p>
        </w:tc>
        <w:tc>
          <w:tcPr>
            <w:tcW w:type="dxa" w:w="1994"/>
            <w:shd w:val="clear" w:color="auto" w:fill="EFE9FF"/>
          </w:tcPr>
          <w:p>
            <w:r/>
            <w:r>
              <w:rPr>
                <w:rFonts w:ascii="Calibri" w:hAnsi="Calibri" w:cs="Calibri" w:eastAsia="Calibri"/>
                <w:b/>
                <w:color w:val="15131F"/>
                <w:sz w:val="19"/>
              </w:rPr>
              <w:t>Kanal</w:t>
            </w:r>
          </w:p>
        </w:tc>
        <w:tc>
          <w:tcPr>
            <w:tcW w:type="dxa" w:w="1994"/>
            <w:shd w:val="clear" w:color="auto" w:fill="EFE9FF"/>
          </w:tcPr>
          <w:p>
            <w:r/>
            <w:r>
              <w:rPr>
                <w:rFonts w:ascii="Calibri" w:hAnsi="Calibri" w:cs="Calibri" w:eastAsia="Calibri"/>
                <w:b/>
                <w:color w:val="15131F"/>
                <w:sz w:val="19"/>
              </w:rPr>
              <w:t>Nächster Schritt</w:t>
            </w:r>
          </w:p>
        </w:tc>
        <w:tc>
          <w:tcPr>
            <w:tcW w:type="dxa" w:w="1994"/>
            <w:shd w:val="clear" w:color="auto" w:fill="EFE9FF"/>
          </w:tcPr>
          <w:p>
            <w:r/>
            <w:r>
              <w:rPr>
                <w:rFonts w:ascii="Calibri" w:hAnsi="Calibri" w:cs="Calibri" w:eastAsia="Calibri"/>
                <w:b/>
                <w:color w:val="15131F"/>
                <w:sz w:val="19"/>
              </w:rPr>
              <w:t>Karte von Hand</w:t>
            </w:r>
          </w:p>
        </w:tc>
      </w:tr>
      <w:tr>
        <w:tc>
          <w:tcPr>
            <w:tcW w:type="dxa" w:w="1994"/>
          </w:tcPr>
          <w:p>
            <w:r/>
            <w:r>
              <w:rPr>
                <w:rFonts w:ascii="Calibri" w:hAnsi="Calibri" w:cs="Calibri" w:eastAsia="Calibri"/>
                <w:b w:val="0"/>
                <w:color w:val="15131F"/>
                <w:sz w:val="19"/>
              </w:rPr>
              <w:t>Erste Bestellung</w:t>
            </w:r>
          </w:p>
        </w:tc>
        <w:tc>
          <w:tcPr>
            <w:tcW w:type="dxa" w:w="1994"/>
          </w:tcPr>
          <w:p>
            <w:r/>
            <w:r>
              <w:rPr>
                <w:rFonts w:ascii="Calibri" w:hAnsi="Calibri" w:cs="Calibri" w:eastAsia="Calibri"/>
                <w:b w:val="0"/>
                <w:color w:val="15131F"/>
                <w:sz w:val="19"/>
              </w:rPr>
              <w:t>Am selben Tag wie Zahlung oder Lieferung</w:t>
            </w:r>
          </w:p>
        </w:tc>
        <w:tc>
          <w:tcPr>
            <w:tcW w:type="dxa" w:w="1994"/>
          </w:tcPr>
          <w:p>
            <w:r/>
            <w:r>
              <w:rPr>
                <w:rFonts w:ascii="Calibri" w:hAnsi="Calibri" w:cs="Calibri" w:eastAsia="Calibri"/>
                <w:b w:val="0"/>
                <w:color w:val="15131F"/>
                <w:sz w:val="19"/>
              </w:rPr>
              <w:t>E-Mail von einem Menschen</w:t>
            </w:r>
          </w:p>
        </w:tc>
        <w:tc>
          <w:tcPr>
            <w:tcW w:type="dxa" w:w="1994"/>
          </w:tcPr>
          <w:p>
            <w:r/>
            <w:r>
              <w:rPr>
                <w:rFonts w:ascii="Calibri" w:hAnsi="Calibri" w:cs="Calibri" w:eastAsia="Calibri"/>
                <w:b w:val="0"/>
                <w:color w:val="15131F"/>
                <w:sz w:val="19"/>
              </w:rPr>
              <w:t>Wen anrufen, wenn etwas nicht stimmt</w:t>
            </w:r>
          </w:p>
        </w:tc>
        <w:tc>
          <w:tcPr>
            <w:tcW w:type="dxa" w:w="1994"/>
          </w:tcPr>
          <w:p>
            <w:r/>
            <w:r>
              <w:rPr>
                <w:rFonts w:ascii="Calibri" w:hAnsi="Calibri" w:cs="Calibri" w:eastAsia="Calibri"/>
                <w:b w:val="0"/>
                <w:color w:val="15131F"/>
                <w:sz w:val="19"/>
              </w:rPr>
              <w:t>Nur bei einer großen ersten Bestellung</w:t>
            </w:r>
          </w:p>
        </w:tc>
      </w:tr>
      <w:tr>
        <w:tc>
          <w:tcPr>
            <w:tcW w:type="dxa" w:w="1994"/>
          </w:tcPr>
          <w:p>
            <w:r/>
            <w:r>
              <w:rPr>
                <w:rFonts w:ascii="Calibri" w:hAnsi="Calibri" w:cs="Calibri" w:eastAsia="Calibri"/>
                <w:b w:val="0"/>
                <w:color w:val="15131F"/>
                <w:sz w:val="19"/>
              </w:rPr>
              <w:t>Stammkunde</w:t>
            </w:r>
          </w:p>
        </w:tc>
        <w:tc>
          <w:tcPr>
            <w:tcW w:type="dxa" w:w="1994"/>
          </w:tcPr>
          <w:p>
            <w:r/>
            <w:r>
              <w:rPr>
                <w:rFonts w:ascii="Calibri" w:hAnsi="Calibri" w:cs="Calibri" w:eastAsia="Calibri"/>
                <w:b w:val="0"/>
                <w:color w:val="15131F"/>
                <w:sz w:val="19"/>
              </w:rPr>
              <w:t>Innerhalb von 48 Stunden nach Bestellung 2 oder einem Meilenstein</w:t>
            </w:r>
          </w:p>
        </w:tc>
        <w:tc>
          <w:tcPr>
            <w:tcW w:type="dxa" w:w="1994"/>
          </w:tcPr>
          <w:p>
            <w:r/>
            <w:r>
              <w:rPr>
                <w:rFonts w:ascii="Calibri" w:hAnsi="Calibri" w:cs="Calibri" w:eastAsia="Calibri"/>
                <w:b w:val="0"/>
                <w:color w:val="15131F"/>
                <w:sz w:val="19"/>
              </w:rPr>
              <w:t>E-Mail oder Chat</w:t>
            </w:r>
          </w:p>
        </w:tc>
        <w:tc>
          <w:tcPr>
            <w:tcW w:type="dxa" w:w="1994"/>
          </w:tcPr>
          <w:p>
            <w:r/>
            <w:r>
              <w:rPr>
                <w:rFonts w:ascii="Calibri" w:hAnsi="Calibri" w:cs="Calibri" w:eastAsia="Calibri"/>
                <w:b w:val="0"/>
                <w:color w:val="15131F"/>
                <w:sz w:val="19"/>
              </w:rPr>
              <w:t>Keiner</w:t>
            </w:r>
          </w:p>
        </w:tc>
        <w:tc>
          <w:tcPr>
            <w:tcW w:type="dxa" w:w="1994"/>
          </w:tcPr>
          <w:p>
            <w:r/>
            <w:r>
              <w:rPr>
                <w:rFonts w:ascii="Calibri" w:hAnsi="Calibri" w:cs="Calibri" w:eastAsia="Calibri"/>
                <w:b w:val="0"/>
                <w:color w:val="15131F"/>
                <w:sz w:val="19"/>
              </w:rPr>
              <w:t>Nein</w:t>
            </w:r>
          </w:p>
        </w:tc>
      </w:tr>
      <w:tr>
        <w:tc>
          <w:tcPr>
            <w:tcW w:type="dxa" w:w="1994"/>
          </w:tcPr>
          <w:p>
            <w:r/>
            <w:r>
              <w:rPr>
                <w:rFonts w:ascii="Calibri" w:hAnsi="Calibri" w:cs="Calibri" w:eastAsia="Calibri"/>
                <w:b w:val="0"/>
                <w:color w:val="15131F"/>
                <w:sz w:val="19"/>
              </w:rPr>
              <w:t>Nach einem Termin</w:t>
            </w:r>
          </w:p>
        </w:tc>
        <w:tc>
          <w:tcPr>
            <w:tcW w:type="dxa" w:w="1994"/>
          </w:tcPr>
          <w:p>
            <w:r/>
            <w:r>
              <w:rPr>
                <w:rFonts w:ascii="Calibri" w:hAnsi="Calibri" w:cs="Calibri" w:eastAsia="Calibri"/>
                <w:b w:val="0"/>
                <w:color w:val="15131F"/>
                <w:sz w:val="19"/>
              </w:rPr>
              <w:t>Am selben Tag</w:t>
            </w:r>
          </w:p>
        </w:tc>
        <w:tc>
          <w:tcPr>
            <w:tcW w:type="dxa" w:w="1994"/>
          </w:tcPr>
          <w:p>
            <w:r/>
            <w:r>
              <w:rPr>
                <w:rFonts w:ascii="Calibri" w:hAnsi="Calibri" w:cs="Calibri" w:eastAsia="Calibri"/>
                <w:b w:val="0"/>
                <w:color w:val="15131F"/>
                <w:sz w:val="19"/>
              </w:rPr>
              <w:t>E-Mail</w:t>
            </w:r>
          </w:p>
        </w:tc>
        <w:tc>
          <w:tcPr>
            <w:tcW w:type="dxa" w:w="1994"/>
          </w:tcPr>
          <w:p>
            <w:r/>
            <w:r>
              <w:rPr>
                <w:rFonts w:ascii="Calibri" w:hAnsi="Calibri" w:cs="Calibri" w:eastAsia="Calibri"/>
                <w:b w:val="0"/>
                <w:color w:val="15131F"/>
                <w:sz w:val="19"/>
              </w:rPr>
              <w:t>Ja: was, wer und bis wann</w:t>
            </w:r>
          </w:p>
        </w:tc>
        <w:tc>
          <w:tcPr>
            <w:tcW w:type="dxa" w:w="1994"/>
          </w:tcPr>
          <w:p>
            <w:r/>
            <w:r>
              <w:rPr>
                <w:rFonts w:ascii="Calibri" w:hAnsi="Calibri" w:cs="Calibri" w:eastAsia="Calibri"/>
                <w:b w:val="0"/>
                <w:color w:val="15131F"/>
                <w:sz w:val="19"/>
              </w:rPr>
              <w:t>Nein</w:t>
            </w:r>
          </w:p>
        </w:tc>
      </w:tr>
      <w:tr>
        <w:tc>
          <w:tcPr>
            <w:tcW w:type="dxa" w:w="1994"/>
          </w:tcPr>
          <w:p>
            <w:r/>
            <w:r>
              <w:rPr>
                <w:rFonts w:ascii="Calibri" w:hAnsi="Calibri" w:cs="Calibri" w:eastAsia="Calibri"/>
                <w:b w:val="0"/>
                <w:color w:val="15131F"/>
                <w:sz w:val="19"/>
              </w:rPr>
              <w:t>Abgeschlossenes Projekt</w:t>
            </w:r>
          </w:p>
        </w:tc>
        <w:tc>
          <w:tcPr>
            <w:tcW w:type="dxa" w:w="1994"/>
          </w:tcPr>
          <w:p>
            <w:r/>
            <w:r>
              <w:rPr>
                <w:rFonts w:ascii="Calibri" w:hAnsi="Calibri" w:cs="Calibri" w:eastAsia="Calibri"/>
                <w:b w:val="0"/>
                <w:color w:val="15131F"/>
                <w:sz w:val="19"/>
              </w:rPr>
              <w:t>Innerhalb von 48 Stunden nach der Übergabe</w:t>
            </w:r>
          </w:p>
        </w:tc>
        <w:tc>
          <w:tcPr>
            <w:tcW w:type="dxa" w:w="1994"/>
          </w:tcPr>
          <w:p>
            <w:r/>
            <w:r>
              <w:rPr>
                <w:rFonts w:ascii="Calibri" w:hAnsi="Calibri" w:cs="Calibri" w:eastAsia="Calibri"/>
                <w:b w:val="0"/>
                <w:color w:val="15131F"/>
                <w:sz w:val="19"/>
              </w:rPr>
              <w:t>E-Mail, dann eine Karte</w:t>
            </w:r>
          </w:p>
        </w:tc>
        <w:tc>
          <w:tcPr>
            <w:tcW w:type="dxa" w:w="1994"/>
          </w:tcPr>
          <w:p>
            <w:r/>
            <w:r>
              <w:rPr>
                <w:rFonts w:ascii="Calibri" w:hAnsi="Calibri" w:cs="Calibri" w:eastAsia="Calibri"/>
                <w:b w:val="0"/>
                <w:color w:val="15131F"/>
                <w:sz w:val="19"/>
              </w:rPr>
              <w:t>Wen anrufen, wenn etwas ist</w:t>
            </w:r>
          </w:p>
        </w:tc>
        <w:tc>
          <w:tcPr>
            <w:tcW w:type="dxa" w:w="1994"/>
          </w:tcPr>
          <w:p>
            <w:r/>
            <w:r>
              <w:rPr>
                <w:rFonts w:ascii="Calibri" w:hAnsi="Calibri" w:cs="Calibri" w:eastAsia="Calibri"/>
                <w:b w:val="0"/>
                <w:color w:val="15131F"/>
                <w:sz w:val="19"/>
              </w:rPr>
              <w:t>Ja, in derselben Woche</w:t>
            </w:r>
          </w:p>
        </w:tc>
      </w:tr>
      <w:tr>
        <w:tc>
          <w:tcPr>
            <w:tcW w:type="dxa" w:w="1994"/>
          </w:tcPr>
          <w:p>
            <w:r/>
            <w:r>
              <w:rPr>
                <w:rFonts w:ascii="Calibri" w:hAnsi="Calibri" w:cs="Calibri" w:eastAsia="Calibri"/>
                <w:b w:val="0"/>
                <w:color w:val="15131F"/>
                <w:sz w:val="19"/>
              </w:rPr>
              <w:t>Empfehlung</w:t>
            </w:r>
          </w:p>
        </w:tc>
        <w:tc>
          <w:tcPr>
            <w:tcW w:type="dxa" w:w="1994"/>
          </w:tcPr>
          <w:p>
            <w:r/>
            <w:r>
              <w:rPr>
                <w:rFonts w:ascii="Calibri" w:hAnsi="Calibri" w:cs="Calibri" w:eastAsia="Calibri"/>
                <w:b w:val="0"/>
                <w:color w:val="15131F"/>
                <w:sz w:val="19"/>
              </w:rPr>
              <w:t>Am selben Tag, an dem sich der Kontakt meldet</w:t>
            </w:r>
          </w:p>
        </w:tc>
        <w:tc>
          <w:tcPr>
            <w:tcW w:type="dxa" w:w="1994"/>
          </w:tcPr>
          <w:p>
            <w:r/>
            <w:r>
              <w:rPr>
                <w:rFonts w:ascii="Calibri" w:hAnsi="Calibri" w:cs="Calibri" w:eastAsia="Calibri"/>
                <w:b w:val="0"/>
                <w:color w:val="15131F"/>
                <w:sz w:val="19"/>
              </w:rPr>
              <w:t>E-Mail oder Nachricht</w:t>
            </w:r>
          </w:p>
        </w:tc>
        <w:tc>
          <w:tcPr>
            <w:tcW w:type="dxa" w:w="1994"/>
          </w:tcPr>
          <w:p>
            <w:r/>
            <w:r>
              <w:rPr>
                <w:rFonts w:ascii="Calibri" w:hAnsi="Calibri" w:cs="Calibri" w:eastAsia="Calibri"/>
                <w:b w:val="0"/>
                <w:color w:val="15131F"/>
                <w:sz w:val="19"/>
              </w:rPr>
              <w:t>Keiner</w:t>
            </w:r>
          </w:p>
        </w:tc>
        <w:tc>
          <w:tcPr>
            <w:tcW w:type="dxa" w:w="1994"/>
          </w:tcPr>
          <w:p>
            <w:r/>
            <w:r>
              <w:rPr>
                <w:rFonts w:ascii="Calibri" w:hAnsi="Calibri" w:cs="Calibri" w:eastAsia="Calibri"/>
                <w:b w:val="0"/>
                <w:color w:val="15131F"/>
                <w:sz w:val="19"/>
              </w:rPr>
              <w:t>Passt gut</w:t>
            </w:r>
          </w:p>
        </w:tc>
      </w:tr>
      <w:tr>
        <w:tc>
          <w:tcPr>
            <w:tcW w:type="dxa" w:w="1994"/>
          </w:tcPr>
          <w:p>
            <w:r/>
            <w:r>
              <w:rPr>
                <w:rFonts w:ascii="Calibri" w:hAnsi="Calibri" w:cs="Calibri" w:eastAsia="Calibri"/>
                <w:b w:val="0"/>
                <w:color w:val="15131F"/>
                <w:sz w:val="19"/>
              </w:rPr>
              <w:t>Bewertung oder Feedback</w:t>
            </w:r>
          </w:p>
        </w:tc>
        <w:tc>
          <w:tcPr>
            <w:tcW w:type="dxa" w:w="1994"/>
          </w:tcPr>
          <w:p>
            <w:r/>
            <w:r>
              <w:rPr>
                <w:rFonts w:ascii="Calibri" w:hAnsi="Calibri" w:cs="Calibri" w:eastAsia="Calibri"/>
                <w:b w:val="0"/>
                <w:color w:val="15131F"/>
                <w:sz w:val="19"/>
              </w:rPr>
              <w:t>Innerhalb von 48 Stunden</w:t>
            </w:r>
          </w:p>
        </w:tc>
        <w:tc>
          <w:tcPr>
            <w:tcW w:type="dxa" w:w="1994"/>
          </w:tcPr>
          <w:p>
            <w:r/>
            <w:r>
              <w:rPr>
                <w:rFonts w:ascii="Calibri" w:hAnsi="Calibri" w:cs="Calibri" w:eastAsia="Calibri"/>
                <w:b w:val="0"/>
                <w:color w:val="15131F"/>
                <w:sz w:val="19"/>
              </w:rPr>
              <w:t>Öffentliche Antwort oder E-Mail</w:t>
            </w:r>
          </w:p>
        </w:tc>
        <w:tc>
          <w:tcPr>
            <w:tcW w:type="dxa" w:w="1994"/>
          </w:tcPr>
          <w:p>
            <w:r/>
            <w:r>
              <w:rPr>
                <w:rFonts w:ascii="Calibri" w:hAnsi="Calibri" w:cs="Calibri" w:eastAsia="Calibri"/>
                <w:b w:val="0"/>
                <w:color w:val="15131F"/>
                <w:sz w:val="19"/>
              </w:rPr>
              <w:t>Bei Feedback: was Sie ändern</w:t>
            </w:r>
          </w:p>
        </w:tc>
        <w:tc>
          <w:tcPr>
            <w:tcW w:type="dxa" w:w="1994"/>
          </w:tcPr>
          <w:p>
            <w:r/>
            <w:r>
              <w:rPr>
                <w:rFonts w:ascii="Calibri" w:hAnsi="Calibri" w:cs="Calibri" w:eastAsia="Calibri"/>
                <w:b w:val="0"/>
                <w:color w:val="15131F"/>
                <w:sz w:val="19"/>
              </w:rPr>
              <w:t>Nein</w:t>
            </w:r>
          </w:p>
        </w:tc>
      </w:tr>
      <w:tr>
        <w:tc>
          <w:tcPr>
            <w:tcW w:type="dxa" w:w="1994"/>
          </w:tcPr>
          <w:p>
            <w:r/>
            <w:r>
              <w:rPr>
                <w:rFonts w:ascii="Calibri" w:hAnsi="Calibri" w:cs="Calibri" w:eastAsia="Calibri"/>
                <w:b w:val="0"/>
                <w:color w:val="15131F"/>
                <w:sz w:val="19"/>
              </w:rPr>
              <w:t>Geduld bei einem Problem</w:t>
            </w:r>
          </w:p>
        </w:tc>
        <w:tc>
          <w:tcPr>
            <w:tcW w:type="dxa" w:w="1994"/>
          </w:tcPr>
          <w:p>
            <w:r/>
            <w:r>
              <w:rPr>
                <w:rFonts w:ascii="Calibri" w:hAnsi="Calibri" w:cs="Calibri" w:eastAsia="Calibri"/>
                <w:b w:val="0"/>
                <w:color w:val="15131F"/>
                <w:sz w:val="19"/>
              </w:rPr>
              <w:t>Am Tag der Lösung</w:t>
            </w:r>
          </w:p>
        </w:tc>
        <w:tc>
          <w:tcPr>
            <w:tcW w:type="dxa" w:w="1994"/>
          </w:tcPr>
          <w:p>
            <w:r/>
            <w:r>
              <w:rPr>
                <w:rFonts w:ascii="Calibri" w:hAnsi="Calibri" w:cs="Calibri" w:eastAsia="Calibri"/>
                <w:b w:val="0"/>
                <w:color w:val="15131F"/>
                <w:sz w:val="19"/>
              </w:rPr>
              <w:t>Der Kanal des Problems</w:t>
            </w:r>
          </w:p>
        </w:tc>
        <w:tc>
          <w:tcPr>
            <w:tcW w:type="dxa" w:w="1994"/>
          </w:tcPr>
          <w:p>
            <w:r/>
            <w:r>
              <w:rPr>
                <w:rFonts w:ascii="Calibri" w:hAnsi="Calibri" w:cs="Calibri" w:eastAsia="Calibri"/>
                <w:b w:val="0"/>
                <w:color w:val="15131F"/>
                <w:sz w:val="19"/>
              </w:rPr>
              <w:t>Wie man Sie erreicht, wenn etwas nicht stimmt</w:t>
            </w:r>
          </w:p>
        </w:tc>
        <w:tc>
          <w:tcPr>
            <w:tcW w:type="dxa" w:w="1994"/>
          </w:tcPr>
          <w:p>
            <w:r/>
            <w:r>
              <w:rPr>
                <w:rFonts w:ascii="Calibri" w:hAnsi="Calibri" w:cs="Calibri" w:eastAsia="Calibri"/>
                <w:b w:val="0"/>
                <w:color w:val="15131F"/>
                <w:sz w:val="19"/>
              </w:rPr>
              <w:t>Nein</w:t>
            </w:r>
          </w:p>
        </w:tc>
      </w:tr>
      <w:tr>
        <w:tc>
          <w:tcPr>
            <w:tcW w:type="dxa" w:w="1994"/>
          </w:tcPr>
          <w:p>
            <w:r/>
            <w:r>
              <w:rPr>
                <w:rFonts w:ascii="Calibri" w:hAnsi="Calibri" w:cs="Calibri" w:eastAsia="Calibri"/>
                <w:b w:val="0"/>
                <w:color w:val="15131F"/>
                <w:sz w:val="19"/>
              </w:rPr>
              <w:t>Nach einem Supportfall</w:t>
            </w:r>
          </w:p>
        </w:tc>
        <w:tc>
          <w:tcPr>
            <w:tcW w:type="dxa" w:w="1994"/>
          </w:tcPr>
          <w:p>
            <w:r/>
            <w:r>
              <w:rPr>
                <w:rFonts w:ascii="Calibri" w:hAnsi="Calibri" w:cs="Calibri" w:eastAsia="Calibri"/>
                <w:b w:val="0"/>
                <w:color w:val="15131F"/>
                <w:sz w:val="19"/>
              </w:rPr>
              <w:t>Wenn er gelöst ist, bevor der Chat endet</w:t>
            </w:r>
          </w:p>
        </w:tc>
        <w:tc>
          <w:tcPr>
            <w:tcW w:type="dxa" w:w="1994"/>
          </w:tcPr>
          <w:p>
            <w:r/>
            <w:r>
              <w:rPr>
                <w:rFonts w:ascii="Calibri" w:hAnsi="Calibri" w:cs="Calibri" w:eastAsia="Calibri"/>
                <w:b w:val="0"/>
                <w:color w:val="15131F"/>
                <w:sz w:val="19"/>
              </w:rPr>
              <w:t>Derselbe Kanal</w:t>
            </w:r>
          </w:p>
        </w:tc>
        <w:tc>
          <w:tcPr>
            <w:tcW w:type="dxa" w:w="1994"/>
          </w:tcPr>
          <w:p>
            <w:r/>
            <w:r>
              <w:rPr>
                <w:rFonts w:ascii="Calibri" w:hAnsi="Calibri" w:cs="Calibri" w:eastAsia="Calibri"/>
                <w:b w:val="0"/>
                <w:color w:val="15131F"/>
                <w:sz w:val="19"/>
              </w:rPr>
              <w:t>Wie man den Fall wieder öffnet</w:t>
            </w:r>
          </w:p>
        </w:tc>
        <w:tc>
          <w:tcPr>
            <w:tcW w:type="dxa" w:w="1994"/>
          </w:tcPr>
          <w:p>
            <w:r/>
            <w:r>
              <w:rPr>
                <w:rFonts w:ascii="Calibri" w:hAnsi="Calibri" w:cs="Calibri" w:eastAsia="Calibri"/>
                <w:b w:val="0"/>
                <w:color w:val="15131F"/>
                <w:sz w:val="19"/>
              </w:rPr>
              <w:t>Nein</w:t>
            </w:r>
          </w:p>
        </w:tc>
      </w:tr>
      <w:tr>
        <w:tc>
          <w:tcPr>
            <w:tcW w:type="dxa" w:w="1994"/>
          </w:tcPr>
          <w:p>
            <w:r/>
            <w:r>
              <w:rPr>
                <w:rFonts w:ascii="Calibri" w:hAnsi="Calibri" w:cs="Calibri" w:eastAsia="Calibri"/>
                <w:b w:val="0"/>
                <w:color w:val="15131F"/>
                <w:sz w:val="19"/>
              </w:rPr>
              <w:t>Kundenjubiläum</w:t>
            </w:r>
          </w:p>
        </w:tc>
        <w:tc>
          <w:tcPr>
            <w:tcW w:type="dxa" w:w="1994"/>
          </w:tcPr>
          <w:p>
            <w:r/>
            <w:r>
              <w:rPr>
                <w:rFonts w:ascii="Calibri" w:hAnsi="Calibri" w:cs="Calibri" w:eastAsia="Calibri"/>
                <w:b w:val="0"/>
                <w:color w:val="15131F"/>
                <w:sz w:val="19"/>
              </w:rPr>
              <w:t>Am Jahrestag</w:t>
            </w:r>
          </w:p>
        </w:tc>
        <w:tc>
          <w:tcPr>
            <w:tcW w:type="dxa" w:w="1994"/>
          </w:tcPr>
          <w:p>
            <w:r/>
            <w:r>
              <w:rPr>
                <w:rFonts w:ascii="Calibri" w:hAnsi="Calibri" w:cs="Calibri" w:eastAsia="Calibri"/>
                <w:b w:val="0"/>
                <w:color w:val="15131F"/>
                <w:sz w:val="19"/>
              </w:rPr>
              <w:t>E-Mail oder Karte</w:t>
            </w:r>
          </w:p>
        </w:tc>
        <w:tc>
          <w:tcPr>
            <w:tcW w:type="dxa" w:w="1994"/>
          </w:tcPr>
          <w:p>
            <w:r/>
            <w:r>
              <w:rPr>
                <w:rFonts w:ascii="Calibri" w:hAnsi="Calibri" w:cs="Calibri" w:eastAsia="Calibri"/>
                <w:b w:val="0"/>
                <w:color w:val="15131F"/>
                <w:sz w:val="19"/>
              </w:rPr>
              <w:t>Keiner</w:t>
            </w:r>
          </w:p>
        </w:tc>
        <w:tc>
          <w:tcPr>
            <w:tcW w:type="dxa" w:w="1994"/>
          </w:tcPr>
          <w:p>
            <w:r/>
            <w:r>
              <w:rPr>
                <w:rFonts w:ascii="Calibri" w:hAnsi="Calibri" w:cs="Calibri" w:eastAsia="Calibri"/>
                <w:b w:val="0"/>
                <w:color w:val="15131F"/>
                <w:sz w:val="19"/>
              </w:rPr>
              <w:t>Passt gut</w:t>
            </w:r>
          </w:p>
        </w:tc>
      </w:tr>
    </w:tbl>
    <w:p/>
    <w:p>
      <w:pPr>
        <w:spacing w:after="80"/>
      </w:pPr>
      <w:r>
        <w:rPr>
          <w:rFonts w:ascii="Calibri" w:hAnsi="Calibri" w:cs="Calibri" w:eastAsia="Calibri"/>
          <w:b/>
          <w:color w:val="15131F"/>
          <w:sz w:val="28"/>
        </w:rPr>
        <w:t>Sechs Regeln für eine professionelle Dankesmail an Kunden</w:t>
      </w:r>
    </w:p>
    <w:p>
      <w:pPr>
        <w:spacing w:after="120"/>
      </w:pPr>
      <w:r>
        <w:rPr>
          <w:rFonts w:ascii="Calibri" w:hAnsi="Calibri" w:cs="Calibri" w:eastAsia="Calibri"/>
          <w:b w:val="0"/>
          <w:color w:val="5D5A70"/>
          <w:sz w:val="21"/>
        </w:rPr>
        <w:t>Sie gelten für E-Mail, Chat, Karte und öffentliche Antworten auf Bewertungen. Legen Sie sie einmal für das ganze Team fest.</w:t>
      </w:r>
    </w:p>
    <w:p>
      <w:pPr>
        <w:spacing w:after="40"/>
      </w:pPr>
      <w:r>
        <w:rPr>
          <w:rFonts w:ascii="Calibri" w:hAnsi="Calibri" w:cs="Calibri" w:eastAsia="Calibri"/>
          <w:b/>
          <w:color w:val="15131F"/>
          <w:sz w:val="22"/>
        </w:rPr>
        <w:t>Eine konkrete Sache nennen</w:t>
      </w:r>
    </w:p>
    <w:p>
      <w:pPr>
        <w:spacing w:after="40"/>
      </w:pPr>
      <w:r>
        <w:rPr>
          <w:rFonts w:ascii="Calibri" w:hAnsi="Calibri" w:cs="Calibri" w:eastAsia="Calibri"/>
          <w:b w:val="0"/>
          <w:color w:val="15131F"/>
          <w:sz w:val="21"/>
        </w:rPr>
        <w:t>Was der Kunde gekauft, gesagt oder getan hat, mit einem Detail, das nur Sie kennen können. „Vielen Dank für Ihr Vertrauen“ passt auf jeden Kunden und bedeutet diesem deshalb nichts.</w:t>
      </w:r>
    </w:p>
    <w:p>
      <w:pPr>
        <w:spacing w:after="60"/>
      </w:pPr>
      <w:r>
        <w:rPr>
          <w:rFonts w:ascii="Calibri" w:hAnsi="Calibri" w:cs="Calibri" w:eastAsia="Calibri"/>
          <w:b/>
          <w:color w:val="6B3CF0"/>
          <w:sz w:val="21"/>
        </w:rPr>
        <w:t xml:space="preserve">Satz: </w:t>
      </w:r>
      <w:r>
        <w:rPr>
          <w:rFonts w:ascii="Calibri" w:hAnsi="Calibri" w:cs="Calibri" w:eastAsia="Calibri"/>
          <w:b w:val="0"/>
          <w:color w:val="15131F"/>
          <w:sz w:val="21"/>
        </w:rPr>
        <w:t>Danke für das Foto der Karten: Darauf haben wir genau gesehen, welcher Schnitt falsch war.</w:t>
      </w:r>
    </w:p>
    <w:p>
      <w:pPr>
        <w:spacing w:after="80"/>
      </w:pPr>
    </w:p>
    <w:p>
      <w:pPr>
        <w:spacing w:after="40"/>
      </w:pPr>
      <w:r>
        <w:rPr>
          <w:rFonts w:ascii="Calibri" w:hAnsi="Calibri" w:cs="Calibri" w:eastAsia="Calibri"/>
          <w:b/>
          <w:color w:val="15131F"/>
          <w:sz w:val="22"/>
        </w:rPr>
        <w:t>Am selben Tag, spätestens nach 48 Stunden</w:t>
      </w:r>
    </w:p>
    <w:p>
      <w:pPr>
        <w:spacing w:after="40"/>
      </w:pPr>
      <w:r>
        <w:rPr>
          <w:rFonts w:ascii="Calibri" w:hAnsi="Calibri" w:cs="Calibri" w:eastAsia="Calibri"/>
          <w:b w:val="0"/>
          <w:color w:val="15131F"/>
          <w:sz w:val="21"/>
        </w:rPr>
        <w:t>Schnelligkeit zeigt, dass Sie es bemerkt haben. Legen Sie die Aufgabe an, wenn der Anlass passiert, nicht erst, wenn Sie daran denken. Ein Dank eine Woche später wirkt wie Routine.</w:t>
      </w:r>
    </w:p>
    <w:p>
      <w:pPr>
        <w:spacing w:after="80"/>
      </w:pPr>
    </w:p>
    <w:p>
      <w:pPr>
        <w:spacing w:after="40"/>
      </w:pPr>
      <w:r>
        <w:rPr>
          <w:rFonts w:ascii="Calibri" w:hAnsi="Calibri" w:cs="Calibri" w:eastAsia="Calibri"/>
          <w:b/>
          <w:color w:val="15131F"/>
          <w:sz w:val="22"/>
        </w:rPr>
        <w:t>Keine versteckte Werbung</w:t>
      </w:r>
    </w:p>
    <w:p>
      <w:pPr>
        <w:spacing w:after="40"/>
      </w:pPr>
      <w:r>
        <w:rPr>
          <w:rFonts w:ascii="Calibri" w:hAnsi="Calibri" w:cs="Calibri" w:eastAsia="Calibri"/>
          <w:b w:val="0"/>
          <w:color w:val="15131F"/>
          <w:sz w:val="21"/>
        </w:rPr>
        <w:t>Kein Rabatt, kein Zusatzangebot, kein „Das könnte Ihnen auch gefallen“, kein Umfragelink. Eine Dankesnachricht, die für ein Angebot wirbt, kann als Werbe-E-Mail gelten und braucht in den USA dann eine Abmeldemöglichkeit und Ihre Postanschrift.</w:t>
      </w:r>
    </w:p>
    <w:p>
      <w:pPr>
        <w:spacing w:after="80"/>
      </w:pPr>
    </w:p>
    <w:p>
      <w:pPr>
        <w:spacing w:after="40"/>
      </w:pPr>
      <w:r>
        <w:rPr>
          <w:rFonts w:ascii="Calibri" w:hAnsi="Calibri" w:cs="Calibri" w:eastAsia="Calibri"/>
          <w:b/>
          <w:color w:val="15131F"/>
          <w:sz w:val="22"/>
        </w:rPr>
        <w:t>Ein nächster Schritt nur, wenn er hilft</w:t>
      </w:r>
    </w:p>
    <w:p>
      <w:pPr>
        <w:spacing w:after="40"/>
      </w:pPr>
      <w:r>
        <w:rPr>
          <w:rFonts w:ascii="Calibri" w:hAnsi="Calibri" w:cs="Calibri" w:eastAsia="Calibri"/>
          <w:b w:val="0"/>
          <w:color w:val="15131F"/>
          <w:sz w:val="21"/>
        </w:rPr>
        <w:t>Sagen Sie nach einem Termin, was als Nächstes passiert. Sagen Sie nach einer Bestellung oder einem Projekt, wen der Kunde anrufen kann, wenn etwas nicht stimmt. Überall sonst endet die Nachricht mit dem Dank.</w:t>
      </w:r>
    </w:p>
    <w:p>
      <w:pPr>
        <w:spacing w:after="80"/>
      </w:pPr>
    </w:p>
    <w:p>
      <w:pPr>
        <w:spacing w:after="40"/>
      </w:pPr>
      <w:r>
        <w:rPr>
          <w:rFonts w:ascii="Calibri" w:hAnsi="Calibri" w:cs="Calibri" w:eastAsia="Calibri"/>
          <w:b/>
          <w:color w:val="15131F"/>
          <w:sz w:val="22"/>
        </w:rPr>
        <w:t>Handschriftlich für die großen Anlässe</w:t>
      </w:r>
    </w:p>
    <w:p>
      <w:pPr>
        <w:spacing w:after="40"/>
      </w:pPr>
      <w:r>
        <w:rPr>
          <w:rFonts w:ascii="Calibri" w:hAnsi="Calibri" w:cs="Calibri" w:eastAsia="Calibri"/>
          <w:b w:val="0"/>
          <w:color w:val="15131F"/>
          <w:sz w:val="21"/>
        </w:rPr>
        <w:t>E-Mail für alltägliche Anlässe. Eine handschriftliche Karte, in derselben Woche per Post, für ein abgeschlossenes Projekt, eine Empfehlung oder ein Jubiläum. Drei Zeilen genügen, und die E-Mail geht trotzdem zuerst raus.</w:t>
      </w:r>
    </w:p>
    <w:p>
      <w:pPr>
        <w:spacing w:after="80"/>
      </w:pPr>
    </w:p>
    <w:p>
      <w:pPr>
        <w:spacing w:after="40"/>
      </w:pPr>
      <w:r>
        <w:rPr>
          <w:rFonts w:ascii="Calibri" w:hAnsi="Calibri" w:cs="Calibri" w:eastAsia="Calibri"/>
          <w:b/>
          <w:color w:val="15131F"/>
          <w:sz w:val="22"/>
        </w:rPr>
        <w:t>Erst danken, später um eine Bewertung bitten</w:t>
      </w:r>
    </w:p>
    <w:p>
      <w:pPr>
        <w:spacing w:after="40"/>
      </w:pPr>
      <w:r>
        <w:rPr>
          <w:rFonts w:ascii="Calibri" w:hAnsi="Calibri" w:cs="Calibri" w:eastAsia="Calibri"/>
          <w:b w:val="0"/>
          <w:color w:val="15131F"/>
          <w:sz w:val="21"/>
        </w:rPr>
        <w:t>Nie in derselben Nachricht. Fragen Sie jeden Kunden auf dieselbe Weise, ohne Anreiz und ohne Formulierungsvorschlag. Google verbietet Anreize und gezieltes Fragen, und die FTC rät, nicht nur die Kunden zu fragen, von denen Sie eine positive Bewertung erwarten.</w:t>
      </w:r>
    </w:p>
    <w:p>
      <w:pPr>
        <w:spacing w:after="80"/>
      </w:pPr>
    </w:p>
    <w:p>
      <w:pPr>
        <w:spacing w:after="200"/>
      </w:pPr>
      <w:r>
        <w:rPr>
          <w:rFonts w:ascii="Calibri" w:hAnsi="Calibri" w:cs="Calibri" w:eastAsia="Calibri"/>
          <w:b w:val="0"/>
          <w:color w:val="15131F"/>
          <w:sz w:val="21"/>
        </w:rPr>
        <w:t>Diese Seite ist keine Rechtsberatung. Die Regeln für E-Mails und Bewertungen unterscheiden sich je nach Land. Prüfen Sie deshalb die offiziellen Regeln dort, wo Ihre Kunden leben.</w:t>
      </w:r>
    </w:p>
    <w:p>
      <w:pPr>
        <w:spacing w:after="120"/>
      </w:pPr>
      <w:r>
        <w:rPr>
          <w:rFonts w:ascii="Calibri" w:hAnsi="Calibri" w:cs="Calibri" w:eastAsia="Calibri"/>
          <w:b/>
          <w:color w:val="15131F"/>
          <w:sz w:val="28"/>
        </w:rPr>
        <w:t>So nutzen Sie diese Vorlagen für Dankesmails</w:t>
      </w:r>
    </w:p>
    <w:p>
      <w:pPr>
        <w:spacing w:after="40"/>
      </w:pPr>
      <w:r>
        <w:rPr>
          <w:rFonts w:ascii="Calibri" w:hAnsi="Calibri" w:cs="Calibri" w:eastAsia="Calibri"/>
          <w:b/>
          <w:color w:val="15131F"/>
          <w:sz w:val="22"/>
        </w:rPr>
        <w:t>1. Anlass wählen</w:t>
      </w:r>
    </w:p>
    <w:p>
      <w:pPr>
        <w:spacing w:after="120"/>
      </w:pPr>
      <w:r>
        <w:rPr>
          <w:rFonts w:ascii="Calibri" w:hAnsi="Calibri" w:cs="Calibri" w:eastAsia="Calibri"/>
          <w:b w:val="0"/>
          <w:color w:val="15131F"/>
          <w:sz w:val="21"/>
        </w:rPr>
        <w:t>Öffnen Sie den Tab zu dem, was passiert ist. Nutzen Sie die E-Mail oder die Kurzversion für Chat und Nachrichten.</w:t>
      </w:r>
    </w:p>
    <w:p>
      <w:pPr>
        <w:spacing w:after="40"/>
      </w:pPr>
      <w:r>
        <w:rPr>
          <w:rFonts w:ascii="Calibri" w:hAnsi="Calibri" w:cs="Calibri" w:eastAsia="Calibri"/>
          <w:b/>
          <w:color w:val="15131F"/>
          <w:sz w:val="22"/>
        </w:rPr>
        <w:t>2. Das eine Detail ausfüllen</w:t>
      </w:r>
    </w:p>
    <w:p>
      <w:pPr>
        <w:spacing w:after="120"/>
      </w:pPr>
      <w:r>
        <w:rPr>
          <w:rFonts w:ascii="Calibri" w:hAnsi="Calibri" w:cs="Calibri" w:eastAsia="Calibri"/>
          <w:b w:val="0"/>
          <w:color w:val="15131F"/>
          <w:sz w:val="21"/>
        </w:rPr>
        <w:t>Ersetzen Sie jedes Wort in Klammern. Am wichtigsten ist das konkrete Detail: Wenn Sie es nicht ausfüllen können, fragen Sie die Person, die den Kunden betreut hat.</w:t>
      </w:r>
    </w:p>
    <w:p>
      <w:pPr>
        <w:spacing w:after="40"/>
      </w:pPr>
      <w:r>
        <w:rPr>
          <w:rFonts w:ascii="Calibri" w:hAnsi="Calibri" w:cs="Calibri" w:eastAsia="Calibri"/>
          <w:b/>
          <w:color w:val="15131F"/>
          <w:sz w:val="22"/>
        </w:rPr>
        <w:t>3. Innerhalb von 48 Stunden senden</w:t>
      </w:r>
    </w:p>
    <w:p>
      <w:pPr>
        <w:spacing w:after="120"/>
      </w:pPr>
      <w:r>
        <w:rPr>
          <w:rFonts w:ascii="Calibri" w:hAnsi="Calibri" w:cs="Calibri" w:eastAsia="Calibri"/>
          <w:b w:val="0"/>
          <w:color w:val="15131F"/>
          <w:sz w:val="21"/>
        </w:rPr>
        <w:t>Am selben Tag, wenn möglich. Tragen Sie Datum des Anlasses und Sendedatum im Excel-Dankesprotokoll oder in einer CRM-Aufgabe ein.</w:t>
      </w:r>
    </w:p>
    <w:p>
      <w:pPr>
        <w:spacing w:after="40"/>
      </w:pPr>
      <w:r>
        <w:rPr>
          <w:rFonts w:ascii="Calibri" w:hAnsi="Calibri" w:cs="Calibri" w:eastAsia="Calibri"/>
          <w:b/>
          <w:color w:val="15131F"/>
          <w:sz w:val="22"/>
        </w:rPr>
        <w:t>4. Werbung streichen</w:t>
      </w:r>
    </w:p>
    <w:p>
      <w:pPr>
        <w:spacing w:after="120"/>
      </w:pPr>
      <w:r>
        <w:rPr>
          <w:rFonts w:ascii="Calibri" w:hAnsi="Calibri" w:cs="Calibri" w:eastAsia="Calibri"/>
          <w:b w:val="0"/>
          <w:color w:val="15131F"/>
          <w:sz w:val="21"/>
        </w:rPr>
        <w:t>Lesen Sie die Nachricht noch einmal und löschen Sie jedes Angebot, jeden Link und jede Umfrage. Eine Bewertungsanfrage gehört in eine eigene Nachricht, an einem anderen Tag.</w:t>
      </w:r>
    </w:p>
    <w:p>
      <w:pPr>
        <w:spacing w:after="40"/>
      </w:pPr>
      <w:r>
        <w:rPr>
          <w:rFonts w:ascii="Calibri" w:hAnsi="Calibri" w:cs="Calibri" w:eastAsia="Calibri"/>
          <w:b/>
          <w:color w:val="15131F"/>
          <w:sz w:val="22"/>
        </w:rPr>
        <w:t>5. Protokoll wöchentlich prüfen</w:t>
      </w:r>
    </w:p>
    <w:p>
      <w:pPr>
        <w:spacing w:after="120"/>
      </w:pPr>
      <w:r>
        <w:rPr>
          <w:rFonts w:ascii="Calibri" w:hAnsi="Calibri" w:cs="Calibri" w:eastAsia="Calibri"/>
          <w:b w:val="0"/>
          <w:color w:val="15131F"/>
          <w:sz w:val="21"/>
        </w:rPr>
        <w:t>Senden Sie, was überfällig ist, legen Sie für alles doppelt Erfasste eine zuständige Person fest und sehen Sie nach, welche Anlässe Sie am häufigsten verpassen.</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Wenn der Anlass passiert, öffnen Sie „Aufgaben“ und klicken auf „Neue Aufgabe“: ein „Aufgabentitel“ wie „Dank: Carmen Ruiz, Empfehlung“, als „Abtretungsinhaber“ (die zuständige Person) die Person, die sendet, und eine „Deadline“ höchstens 2 Tage später. „Meine Aufgaben“ zeigt „Fällig heute“ und „Überfällig“.</w:t>
      </w:r>
    </w:p>
    <w:p>
      <w:pPr>
        <w:spacing w:after="60"/>
      </w:pPr>
      <w:r>
        <w:rPr>
          <w:rFonts w:ascii="Calibri" w:hAnsi="Calibri" w:cs="Calibri" w:eastAsia="Calibri"/>
          <w:b w:val="0"/>
          <w:color w:val="15131F"/>
          <w:sz w:val="21"/>
        </w:rPr>
        <w:t>2. Schreiben Sie in die „Anmerkungen“ des Kontakts, wofür Sie gedankt haben, mit Datum, damit sich niemand zweimal für denselben Anlass bedankt.</w:t>
      </w:r>
    </w:p>
    <w:p>
      <w:pPr>
        <w:spacing w:after="60"/>
      </w:pPr>
      <w:r>
        <w:rPr>
          <w:rFonts w:ascii="Calibri" w:hAnsi="Calibri" w:cs="Calibri" w:eastAsia="Calibri"/>
          <w:b w:val="0"/>
          <w:color w:val="15131F"/>
          <w:sz w:val="21"/>
        </w:rPr>
        <w:t>3. Senden Sie die E-Mail aus Ihrem eigenen Postfach. Tragen Sie Datum und Kanal in die „Statusübersicht“ ein und klicken Sie auf „Markiert erledigt“ (als erledigt markieren).</w:t>
      </w:r>
    </w:p>
    <w:p>
      <w:pPr>
        <w:spacing w:after="60"/>
      </w:pPr>
      <w:r>
        <w:rPr>
          <w:rFonts w:ascii="Calibri" w:hAnsi="Calibri" w:cs="Calibri" w:eastAsia="Calibri"/>
          <w:b w:val="0"/>
          <w:color w:val="15131F"/>
          <w:sz w:val="21"/>
        </w:rPr>
        <w:t>4. Mit Growth speichern Sie die kurzen Chat-Versionen unter „Einstellungen“ &gt; „Gespeicherte Antworten“ &gt; „Neue Antwort“: ein „Kürzel“ wie /thanks, ein „Titel“ und der „Antworttext“, dann „Mit Team teilen“. Tippen Sie im Antwortfeld des Chats das Kürzel ein und ersetzen Sie die Klammern.</w:t>
      </w:r>
    </w:p>
    <w:p>
      <w:pPr>
        <w:spacing w:after="60"/>
      </w:pPr>
      <w:r>
        <w:rPr>
          <w:rFonts w:ascii="Calibri" w:hAnsi="Calibri" w:cs="Calibri" w:eastAsia="Calibri"/>
          <w:b w:val="0"/>
          <w:color w:val="15131F"/>
          <w:sz w:val="21"/>
        </w:rPr>
        <w:t>5. Öffnen Sie unter „Meine Bots“ Ihren Bot und schalten Sie auf dem Tab „Verhalten“ die „Zufriedenheitsbewertungen“ ein: Kunden sehen am Ende eines Gesprächs eine Sternebewertung, und die Bewertungen erscheinen unter „Analysen“ bei „Zufriedenheit“. Senden Sie den Dank für den Supportfall, bevor der Chat endet.</w:t>
      </w:r>
    </w:p>
    <w:p>
      <w:pPr>
        <w:spacing w:after="200"/>
      </w:pPr>
      <w:r>
        <w:rPr>
          <w:rFonts w:ascii="Calibri" w:hAnsi="Calibri" w:cs="Calibri" w:eastAsia="Calibri"/>
          <w:b w:val="0"/>
          <w:color w:val="5D5A70"/>
          <w:sz w:val="21"/>
        </w:rPr>
        <w:t>CRMsoftware.pro sendet keine Dankesmails für Sie: Es gibt keine automatischen Dankes- oder Nachfass-E-Mails. Sie schreiben jede Nachricht selbst, und Aufgaben halten die 48-Stunden-Grenze ein. KI-Chat und einfache Aufgaben sind für 3 Nutzer kostenlos; gespeicherte Antworten gibt es mit Growth, 49 $ im Monat bei jährlicher Abrechnung.</w:t>
      </w:r>
    </w:p>
    <w:p>
      <w:pPr>
        <w:spacing w:after="80"/>
      </w:pPr>
      <w:r>
        <w:rPr>
          <w:rFonts w:ascii="Calibri" w:hAnsi="Calibri" w:cs="Calibri" w:eastAsia="Calibri"/>
          <w:b/>
          <w:color w:val="15131F"/>
          <w:sz w:val="24"/>
        </w:rPr>
        <w:t>Wöchentliche Prüfung des Protokolls, 10 Minuten</w:t>
      </w:r>
    </w:p>
    <w:p>
      <w:pPr>
        <w:spacing w:after="60"/>
        <w:ind w:left="283"/>
      </w:pPr>
      <w:r>
        <w:rPr>
          <w:rFonts w:ascii="Calibri" w:hAnsi="Calibri" w:cs="Calibri" w:eastAsia="Calibri"/>
          <w:b w:val="0"/>
          <w:color w:val="15131F"/>
          <w:sz w:val="21"/>
        </w:rPr>
        <w:t>• Überfällig: heute senden oder auslassen, wenn mehr als eine Woche vergangen ist.</w:t>
      </w:r>
    </w:p>
    <w:p>
      <w:pPr>
        <w:spacing w:after="60"/>
        <w:ind w:left="283"/>
      </w:pPr>
      <w:r>
        <w:rPr>
          <w:rFonts w:ascii="Calibri" w:hAnsi="Calibri" w:cs="Calibri" w:eastAsia="Calibri"/>
          <w:b w:val="0"/>
          <w:color w:val="15131F"/>
          <w:sz w:val="21"/>
        </w:rPr>
        <w:t>• Doppelt erfasst: eine zuständige Person für diesen Kunden festlegen.</w:t>
      </w:r>
    </w:p>
    <w:p>
      <w:pPr>
        <w:spacing w:after="60"/>
        <w:ind w:left="283"/>
      </w:pPr>
      <w:r>
        <w:rPr>
          <w:rFonts w:ascii="Calibri" w:hAnsi="Calibri" w:cs="Calibri" w:eastAsia="Calibri"/>
          <w:b w:val="0"/>
          <w:color w:val="15131F"/>
          <w:sz w:val="21"/>
        </w:rPr>
        <w:t>• Jede gesendete Dankesnachricht nennt eine konkrete Sache.</w:t>
      </w:r>
    </w:p>
    <w:p>
      <w:pPr>
        <w:spacing w:after="60"/>
        <w:ind w:left="283"/>
      </w:pPr>
      <w:r>
        <w:rPr>
          <w:rFonts w:ascii="Calibri" w:hAnsi="Calibri" w:cs="Calibri" w:eastAsia="Calibri"/>
          <w:b w:val="0"/>
          <w:color w:val="15131F"/>
          <w:sz w:val="21"/>
        </w:rPr>
        <w:t>• Kein Angebot, kein Rabatt und kein Bewertungslink in einer Dankesnachricht.</w:t>
      </w:r>
    </w:p>
    <w:p>
      <w:pPr>
        <w:spacing w:after="60"/>
        <w:ind w:left="283"/>
      </w:pPr>
      <w:r>
        <w:rPr>
          <w:rFonts w:ascii="Calibri" w:hAnsi="Calibri" w:cs="Calibri" w:eastAsia="Calibri"/>
          <w:b w:val="0"/>
          <w:color w:val="15131F"/>
          <w:sz w:val="21"/>
        </w:rPr>
        <w:t>• Der Anlass, den Sie am häufigsten verpassen: Legen Sie die Aufgabe am Tag des Anlasses an.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https://crmsoftware.pro/de/templates/thank-you-email-templates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Vorlagen für Dankesmails an Kunden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