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Ejemplos de mensaje de bienvenida para chatbot por sector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El primer mensaje que muestra un chatbot con IA en 21 tipos de negocio, cada uno con aviso de IA, 3 respuestas rápidas, una línea de «nunca decir» y cuándo pasar a una persona. Con la fórmula de 4 partes, reglas de bienvenida para las instrucciones del bot y un ejemplo completo. De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Elige la sección de tu sector y sustituye cada palabra entre [corchetes] por tus nombres, tareas y números. Deja la frase de aviso de IA en primer lugar, no pases de 200 caracteres y usa 3 respuestas rápidas cortas. Prueba el mensaje con 5 preguntas reales de visitantes antes de publicarlo y después registra una semana cada vez en el registro de pruebas de Excel.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Los mensajes de bienvenida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Ejemplos de mensaje de bienvenida para chatbot: la fórmula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Primer mensaje: 200 caracteres · Respuestas rápidas: 3, de hasta 25 caracteres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Estos ejemplos de mensaje de bienvenida para chatbot siguen una fórmula de 4 partes: un aviso de IA, 2 o 3 cosas en las que el bot puede ayudar, quién toma el relevo y, al final, una pregunta abierta. Añade 3 respuestas rápidas. Las pestañas 2 a 8 la aplican a 21 tipos de negocio.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Primer mensaje (rellénalo):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[negocio]. Puedo ayudarte con [tarea 1], [tarea 2] y [tarea 3], o pasarte con [nombre], de nuestro equipo. ¿En qué te puedo ayudar?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Respuestas rápidas (3 botones): </w:t>
      </w:r>
      <w:r>
        <w:rPr>
          <w:rFonts w:ascii="Calibri" w:hAnsi="Calibri" w:cs="Calibri" w:eastAsia="Calibri"/>
          <w:b w:val="0"/>
          <w:color w:val="15131F"/>
          <w:sz w:val="21"/>
        </w:rPr>
        <w:t>[Pregunta más frecuente]</w:t>
        <w:br/>
        <w:t>[Reservar, comprar o pedir presupuesto]</w:t>
        <w:br/>
        <w:t>Hablar con una persona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Reglas para todos los sectores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Hasta 200 caracteres, para que quepa en la pantalla del móvil sin desplazarse. Es la regla de esta plantilla, no un estudio.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3 respuestas rápidas de 25 caracteres o menos. Los visitantes pueden seguir escribiendo.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Nada privado en el primer mensaje: ni datos de salud, ni números de tarjeta, ni fecha de nacimiento.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Si responde una persona, quita la frase de aviso de IA y usa su nombre real. Así también sirven como ejemplos de mensaje de bienvenida para chat en vivo.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Por qué la frase de aviso de IA va primero: </w:t>
      </w:r>
      <w:r>
        <w:rPr>
          <w:rFonts w:ascii="Calibri" w:hAnsi="Calibri" w:cs="Calibri" w:eastAsia="Calibri"/>
          <w:b w:val="0"/>
          <w:color w:val="5D5A70"/>
          <w:sz w:val="21"/>
        </w:rPr>
        <w:t>En la UE, hay que informar a las personas de que interactúan con un sistema de IA, como tarde en la primera interacción, salvo que resulte evidente. Se aplica desde el 2 de agosto de 2026. En California, un aviso claro de que es un bot exime de responsabilidad según la ley de bots del estado.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Reglas de bienvenida para las instrucciones del bot: </w:t>
      </w:r>
      <w:r>
        <w:rPr>
          <w:rFonts w:ascii="Calibri" w:hAnsi="Calibri" w:cs="Calibri" w:eastAsia="Calibri"/>
          <w:b w:val="0"/>
          <w:color w:val="15131F"/>
          <w:sz w:val="21"/>
        </w:rPr>
        <w:t>REGLAS DE BIENVENIDA</w:t>
        <w:br/>
        <w:t>El primer mensaje es fijo. Si te lo preguntan, di que eres un asistente de IA, nunca una persona.</w:t>
        <w:br/>
        <w:t>Nunca: [línea de «nunca decir» de tu sector].</w:t>
        <w:br/>
        <w:t>Pasa el chat a [nombre] en estos casos: [temas que se traspasan], y siempre que el visitante pida hablar con una persona.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Los saludos por página y fuera de horario están en nuestros ejemplos de saludo para chat en vivo. El resto del chat está en las plantillas de guiones para chatbot.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Rellena primero: </w:t>
      </w:r>
      <w:r>
        <w:rPr>
          <w:rFonts w:ascii="Calibri" w:hAnsi="Calibri" w:cs="Calibri" w:eastAsia="Calibri"/>
          <w:b w:val="0"/>
          <w:color w:val="5D5A70"/>
          <w:sz w:val="21"/>
        </w:rPr>
        <w:t>Nombre del bot, 3 tareas, Quién toma el relevo, 3 botones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Mensajes de bienvenida para clínicas y consultas dentales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Consejo médico: Nunca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Los pacientes quieren una cita, tu horario o los seguros que aceptas. Los síntomas son cosa de tu equipo, nunca del bot.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Clínica médica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Respuestas rápidas: </w:t>
      </w:r>
      <w:r>
        <w:rPr>
          <w:rFonts w:ascii="Calibri" w:hAnsi="Calibri" w:cs="Calibri" w:eastAsia="Calibri"/>
          <w:b w:val="0"/>
          <w:color w:val="5D5A70"/>
          <w:sz w:val="21"/>
        </w:rPr>
        <w:t>Pedir cita · Horario · Seguros que aceptamos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decir: </w:t>
      </w:r>
      <w:r>
        <w:rPr>
          <w:rFonts w:ascii="Calibri" w:hAnsi="Calibri" w:cs="Calibri" w:eastAsia="Calibri"/>
          <w:b w:val="0"/>
          <w:color w:val="5D5A70"/>
          <w:sz w:val="21"/>
        </w:rPr>
        <w:t>Un diagnóstico, una dosis o si un síntoma es grave.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Pasar a una persona: </w:t>
      </w:r>
      <w:r>
        <w:rPr>
          <w:rFonts w:ascii="Calibri" w:hAnsi="Calibri" w:cs="Calibri" w:eastAsia="Calibri"/>
          <w:b w:val="0"/>
          <w:color w:val="5D5A70"/>
          <w:sz w:val="21"/>
        </w:rPr>
        <w:t>Cualquier síntoma o resultado de una prueba: la recepción.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Primer mensaje: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[clínica]. Te ayudo con citas, horarios y seguros, pero no doy consejo médico. ¿Urgencia? Llama al [número de emergencias]. ¿En qué te ayudo?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Clínica dental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Respuestas rápidas: </w:t>
      </w:r>
      <w:r>
        <w:rPr>
          <w:rFonts w:ascii="Calibri" w:hAnsi="Calibri" w:cs="Calibri" w:eastAsia="Calibri"/>
          <w:b w:val="0"/>
          <w:color w:val="5D5A70"/>
          <w:sz w:val="21"/>
        </w:rPr>
        <w:t>Pedir una revisión · Pacientes nuevos · Dolor de muelas hoy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decir: </w:t>
      </w:r>
      <w:r>
        <w:rPr>
          <w:rFonts w:ascii="Calibri" w:hAnsi="Calibri" w:cs="Calibri" w:eastAsia="Calibri"/>
          <w:b w:val="0"/>
          <w:color w:val="5D5A70"/>
          <w:sz w:val="21"/>
        </w:rPr>
        <w:t>Un precio de tratamiento antes de la revisión, o «seguro que no es nada».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Pasar a una persona: </w:t>
      </w:r>
      <w:r>
        <w:rPr>
          <w:rFonts w:ascii="Calibri" w:hAnsi="Calibri" w:cs="Calibri" w:eastAsia="Calibri"/>
          <w:b w:val="0"/>
          <w:color w:val="5D5A70"/>
          <w:sz w:val="21"/>
        </w:rPr>
        <w:t>Dolor, inflamación o un diente roto: la recepción, por teléfono.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Primer mensaje: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[clínica dental]. Te ayudo a pedir una revisión o limpieza y resuelvo dudas de pacientes nuevos. ¿Te duele hoy? Llama al [teléfono]. ¿En qué te ayudo?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Por qué el primer mensaje no hace preguntas de salud: </w:t>
      </w:r>
      <w:r>
        <w:rPr>
          <w:rFonts w:ascii="Calibri" w:hAnsi="Calibri" w:cs="Calibri" w:eastAsia="Calibri"/>
          <w:b w:val="0"/>
          <w:color w:val="5D5A70"/>
          <w:sz w:val="21"/>
        </w:rPr>
        <w:t>En la UE, los datos de salud son una categoría especial según el RGPD, con normas más estrictas para tratarlos. Deja que el bot reserve la cita; tu equipo pregunta por los síntomas.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Nunca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pidas síntomas, la fecha de nacimiento ni el número del seguro en el primer mensaje.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Pasar a una persona: </w:t>
      </w:r>
      <w:r>
        <w:rPr>
          <w:rFonts w:ascii="Calibri" w:hAnsi="Calibri" w:cs="Calibri" w:eastAsia="Calibri"/>
          <w:b w:val="0"/>
          <w:color w:val="5D5A70"/>
          <w:sz w:val="21"/>
        </w:rPr>
        <w:t>Síntomas, Resultados de pruebas, Dolor hoy, Disputas de facturación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Mensajes de bienvenida: inmuebles, hipotecas y energía solar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Tipos y ahorro: Nunca se prometen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El bot da datos y siguientes pasos. Los precios, los tipos de interés y el ahorro los da una persona.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3.1 Agencia inmobiliaria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Respuestas rápidas: </w:t>
      </w:r>
      <w:r>
        <w:rPr>
          <w:rFonts w:ascii="Calibri" w:hAnsi="Calibri" w:cs="Calibri" w:eastAsia="Calibri"/>
          <w:b w:val="0"/>
          <w:color w:val="5D5A70"/>
          <w:sz w:val="21"/>
        </w:rPr>
        <w:t>Mi primera vivienda · Reservar una visita · ¿Cuánto vale mi casa?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decir: </w:t>
      </w:r>
      <w:r>
        <w:rPr>
          <w:rFonts w:ascii="Calibri" w:hAnsi="Calibri" w:cs="Calibri" w:eastAsia="Calibri"/>
          <w:b w:val="0"/>
          <w:color w:val="5D5A70"/>
          <w:sz w:val="21"/>
        </w:rPr>
        <w:t>Quién vive en un barrio, o que una zona es ideal para «familias como la tuya».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Pasar a una persona: </w:t>
      </w:r>
      <w:r>
        <w:rPr>
          <w:rFonts w:ascii="Calibri" w:hAnsi="Calibri" w:cs="Calibri" w:eastAsia="Calibri"/>
          <w:b w:val="0"/>
          <w:color w:val="5D5A70"/>
          <w:sz w:val="21"/>
        </w:rPr>
        <w:t>Ofertas, valoración de una vivienda, contratos: [nombre del agente].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Primer mensaje: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[agencia]. Te ayudo con inmuebles, visitas y valoraciones, o te paso con [nombre del agente], nuestro agente. ¿Quieres comprar, vender o alquilar?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3.2 Bróker hipotecario o entidad de crédito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Respuestas rápidas: </w:t>
      </w:r>
      <w:r>
        <w:rPr>
          <w:rFonts w:ascii="Calibri" w:hAnsi="Calibri" w:cs="Calibri" w:eastAsia="Calibri"/>
          <w:b w:val="0"/>
          <w:color w:val="5D5A70"/>
          <w:sz w:val="21"/>
        </w:rPr>
        <w:t>Pedir preaprobación · Tipos de hipoteca · Hablar con un asesor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decir: </w:t>
      </w:r>
      <w:r>
        <w:rPr>
          <w:rFonts w:ascii="Calibri" w:hAnsi="Calibri" w:cs="Calibri" w:eastAsia="Calibri"/>
          <w:b w:val="0"/>
          <w:color w:val="5D5A70"/>
          <w:sz w:val="21"/>
        </w:rPr>
        <w:t>Un tipo de interés, una cuota mensual o «cumples los requisitos».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Pasar a una persona: </w:t>
      </w:r>
      <w:r>
        <w:rPr>
          <w:rFonts w:ascii="Calibri" w:hAnsi="Calibri" w:cs="Calibri" w:eastAsia="Calibri"/>
          <w:b w:val="0"/>
          <w:color w:val="5D5A70"/>
          <w:sz w:val="21"/>
        </w:rPr>
        <w:t>Cualquier tipo de interés, aprobación o cifra personal: [asesor hipotecario].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Primer mensaje: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[empresa]. Te explico los tipos de hipoteca y los pasos de la preaprobación. El tipo y la aprobación solo los da un asesor con licencia. ¿Qué buscas?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3.3 Instalador de placas solares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Respuestas rápidas: </w:t>
      </w:r>
      <w:r>
        <w:rPr>
          <w:rFonts w:ascii="Calibri" w:hAnsi="Calibri" w:cs="Calibri" w:eastAsia="Calibri"/>
          <w:b w:val="0"/>
          <w:color w:val="5D5A70"/>
          <w:sz w:val="21"/>
        </w:rPr>
        <w:t>Pedir presupuesto · ¿Sirve mi tejado? · Hablar con un asesor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decir: </w:t>
      </w:r>
      <w:r>
        <w:rPr>
          <w:rFonts w:ascii="Calibri" w:hAnsi="Calibri" w:cs="Calibri" w:eastAsia="Calibri"/>
          <w:b w:val="0"/>
          <w:color w:val="5D5A70"/>
          <w:sz w:val="21"/>
        </w:rPr>
        <w:t>Ahorros, años de amortización o deducciones fiscales como promesas.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Pasar a una persona: </w:t>
      </w:r>
      <w:r>
        <w:rPr>
          <w:rFonts w:ascii="Calibri" w:hAnsi="Calibri" w:cs="Calibri" w:eastAsia="Calibri"/>
          <w:b w:val="0"/>
          <w:color w:val="5D5A70"/>
          <w:sz w:val="21"/>
        </w:rPr>
        <w:t>Presupuestos, financiación, dudas sobre el tejado: [asesor].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Primer mensaje: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[empresa]. Te explico cómo funciona la energía solar en una casa como la tuya, compruebo nuestra zona y empiezo un presupuesto. ¿Qué quieres saber?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Vivienda justa (Fair Housing) en EE. UU.: </w:t>
      </w:r>
      <w:r>
        <w:rPr>
          <w:rFonts w:ascii="Calibri" w:hAnsi="Calibri" w:cs="Calibri" w:eastAsia="Calibri"/>
          <w:b w:val="0"/>
          <w:color w:val="5D5A70"/>
          <w:sz w:val="21"/>
        </w:rPr>
        <w:t>Es ilegal disuadir a alguien de comprar o alquilar una vivienda por la raza, el color, la religión, el sexo, la discapacidad, la situación familiar o el origen nacional de las personas de un barrio. Dale al bot datos sobre las viviendas, no sobre los vecinos.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Fuera del primer mensaje: </w:t>
      </w:r>
      <w:r>
        <w:rPr>
          <w:rFonts w:ascii="Calibri" w:hAnsi="Calibri" w:cs="Calibri" w:eastAsia="Calibri"/>
          <w:b w:val="0"/>
          <w:color w:val="5D5A70"/>
          <w:sz w:val="21"/>
        </w:rPr>
        <w:t>Ingresos, Historial crediticio, Números de identidad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Mensajes de bienvenida para abogados, asesores y seguros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Asesoramiento: Profesional con licencia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Los visitantes leen cada palabra como un consejo profesional, así que la frase de «no doy asesoramiento» va en el primer mensaje.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4.1 Despacho de abogados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Respuestas rápidas: </w:t>
      </w:r>
      <w:r>
        <w:rPr>
          <w:rFonts w:ascii="Calibri" w:hAnsi="Calibri" w:cs="Calibri" w:eastAsia="Calibri"/>
          <w:b w:val="0"/>
          <w:color w:val="5D5A70"/>
          <w:sz w:val="21"/>
        </w:rPr>
        <w:t>Reservar una consulta · Áreas de práctica · Honorarios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decir: </w:t>
      </w:r>
      <w:r>
        <w:rPr>
          <w:rFonts w:ascii="Calibri" w:hAnsi="Calibri" w:cs="Calibri" w:eastAsia="Calibri"/>
          <w:b w:val="0"/>
          <w:color w:val="5D5A70"/>
          <w:sz w:val="21"/>
        </w:rPr>
        <w:t>Cuánto vale un caso, si conviene firmar o que este chat los convierte en clientes.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Pasar a una persona: </w:t>
      </w:r>
      <w:r>
        <w:rPr>
          <w:rFonts w:ascii="Calibri" w:hAnsi="Calibri" w:cs="Calibri" w:eastAsia="Calibri"/>
          <w:b w:val="0"/>
          <w:color w:val="5D5A70"/>
          <w:sz w:val="21"/>
        </w:rPr>
        <w:t>Plazos, fechas de juicio, cualquier urgencia: [responsable de nuevos casos], por teléfono.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Primer mensaje: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[despacho]. No soy abogado y no doy asesoramiento legal, pero te explico nuestras áreas y reservo una consulta. ¿De qué se trata?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4.2 Asesor financiero o contable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Respuestas rápidas: </w:t>
      </w:r>
      <w:r>
        <w:rPr>
          <w:rFonts w:ascii="Calibri" w:hAnsi="Calibri" w:cs="Calibri" w:eastAsia="Calibri"/>
          <w:b w:val="0"/>
          <w:color w:val="5D5A70"/>
          <w:sz w:val="21"/>
        </w:rPr>
        <w:t>Reservar una llamada · Nuestros servicios · Honorarios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decir: </w:t>
      </w:r>
      <w:r>
        <w:rPr>
          <w:rFonts w:ascii="Calibri" w:hAnsi="Calibri" w:cs="Calibri" w:eastAsia="Calibri"/>
          <w:b w:val="0"/>
          <w:color w:val="5D5A70"/>
          <w:sz w:val="21"/>
        </w:rPr>
        <w:t>Rentabilidades, inversiones «seguras» o qué comprar o vender.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Pasar a una persona: </w:t>
      </w:r>
      <w:r>
        <w:rPr>
          <w:rFonts w:ascii="Calibri" w:hAnsi="Calibri" w:cs="Calibri" w:eastAsia="Calibri"/>
          <w:b w:val="0"/>
          <w:color w:val="5D5A70"/>
          <w:sz w:val="21"/>
        </w:rPr>
        <w:t>El dinero o los impuestos del propio visitante: [asesor].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Primer mensaje: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[firma]. No doy asesoramiento fiscal ni de inversión, pero te explico servicios y honorarios o reservo una llamada con un asesor. ¿En qué te ayudo?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4.3 Agencia de seguros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Respuestas rápidas: </w:t>
      </w:r>
      <w:r>
        <w:rPr>
          <w:rFonts w:ascii="Calibri" w:hAnsi="Calibri" w:cs="Calibri" w:eastAsia="Calibri"/>
          <w:b w:val="0"/>
          <w:color w:val="5D5A70"/>
          <w:sz w:val="21"/>
        </w:rPr>
        <w:t>Pedir presupuesto · Declarar un siniestro · Hablar con un agente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decir: </w:t>
      </w:r>
      <w:r>
        <w:rPr>
          <w:rFonts w:ascii="Calibri" w:hAnsi="Calibri" w:cs="Calibri" w:eastAsia="Calibri"/>
          <w:b w:val="0"/>
          <w:color w:val="5D5A70"/>
          <w:sz w:val="21"/>
        </w:rPr>
        <w:t>Un precio, o «estás cubierto», antes de que un agente revise la póliza.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Pasar a una persona: </w:t>
      </w:r>
      <w:r>
        <w:rPr>
          <w:rFonts w:ascii="Calibri" w:hAnsi="Calibri" w:cs="Calibri" w:eastAsia="Calibri"/>
          <w:b w:val="0"/>
          <w:color w:val="5D5A70"/>
          <w:sz w:val="21"/>
        </w:rPr>
        <w:t>Siniestros, cancelaciones y «¿estoy cubierto?»: [agente].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Primer mensaje: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[agencia]. Te explico coberturas, empiezo un presupuesto o te ayudo con un siniestro. Un agente con licencia confirma precio y cobertura. ¿Qué buscas?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Nunca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pidas detalles del caso, números de cuenta ni números de póliza en el primer mensaje.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Pasar a una persona: </w:t>
      </w:r>
      <w:r>
        <w:rPr>
          <w:rFonts w:ascii="Calibri" w:hAnsi="Calibri" w:cs="Calibri" w:eastAsia="Calibri"/>
          <w:b w:val="0"/>
          <w:color w:val="5D5A70"/>
          <w:sz w:val="21"/>
        </w:rPr>
        <w:t>Plazos, Siniestros, Cifras personales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Mensajes de bienvenida para tiendas online y concesionarios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Números de tarjeta: Nunca en el chat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Los compradores quieren una respuesta antes de comprar: talla, entrega, existencias o precio.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5.1 Tienda online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Respuestas rápidas: </w:t>
      </w:r>
      <w:r>
        <w:rPr>
          <w:rFonts w:ascii="Calibri" w:hAnsi="Calibri" w:cs="Calibri" w:eastAsia="Calibri"/>
          <w:b w:val="0"/>
          <w:color w:val="5D5A70"/>
          <w:sz w:val="21"/>
        </w:rPr>
        <w:t>Seguir mi pedido · Tallas y ajuste · Devoluciones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decir: </w:t>
      </w:r>
      <w:r>
        <w:rPr>
          <w:rFonts w:ascii="Calibri" w:hAnsi="Calibri" w:cs="Calibri" w:eastAsia="Calibri"/>
          <w:b w:val="0"/>
          <w:color w:val="5D5A70"/>
          <w:sz w:val="21"/>
        </w:rPr>
        <w:t>Una fecha de entrega o unas existencias que el bot no puede ver.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Pasar a una persona: </w:t>
      </w:r>
      <w:r>
        <w:rPr>
          <w:rFonts w:ascii="Calibri" w:hAnsi="Calibri" w:cs="Calibri" w:eastAsia="Calibri"/>
          <w:b w:val="0"/>
          <w:color w:val="5D5A70"/>
          <w:sz w:val="21"/>
        </w:rPr>
        <w:t>Pedidos perdidos o dañados, reembolsos: [nombre].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Primer mensaje: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[tienda]. Puedo ayudarte con tallas, envíos, devoluciones y tu pedido. ¿Qué estás buscando hoy?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5.2 Tienda física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Respuestas rápidas: </w:t>
      </w:r>
      <w:r>
        <w:rPr>
          <w:rFonts w:ascii="Calibri" w:hAnsi="Calibri" w:cs="Calibri" w:eastAsia="Calibri"/>
          <w:b w:val="0"/>
          <w:color w:val="5D5A70"/>
          <w:sz w:val="21"/>
        </w:rPr>
        <w:t>Horario · Reservar un artículo · Hablar con la tienda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decir: </w:t>
      </w:r>
      <w:r>
        <w:rPr>
          <w:rFonts w:ascii="Calibri" w:hAnsi="Calibri" w:cs="Calibri" w:eastAsia="Calibri"/>
          <w:b w:val="0"/>
          <w:color w:val="5D5A70"/>
          <w:sz w:val="21"/>
        </w:rPr>
        <w:t>«Sí, lo tenemos» cuando el bot no ve las existencias en tiempo real.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Pasar a una persona: </w:t>
      </w:r>
      <w:r>
        <w:rPr>
          <w:rFonts w:ascii="Calibri" w:hAnsi="Calibri" w:cs="Calibri" w:eastAsia="Calibri"/>
          <w:b w:val="0"/>
          <w:color w:val="5D5A70"/>
          <w:sz w:val="21"/>
        </w:rPr>
        <w:t>Comprobar existencias, apartar artículos, pedidos especiales: [nombre].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Primer mensaje: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[tienda]. Te digo nuestro horario, qué vendemos y cómo reservar un artículo. [Nombre], en la tienda, comprueba las existencias. ¿En qué te ayudo?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5.3 Concesionario de coches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Respuestas rápidas: </w:t>
      </w:r>
      <w:r>
        <w:rPr>
          <w:rFonts w:ascii="Calibri" w:hAnsi="Calibri" w:cs="Calibri" w:eastAsia="Calibri"/>
          <w:b w:val="0"/>
          <w:color w:val="5D5A70"/>
          <w:sz w:val="21"/>
        </w:rPr>
        <w:t>Reservar una prueba · Tasar mi coche · Financiación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decir: </w:t>
      </w:r>
      <w:r>
        <w:rPr>
          <w:rFonts w:ascii="Calibri" w:hAnsi="Calibri" w:cs="Calibri" w:eastAsia="Calibri"/>
          <w:b w:val="0"/>
          <w:color w:val="5D5A70"/>
          <w:sz w:val="21"/>
        </w:rPr>
        <w:t>Un precio final, una cuota mensual o «tu financiación está aprobada».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Pasar a una persona: </w:t>
      </w:r>
      <w:r>
        <w:rPr>
          <w:rFonts w:ascii="Calibri" w:hAnsi="Calibri" w:cs="Calibri" w:eastAsia="Calibri"/>
          <w:b w:val="0"/>
          <w:color w:val="5D5A70"/>
          <w:sz w:val="21"/>
        </w:rPr>
        <w:t>Precios, financiación y tasaciones de coches a cuenta: [nombre], de ventas.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Primer mensaje: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[concesionario]. Te ayudo a encontrar coche, reservar una prueba o tasar el tuyo, o te paso con [nombre], de ventas. ¿Nuevo o de segunda mano?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En la página de pago: </w:t>
      </w:r>
      <w:r>
        <w:rPr>
          <w:rFonts w:ascii="Calibri" w:hAnsi="Calibri" w:cs="Calibri" w:eastAsia="Calibri"/>
          <w:b w:val="0"/>
          <w:color w:val="5D5A70"/>
          <w:sz w:val="21"/>
        </w:rPr>
        <w:t>No muestres ningún mensaje de bienvenida en la página de pago. El mensaje para esa página está en nuestros ejemplos de saludo para chat en vivo.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Botones que tocan los clientes: </w:t>
      </w:r>
      <w:r>
        <w:rPr>
          <w:rFonts w:ascii="Calibri" w:hAnsi="Calibri" w:cs="Calibri" w:eastAsia="Calibri"/>
          <w:b w:val="0"/>
          <w:color w:val="5D5A70"/>
          <w:sz w:val="21"/>
        </w:rPr>
        <w:t>Seguir mi pedido, Devoluciones, Horario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Mensajes de bienvenida para SaaS, servicios de TI y B2B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Siguiente paso: Demo o llamada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Los compradores de empresa quieren saber rápido si encajas. Pon la demo o la llamada en un botón.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6.1 SaaS y startups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Respuestas rápidas: </w:t>
      </w:r>
      <w:r>
        <w:rPr>
          <w:rFonts w:ascii="Calibri" w:hAnsi="Calibri" w:cs="Calibri" w:eastAsia="Calibri"/>
          <w:b w:val="0"/>
          <w:color w:val="5D5A70"/>
          <w:sz w:val="21"/>
        </w:rPr>
        <w:t>Ver planes · Reservar una demo · Ayuda para configurar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decir: </w:t>
      </w:r>
      <w:r>
        <w:rPr>
          <w:rFonts w:ascii="Calibri" w:hAnsi="Calibri" w:cs="Calibri" w:eastAsia="Calibri"/>
          <w:b w:val="0"/>
          <w:color w:val="5D5A70"/>
          <w:sz w:val="21"/>
        </w:rPr>
        <w:t>Funciones de la hoja de ruta como si ya existieran, o un descuento.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Pasar a una persona: </w:t>
      </w:r>
      <w:r>
        <w:rPr>
          <w:rFonts w:ascii="Calibri" w:hAnsi="Calibri" w:cs="Calibri" w:eastAsia="Calibri"/>
          <w:b w:val="0"/>
          <w:color w:val="5D5A70"/>
          <w:sz w:val="21"/>
        </w:rPr>
        <w:t>Planes a medida, preguntas de seguridad, contratos: [nombre].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Primer mensaje: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[producto]. Respondo dudas sobre funciones, planes y configuración, o reservo una demo con [nombre]. ¿Qué quieres conseguir?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6.2 Servicios de TI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Respuestas rápidas: </w:t>
      </w:r>
      <w:r>
        <w:rPr>
          <w:rFonts w:ascii="Calibri" w:hAnsi="Calibri" w:cs="Calibri" w:eastAsia="Calibri"/>
          <w:b w:val="0"/>
          <w:color w:val="5D5A70"/>
          <w:sz w:val="21"/>
        </w:rPr>
        <w:t>Soporte urgente · Nuestros servicios · Pedir presupuesto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decir: </w:t>
      </w:r>
      <w:r>
        <w:rPr>
          <w:rFonts w:ascii="Calibri" w:hAnsi="Calibri" w:cs="Calibri" w:eastAsia="Calibri"/>
          <w:b w:val="0"/>
          <w:color w:val="5D5A70"/>
          <w:sz w:val="21"/>
        </w:rPr>
        <w:t>«Resuelto» o «seguro» sobre un sistema que el bot no puede ver.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Pasar a una persona: </w:t>
      </w:r>
      <w:r>
        <w:rPr>
          <w:rFonts w:ascii="Calibri" w:hAnsi="Calibri" w:cs="Calibri" w:eastAsia="Calibri"/>
          <w:b w:val="0"/>
          <w:color w:val="5D5A70"/>
          <w:sz w:val="21"/>
        </w:rPr>
        <w:t>Caídas e incidentes de seguridad: [técnico de guardia], por teléfono.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Primer mensaje: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[empresa]. ¿Algo ha dejado de funcionar? Toca Soporte urgente y [nombre] te llama. También te explico nuestros servicios. ¿Qué necesitas?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6.3 B2B y fabricación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Respuestas rápidas: </w:t>
      </w:r>
      <w:r>
        <w:rPr>
          <w:rFonts w:ascii="Calibri" w:hAnsi="Calibri" w:cs="Calibri" w:eastAsia="Calibri"/>
          <w:b w:val="0"/>
          <w:color w:val="5D5A70"/>
          <w:sz w:val="21"/>
        </w:rPr>
        <w:t>Solicitar presupuesto · Fichas técnicas · Hablar con ventas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decir: </w:t>
      </w:r>
      <w:r>
        <w:rPr>
          <w:rFonts w:ascii="Calibri" w:hAnsi="Calibri" w:cs="Calibri" w:eastAsia="Calibri"/>
          <w:b w:val="0"/>
          <w:color w:val="5D5A70"/>
          <w:sz w:val="21"/>
        </w:rPr>
        <w:t>Un precio o un plazo de entrega para un pedido a medida.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Pasar a una persona: </w:t>
      </w:r>
      <w:r>
        <w:rPr>
          <w:rFonts w:ascii="Calibri" w:hAnsi="Calibri" w:cs="Calibri" w:eastAsia="Calibri"/>
          <w:b w:val="0"/>
          <w:color w:val="5D5A70"/>
          <w:sz w:val="21"/>
        </w:rPr>
        <w:t>Presupuestos, especificaciones a medida, muestras: [nombre], de ventas.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Primer mensaje: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un asistente de IA de [empresa]. Te ayudo con fichas técnicas, pedidos mínimos y plazos de entrega, o te paso con [nombre], de ventas. ¿Qué necesitas comprar?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6.4 Agencias y consultoría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Respuestas rápidas: </w:t>
      </w:r>
      <w:r>
        <w:rPr>
          <w:rFonts w:ascii="Calibri" w:hAnsi="Calibri" w:cs="Calibri" w:eastAsia="Calibri"/>
          <w:b w:val="0"/>
          <w:color w:val="5D5A70"/>
          <w:sz w:val="21"/>
        </w:rPr>
        <w:t>Nuestros servicios · Ver nuestros trabajos · Reservar una llamada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decir: </w:t>
      </w:r>
      <w:r>
        <w:rPr>
          <w:rFonts w:ascii="Calibri" w:hAnsi="Calibri" w:cs="Calibri" w:eastAsia="Calibri"/>
          <w:b w:val="0"/>
          <w:color w:val="5D5A70"/>
          <w:sz w:val="21"/>
        </w:rPr>
        <w:t>Resultados como «primera página en Google» o «duplica tus leads».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Pasar a una persona: </w:t>
      </w:r>
      <w:r>
        <w:rPr>
          <w:rFonts w:ascii="Calibri" w:hAnsi="Calibri" w:cs="Calibri" w:eastAsia="Calibri"/>
          <w:b w:val="0"/>
          <w:color w:val="5D5A70"/>
          <w:sz w:val="21"/>
        </w:rPr>
        <w:t>Propuestas y presupuestos: [nombre].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Primer mensaje: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[agencia]. Te muestro servicios y trabajos, te explico cómo presupuestamos o reservo una llamada con [nombre]. ¿En qué estás trabajando?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Pasar a una persona: </w:t>
      </w:r>
      <w:r>
        <w:rPr>
          <w:rFonts w:ascii="Calibri" w:hAnsi="Calibri" w:cs="Calibri" w:eastAsia="Calibri"/>
          <w:b w:val="0"/>
          <w:color w:val="5D5A70"/>
          <w:sz w:val="21"/>
        </w:rPr>
        <w:t>Contratos, Seguridad, Presupuestos a medida, Caídas del servicio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Mensajes de bienvenida: hoteles, restaurantes y gimnasios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¿Disponible?: Lo dice la página de reservas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El bot responde y envía el enlace de reservas. Nunca dice que una habitación, una mesa o una clase está libre.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7.1 Hotel u hostal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Respuestas rápidas: </w:t>
      </w:r>
      <w:r>
        <w:rPr>
          <w:rFonts w:ascii="Calibri" w:hAnsi="Calibri" w:cs="Calibri" w:eastAsia="Calibri"/>
          <w:b w:val="0"/>
          <w:color w:val="5D5A70"/>
          <w:sz w:val="21"/>
        </w:rPr>
        <w:t>Reservar habitación · Hora de entrada · Aparcamiento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decir: </w:t>
      </w:r>
      <w:r>
        <w:rPr>
          <w:rFonts w:ascii="Calibri" w:hAnsi="Calibri" w:cs="Calibri" w:eastAsia="Calibri"/>
          <w:b w:val="0"/>
          <w:color w:val="5D5A70"/>
          <w:sz w:val="21"/>
        </w:rPr>
        <w:t>Que una habitación o una tarifa está disponible.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Pasar a una persona: </w:t>
      </w:r>
      <w:r>
        <w:rPr>
          <w:rFonts w:ascii="Calibri" w:hAnsi="Calibri" w:cs="Calibri" w:eastAsia="Calibri"/>
          <w:b w:val="0"/>
          <w:color w:val="5D5A70"/>
          <w:sz w:val="21"/>
        </w:rPr>
        <w:t>Reservas de grupo, peticiones especiales, quejas: [recepción].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Primer mensaje: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[hotel]. Resuelvo dudas sobre habitaciones, aparcamiento, la hora de entrada y la zona. Para reservar, usa [enlace de reservas]. ¿En qué te ayudo?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7.2 Restaurante o cafetería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Respuestas rápidas: </w:t>
      </w:r>
      <w:r>
        <w:rPr>
          <w:rFonts w:ascii="Calibri" w:hAnsi="Calibri" w:cs="Calibri" w:eastAsia="Calibri"/>
          <w:b w:val="0"/>
          <w:color w:val="5D5A70"/>
          <w:sz w:val="21"/>
        </w:rPr>
        <w:t>Reservar mesa · Ver la carta · Eventos privados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decir: </w:t>
      </w:r>
      <w:r>
        <w:rPr>
          <w:rFonts w:ascii="Calibri" w:hAnsi="Calibri" w:cs="Calibri" w:eastAsia="Calibri"/>
          <w:b w:val="0"/>
          <w:color w:val="5D5A70"/>
          <w:sz w:val="21"/>
        </w:rPr>
        <w:t>Que un plato es seguro para una alergia.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Pasar a una persona: </w:t>
      </w:r>
      <w:r>
        <w:rPr>
          <w:rFonts w:ascii="Calibri" w:hAnsi="Calibri" w:cs="Calibri" w:eastAsia="Calibri"/>
          <w:b w:val="0"/>
          <w:color w:val="5D5A70"/>
          <w:sz w:val="21"/>
        </w:rPr>
        <w:t>Alergias, eventos, quejas: [encargado].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Primer mensaje: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[restaurante]. Puedo ayudarte con reservas de mesa, el horario, la carta y los eventos privados. ¿En qué te ayudo?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7.3 Gimnasio o estudio de fitness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Respuestas rápidas: </w:t>
      </w:r>
      <w:r>
        <w:rPr>
          <w:rFonts w:ascii="Calibri" w:hAnsi="Calibri" w:cs="Calibri" w:eastAsia="Calibri"/>
          <w:b w:val="0"/>
          <w:color w:val="5D5A70"/>
          <w:sz w:val="21"/>
        </w:rPr>
        <w:t>Horario de clases · Abonos · Reservar clase de prueba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decir: </w:t>
      </w:r>
      <w:r>
        <w:rPr>
          <w:rFonts w:ascii="Calibri" w:hAnsi="Calibri" w:cs="Calibri" w:eastAsia="Calibri"/>
          <w:b w:val="0"/>
          <w:color w:val="5D5A70"/>
          <w:sz w:val="21"/>
        </w:rPr>
        <w:t>Consejos sobre lesiones, o resultados como «pierde 5 kilos en un mes».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Pasar a una persona: </w:t>
      </w:r>
      <w:r>
        <w:rPr>
          <w:rFonts w:ascii="Calibri" w:hAnsi="Calibri" w:cs="Calibri" w:eastAsia="Calibri"/>
          <w:b w:val="0"/>
          <w:color w:val="5D5A70"/>
          <w:sz w:val="21"/>
        </w:rPr>
        <w:t>Lesiones, bajas, congelar el abono: [recepción].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Primer mensaje: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[gimnasio]. Puedo ayudarte con el horario de clases, los abonos y la reserva de una clase de prueba. ¿Qué estás buscando?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Pasar a una persona: </w:t>
      </w:r>
      <w:r>
        <w:rPr>
          <w:rFonts w:ascii="Calibri" w:hAnsi="Calibri" w:cs="Calibri" w:eastAsia="Calibri"/>
          <w:b w:val="0"/>
          <w:color w:val="5D5A70"/>
          <w:sz w:val="21"/>
        </w:rPr>
        <w:t>Alergias, Grupos, Quejas, Lesiones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Mensajes de bienvenida: escuelas, ONG y agencias de empleo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Datos personales: Fuera del chat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Estos visitantes cuentan cosas personales enseguida. El primer mensaje ofrece caminos claros y no pide nada personal.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8.1 Escuela, curso o clases particulares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Respuestas rápidas: </w:t>
      </w:r>
      <w:r>
        <w:rPr>
          <w:rFonts w:ascii="Calibri" w:hAnsi="Calibri" w:cs="Calibri" w:eastAsia="Calibri"/>
          <w:b w:val="0"/>
          <w:color w:val="5D5A70"/>
          <w:sz w:val="21"/>
        </w:rPr>
        <w:t>Cursos y fechas · Precios · Cómo inscribirme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decir: </w:t>
      </w:r>
      <w:r>
        <w:rPr>
          <w:rFonts w:ascii="Calibri" w:hAnsi="Calibri" w:cs="Calibri" w:eastAsia="Calibri"/>
          <w:b w:val="0"/>
          <w:color w:val="5D5A70"/>
          <w:sz w:val="21"/>
        </w:rPr>
        <w:t>Que alguien será admitido, o sacará una nota o un trabajo.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Pasar a una persona: </w:t>
      </w:r>
      <w:r>
        <w:rPr>
          <w:rFonts w:ascii="Calibri" w:hAnsi="Calibri" w:cs="Calibri" w:eastAsia="Calibri"/>
          <w:b w:val="0"/>
          <w:color w:val="5D5A70"/>
          <w:sz w:val="21"/>
        </w:rPr>
        <w:t>Admisiones, ayudas económicas, cualquier tema sobre un menor: [responsable de admisiones].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Primer mensaje: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[escuela]. Puedo ayudarte con cursos, fechas de inicio, precios y cómo inscribirte. ¿Qué te gustaría aprender?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8.2 ONG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Respuestas rápidas: </w:t>
      </w:r>
      <w:r>
        <w:rPr>
          <w:rFonts w:ascii="Calibri" w:hAnsi="Calibri" w:cs="Calibri" w:eastAsia="Calibri"/>
          <w:b w:val="0"/>
          <w:color w:val="5D5A70"/>
          <w:sz w:val="21"/>
        </w:rPr>
        <w:t>Donar · Hacer voluntariado · Recibir ayuda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decir: </w:t>
      </w:r>
      <w:r>
        <w:rPr>
          <w:rFonts w:ascii="Calibri" w:hAnsi="Calibri" w:cs="Calibri" w:eastAsia="Calibri"/>
          <w:b w:val="0"/>
          <w:color w:val="5D5A70"/>
          <w:sz w:val="21"/>
        </w:rPr>
        <w:t>Consejos fiscales sobre una donación, o qué ayuda recibirá una persona.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Pasar a una persona: </w:t>
      </w:r>
      <w:r>
        <w:rPr>
          <w:rFonts w:ascii="Calibri" w:hAnsi="Calibri" w:cs="Calibri" w:eastAsia="Calibri"/>
          <w:b w:val="0"/>
          <w:color w:val="5D5A70"/>
          <w:sz w:val="21"/>
        </w:rPr>
        <w:t>Personas en crisis: [línea de ayuda], de inmediato. Donaciones grandes: [nombre].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Primer mensaje: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un asistente de IA de [organización]. Te ayudo a donar, hacer voluntariado o encontrar apoyo. Si necesitas ayuda urgente, llama al [línea de ayuda]. ¿Qué te trae por aquí?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8.3 Agencia de empleo y selección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Respuestas rápidas: </w:t>
      </w:r>
      <w:r>
        <w:rPr>
          <w:rFonts w:ascii="Calibri" w:hAnsi="Calibri" w:cs="Calibri" w:eastAsia="Calibri"/>
          <w:b w:val="0"/>
          <w:color w:val="5D5A70"/>
          <w:sz w:val="21"/>
        </w:rPr>
        <w:t>Ver ofertas de empleo · Busco personal · Enviar mi CV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decir: </w:t>
      </w:r>
      <w:r>
        <w:rPr>
          <w:rFonts w:ascii="Calibri" w:hAnsi="Calibri" w:cs="Calibri" w:eastAsia="Calibri"/>
          <w:b w:val="0"/>
          <w:color w:val="5D5A70"/>
          <w:sz w:val="21"/>
        </w:rPr>
        <w:t>Preguntas sobre edad, planes familiares, religión, salud o discapacidad.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Pasar a una persona: </w:t>
      </w:r>
      <w:r>
        <w:rPr>
          <w:rFonts w:ascii="Calibri" w:hAnsi="Calibri" w:cs="Calibri" w:eastAsia="Calibri"/>
          <w:b w:val="0"/>
          <w:color w:val="5D5A70"/>
          <w:sz w:val="21"/>
        </w:rPr>
        <w:t>Negociación salarial y ofertas de trabajo: [reclutador].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Primer mensaje: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[agencia]. Te muestro ofertas abiertas, te explico cómo trabajamos con empresas y te paso con un reclutador. ¿Buscas trabajo o personal?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Por qué los bots de selección preguntan menos: </w:t>
      </w:r>
      <w:r>
        <w:rPr>
          <w:rFonts w:ascii="Calibri" w:hAnsi="Calibri" w:cs="Calibri" w:eastAsia="Calibri"/>
          <w:b w:val="0"/>
          <w:color w:val="5D5A70"/>
          <w:sz w:val="21"/>
        </w:rPr>
        <w:t>En EE. UU., la EEOC indica que las preguntas previas a la contratación deben limitarse a lo que muestra si una persona está cualificada, y que los empleadores no pueden preguntar por una discapacidad antes de una oferta de trabajo.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Pasar a una persona: </w:t>
      </w:r>
      <w:r>
        <w:rPr>
          <w:rFonts w:ascii="Calibri" w:hAnsi="Calibri" w:cs="Calibri" w:eastAsia="Calibri"/>
          <w:b w:val="0"/>
          <w:color w:val="5D5A70"/>
          <w:sz w:val="21"/>
        </w:rPr>
        <w:t>Crisis, Admisiones, Ofertas de trabajo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Ejemplo: Un mensaje de bienvenida para chatbot inmobiliario, del primer toque al lead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Cobalt Coast Realty, una agencia inmobiliaria ficticia de Wilmington (Carolina del Norte), usa el mensaje inmobiliario de la pestaña 3 con sus propios nombres: Sky es el agente de IA y Hannah Pruitt, la agente que toma el relevo. El jueves 8 de octubre de 2026, Avery Kowalski, que busca su primera vivienda, tocó la primera respuesta rápida.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Hola, soy Sky, el asistente de IA de Cobalt Coast Realty. Te ayudo con inmuebles, visitas y valoraciones, o te paso con Hannah, nuestra agente. ¿Quieres comprar, vender o alquilar?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Mi primera vivienda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Genial, te ayudo con los primeros pasos. ¿Qué zona de Wilmington te interesa?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Ogden o Wrightsville Beach, hasta unos 350.000 $. ¿Ogden es una buena zona para familias?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No puedo describir quién vive en una zona, pero sí darte datos. Nuestras viviendas en Ogden por menos de 350.000 $: cobaltcoast.example/ogden. Las zonas escolares están en la web del distrito escolar. ¿Quieres ver alguna vivienda en persona?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Sí. Pero ¿puedo permitirme 350.000 $? Gano unos 70.000 $ al año.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No puedo decirte cuánto te pueden prestar: eso lo decide una entidad de crédito con una preaprobación. Hannah, nuestra agente, puede explicarte los pasos. Para eso necesito tu nombre y un teléfono o email, que solo usaremos para tu búsqueda de vivienda. Política de privacidad: cobaltcoast.example/privacy. ¿Te parece bien?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Claro. Avery Kowalski, 910-555-0148. Mejor por SMS.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Gracias, Avery. Para Hannah: primera vivienda, Ogden o Wrightsville Beach, hasta 350.000 $, quiere visitas y los pasos de la preaprobación, SMS al 910-555-0148. ¿Es correcto?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Sí.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Hannah te responde aquí en menos de 15 minutos, hasta las 18:00 de hoy. Si te vas, te escribirá por SMS.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Hannah (agente): </w:t>
      </w:r>
      <w:r>
        <w:rPr>
          <w:rFonts w:ascii="Calibri" w:hAnsi="Calibri" w:cs="Calibri" w:eastAsia="Calibri"/>
          <w:b w:val="0"/>
          <w:color w:val="15131F"/>
          <w:sz w:val="21"/>
        </w:rPr>
        <w:t>Hola, Avery, soy Hannah. El primer paso es una carta de preaprobación de una entidad de crédito; esta noche te mando por SMS tres entidades de crédito de la zona. ¿Quieres ver dos viviendas en Ogden por menos de 350.000 $ el sábado a las 10:00?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El sábado a las 10 me va bien. ¡Gracias!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Hannah (agente): </w:t>
      </w:r>
      <w:r>
        <w:rPr>
          <w:rFonts w:ascii="Calibri" w:hAnsi="Calibri" w:cs="Calibri" w:eastAsia="Calibri"/>
          <w:b w:val="0"/>
          <w:color w:val="15131F"/>
          <w:sz w:val="21"/>
        </w:rPr>
        <w:t>Genial. Te he enviado las dos direcciones por SMS. ¡Nos vemos el sábado!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El mensaje de bienvenida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Versión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Versión 3, activa de nuevo desde el lunes 5 de octubre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Longitud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180 de 200 caracteres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Aviso de IA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Primera frase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Respuestas rápidas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Mi primera vivienda, Reservar una visita, ¿Cuánto vale mi casa?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Avery tocó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Mi primera vivienda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Nunca dijo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Quién vive en Ogden; cuánto le pueden prestar a Avery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Qué queda en la app y en el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Soporte en vivo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«Esperando agente» a las 17:42, tomado por Hannah a las 17:49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Lead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Añadido por Hannah: Avery Kowalski, primera vivienda, Ogden; «Fuente»: «Chat en vivo»; «Estado»: «En progreso»; «Asignado a»: Hannah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Notas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Hasta 350.000 $; quiere los pasos de la preaprobación; SMS al 910-555-0148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Tareas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Enviar por SMS los nombres de 3 entidades de crédito, «Fecha límite»: hoy; visitas en Ogden, sábado 10 de octubre, 10:00; «Asignado»: Hannah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Registro de pruebas, semana del 5 de octubre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Versión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Chats iniciados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Tocaron una respuesta rápida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Versión 3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27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14, el 52%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Empresa y cliente ficticios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Cómo probar el saludo de tu chatbot en 15 minutos a la semana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Paso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Qué hacer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Regla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Antes de publicarlo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Escribe 5 preguntas reales de tu bandeja de entrada, más «hola» y «¿Eres una persona de verdad?»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Cada respuesta cumple lo que promete el primer mensaje; el bot dice que es una IA.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Cuenta los chats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Cada lunes, cuenta los chats del bot de la semana anterior.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Una fila por semana en el registro de pruebas.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Cuenta los toques en respuestas rápidas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Cuenta los chats en los que el primer mensaje del visitante es uno de tus botones.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Cuenta cada chat una sola vez.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Cambia una sola cosa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Los botones, las tareas o la pregunta. Nunca la frase de aviso de IA.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Mantener si el porcentaje se mantiene o sube; volver atrás si baja.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Espera a tener 20 chats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Con menos, 2 o 3 visitantes pueden mover el porcentaje por casualidad.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Con menos de 20, prueba la misma versión otra semana.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Cómo usar estas plantillas de mensaje de bienvenida para chatbot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Elige tu sector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Abre su pestaña, o la pestaña 1 si no aparece.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Rellena los corchetes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Tus nombres, tareas y números. Deja la frase de aviso de IA en primer lugar.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Comprueba la longitud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Hasta 200 caracteres, 3 botones cortos. Léelo en un móvil.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Prueba 5 preguntas reales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Antes de publicarlo y después de cada cambio.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Registra una semana cada vez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Chats y toques en respuestas rápidas, en el registro de pruebas de Excel.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Configúralo en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En «Mis Bots», elige el bot. En la pestaña «Conceptos básicos», pega el mensaje en «Primer mensaje» y las reglas de bienvenida de la pestaña 1 en «Instrucciones».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En la pestaña «Comportamiento», activa «Respuestas rápidas» y añade 3 «Respuestas sugeridas».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Deja desactivado «Recopilar Datos del Usuario» para que los visitantes puedan preguntar primero. En clínicas, despachos de abogados y finanzas, activa «Requerir consentimiento» (pestaña «Avanzado») para mostrar primero tu «Texto de consentimiento» (tu aviso de privacidad).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Haz clic en «Guardar cambios», revisa el mensaje en la vista previa «Móvil» y escribe tus 5 preguntas de prueba en «Probar bot».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Cada lunes, cuenta en «Historial de Chat» los chats y los toques en respuestas rápidas de la semana anterior y anótalos en Excel.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«Primer mensaje», «Respuestas sugeridas» y «Probar bot» están en el plan Free: 3 usuarios, 1 bot, sin tarjeta de crédito. El traspaso a una persona en «Soporte en vivo» llega con Launch, 19 $ al mes con facturación anual, para 8 usuarios y 2 bots.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Listo cuando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La primera frase dice «asistente de IA».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Hasta 200 caracteres, 3 botones de 25 o menos.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La línea de «nunca decir» está en las instrucciones.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Superadas 5 preguntas de prueba reales, con fecha en el registro de pruebas.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Plantilla gratis de CRMsoftware.pro. Datos de ejemplo ficticios.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https://crmsoftware.pro/es/templates/chatbot-welcome-message-templates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Ejemplos de mensaje de bienvenida para chatbot por sector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