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Guiones de calificación de leads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Cinco guiones para chat, teléfono, reservas y pruebas de SaaS, una ficha de puntuación y un ejemplo completo. De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Antes de usar un guion, sustituye cada palabra entre [corchetes] por tus propios datos.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Guion 1. Consulta de servicio: chat web o WhatsApp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Averiguar en 4 a 6 mensajes cortos si el lead encaja y después reservar una llamada o pasar la conversación a una persona.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Apertura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«Hola, gracias por escribir a [Empresa]. ¿En qué podemos ayudarte?»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Haz una pregunta por mensaje y espera la respuesta.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Necesidad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«Entendido. ¿Qué es lo principal que quieres cambiar o resolver?»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Encaje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«¿Dónde está el proyecto? Trabajamos en [zona de servicio].»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Fuera de tu zona o un servicio que no ofreces: pasa a la salida educada.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Plazo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«¿Cuándo te gustaría empezar?»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Solo está mirando o falta más de [6 meses]: envía una guía útil y fija una fecha de seguimiento.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Presupuesto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«Los proyectos como este suelen costar [rango de precios]. ¿Encaja con lo que tenías en mente?»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Por debajo de [presupuesto mínimo]: pasa a la salida educada y sugiere una alternativa.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Decisión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«¿Alguien más participará en la decisión? Puede unirse a la llamada.»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Siguiente paso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«Perfecto. El siguiente paso es una llamada gratuita de [20] minutos con [nombre del comercial]. Aquí tienes el enlace para reservar: [enlace de reserva]. ¿A qué email te envío la confirmación?»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Recoge antes del traspaso: </w:t>
      </w:r>
      <w:r>
        <w:rPr>
          <w:rFonts w:ascii="Calibri" w:hAnsi="Calibri" w:cs="Calibri" w:eastAsia="Calibri"/>
          <w:b w:val="0"/>
          <w:color w:val="15131F"/>
          <w:sz w:val="21"/>
        </w:rPr>
        <w:t>Nombre, Servicio que necesita, Ubicación o zona de servicio, Fecha de inicio, Rango de presupuesto, Quién decide, Email o teléfono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Deja de preguntar cuando: </w:t>
      </w:r>
      <w:r>
        <w:rPr>
          <w:rFonts w:ascii="Calibri" w:hAnsi="Calibri" w:cs="Calibri" w:eastAsia="Calibri"/>
          <w:b w:val="0"/>
          <w:color w:val="15131F"/>
          <w:sz w:val="21"/>
        </w:rPr>
        <w:t>Conoces la necesidad, el encaje, la fecha de inicio y cómo contactar con la persona. No hagas nunca más de 6 preguntas en el chat y pasa la conversación a una persona en cuanto el lead lo pida o pregunte un precio que no puedes dar.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Pasa a ventas: </w:t>
      </w:r>
      <w:r>
        <w:rPr>
          <w:rFonts w:ascii="Calibri" w:hAnsi="Calibri" w:cs="Calibri" w:eastAsia="Calibri"/>
          <w:b w:val="0"/>
          <w:color w:val="15131F"/>
          <w:sz w:val="21"/>
        </w:rPr>
        <w:t>[Nombre] quiere [servicio] en [ubicación]. Objetivo: [objetivo]. Inicio: [fecha]. Presupuesto: [rango]. Decide: [quién]. Puntuación: [x]/10, [Caliente o Tibio]. Siguiente paso: llamada reservada para [fecha y hora]. Origen: chat web.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Guion 2. Llamada telefónica entrante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Calificar a quien llama en menos de 8 minutos y acordar el siguiente paso antes de colgar.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Apertura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«Gracias por llamar a [Empresa], soy [tu nombre]. ¿En qué puedo ayudarte?»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Deja hablar primero a quien llama y anota sus palabras exactas.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Permiso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«¿Te puedo hacer unas preguntas rápidas para ponerte con la persona adecuada?»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No es buen momento: acuerda una hora para devolver la llamada y envía una invitación de calendario.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Necesidad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«¿Qué te ha llevado a llamar hoy y qué has probado hasta ahora?»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Impacto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«¿Qué pasa si esto no está resuelto antes de [mes]?»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Encaje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«¿Qué tamaño tiene el proyecto: cuántas [personas, habitaciones, sedes o unidades]?»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Demasiado pequeño o grande para ti: pasa a la salida educada.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Presupuesto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«La mayoría de los clientes invierte entre [rango de precios]. ¿Encaja con tu presupuesto?»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Aún no hay presupuesto: ofrece enviar una guía de precios por email y reserva una llamada de seguimiento.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Decisión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«¿Quién más participará en la elección y qué querrá ver?»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Siguiente paso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«Si todo encaja, ¿cuándo te gustaría empezar? Reservemos [30] minutos con [nombre del comercial] el [día]. ¿Te va bien a las [hora]?»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Recoge antes del traspaso: </w:t>
      </w:r>
      <w:r>
        <w:rPr>
          <w:rFonts w:ascii="Calibri" w:hAnsi="Calibri" w:cs="Calibri" w:eastAsia="Calibri"/>
          <w:b w:val="0"/>
          <w:color w:val="15131F"/>
          <w:sz w:val="21"/>
        </w:rPr>
        <w:t>Nombre y empresa, Motivo de la llamada, Lo que ya ha probado, Tamaño o alcance, Rango de presupuesto, Quién decide, Fecha de inicio, Cómo te encontró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Deja de preguntar cuando: </w:t>
      </w:r>
      <w:r>
        <w:rPr>
          <w:rFonts w:ascii="Calibri" w:hAnsi="Calibri" w:cs="Calibri" w:eastAsia="Calibri"/>
          <w:b w:val="0"/>
          <w:color w:val="15131F"/>
          <w:sz w:val="21"/>
        </w:rPr>
        <w:t>Han pasado ocho minutos o ya conoces la necesidad, el encaje, el presupuesto, el proceso de decisión y la fecha de inicio. Reserva el siguiente paso durante la llamada; nunca termines con una promesa vaga de enviar información.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Pasa a ventas: </w:t>
      </w:r>
      <w:r>
        <w:rPr>
          <w:rFonts w:ascii="Calibri" w:hAnsi="Calibri" w:cs="Calibri" w:eastAsia="Calibri"/>
          <w:b w:val="0"/>
          <w:color w:val="15131F"/>
          <w:sz w:val="21"/>
        </w:rPr>
        <w:t>[Nombre] de [empresa] llamó por [necesidad]. Ha probado: [qué]. Tamaño: [alcance]. Presupuesto: [rango]. Decide: [quién]. Inicio: [fecha]. Nos encontró por [origen]. Puntuación: [x]/10. Siguiente paso: [fecha y hora de la reunión].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Guion 3. Solicitud de reserva: hotel, tour, chárter o espacio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Recoger todos los datos de la reserva y dejar claro que es una solicitud hasta que una persona confirme la disponibilidad y el pago.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Fechas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«Gracias por tu interés en [negocio]. ¿Qué fechas estás mirando?»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Las fechas no están claras: ofrece dos opciones, por ejemplo este fin de semana o el siguiente.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Huéspedes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«¿Cuántas personas vienen y hay niños?»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Opción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«¿Te interesa [opción A] o [opción B]? Ahora mismo los precios empiezan en [precio].»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Da solo precios de tu lista de precios actual.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Presupuesto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«¿Tienes un presupuesto por [noche o persona] en mente?»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Por debajo de tu tarifa más baja: sugiere otras fechas o una opción más económica.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Peticiones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«¿Alguna petición especial, como accesibilidad, necesidades alimentarias o traslados?»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Completo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Las fechas están llenas: di que [fechas] están completas, ofrece [alternativa 1] o [alternativa 2] y pregunta si anotas una de ellas como solicitud.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Idioma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El huésped escribe en otro idioma: responde en ese idioma y deja la nota interna en el idioma de tu equipo.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Cierre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«Gracias. He anotado tu solicitud para [fechas], [huéspedes] y [opción]. Todavía no es una reserva confirmada: [miembro del equipo] confirmará la disponibilidad y el pago antes de las [hora]. ¿Cuál es el mejor email o teléfono para contactarte?»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Recoge antes del traspaso: </w:t>
      </w:r>
      <w:r>
        <w:rPr>
          <w:rFonts w:ascii="Calibri" w:hAnsi="Calibri" w:cs="Calibri" w:eastAsia="Calibri"/>
          <w:b w:val="0"/>
          <w:color w:val="15131F"/>
          <w:sz w:val="21"/>
        </w:rPr>
        <w:t>Fechas y horas, Número de huéspedes, Habitación, tour o servicio, Presupuesto por noche o persona, Peticiones especiales, Idioma preferido, Email o teléfono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Deja de preguntar cuando: </w:t>
      </w:r>
      <w:r>
        <w:rPr>
          <w:rFonts w:ascii="Calibri" w:hAnsi="Calibri" w:cs="Calibri" w:eastAsia="Calibri"/>
          <w:b w:val="0"/>
          <w:color w:val="15131F"/>
          <w:sz w:val="21"/>
        </w:rPr>
        <w:t>Tienes las fechas, el número de huéspedes, la opción y los datos de contacto. Nunca confirmes disponibilidad, precios ni reembolsos que una persona no haya revisado.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Pasa a ventas: </w:t>
      </w:r>
      <w:r>
        <w:rPr>
          <w:rFonts w:ascii="Calibri" w:hAnsi="Calibri" w:cs="Calibri" w:eastAsia="Calibri"/>
          <w:b w:val="0"/>
          <w:color w:val="15131F"/>
          <w:sz w:val="21"/>
        </w:rPr>
        <w:t>Solicitud: [fechas], [huéspedes] huéspedes ([niños] niños), [opción]. Presupuesto: [importe] por [noche o persona]. Peticiones: [notas]. Idioma: [idioma]. Contacto: [email o teléfono]. Estado: solicitud, sin confirmar. Confirmar antes de: [hora].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Guion 4. Solicitud de demo SaaS o prueba gratuita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Conocer el caso de uso, el tamaño del equipo y el plazo, y después llevar al lead a la configuración por su cuenta, a una demo o a nutrición.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Caso de uso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«Gracias por probar [producto]. ¿Qué quieres conseguir primero con él?»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Herramienta actual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«¿Qué usas hoy y qué no te funciona?»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Tamaño del equipo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«¿Cuántas personas lo usarían?»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De [1 a 3] usuarios: envía la guía de configuración y el enlace al plan gratuito para que lo configuren por su cuenta.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Integraciones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«¿Con qué herramientas tiene que funcionar?»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Falta una integración imprescindible: dilo con sinceridad y regístralo como petición de funcionalidad.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Plazo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«¿Para cuándo lo necesitas funcionando?»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Decisión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«¿Quién más tiene que aprobarlo: un responsable, IT o finanzas?»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Presupuesto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«¿Tienes un presupuesto para esto, al mes o al año?»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Ruta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«Una demo de [20] minutos con [nombre del comercial] el [día] cubriría [caso de uso]. ¿Te va bien a las [hora]?»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Si: </w:t>
      </w:r>
      <w:r>
        <w:rPr>
          <w:rFonts w:ascii="Calibri" w:hAnsi="Calibri" w:cs="Calibri" w:eastAsia="Calibri"/>
          <w:b w:val="0"/>
          <w:color w:val="15131F"/>
          <w:sz w:val="21"/>
        </w:rPr>
        <w:t>Sin plazo y sin presupuesto: envía un caso de éxito breve y haz seguimiento en [30 días].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Recoge antes del traspaso: </w:t>
      </w:r>
      <w:r>
        <w:rPr>
          <w:rFonts w:ascii="Calibri" w:hAnsi="Calibri" w:cs="Calibri" w:eastAsia="Calibri"/>
          <w:b w:val="0"/>
          <w:color w:val="15131F"/>
          <w:sz w:val="21"/>
        </w:rPr>
        <w:t>Empresa y cargo, Caso de uso principal, Herramienta actual, Número de usuarios, Integraciones imprescindibles, Plazo, Quién aprueba, Presupuesto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Deja de preguntar cuando: </w:t>
      </w:r>
      <w:r>
        <w:rPr>
          <w:rFonts w:ascii="Calibri" w:hAnsi="Calibri" w:cs="Calibri" w:eastAsia="Calibri"/>
          <w:b w:val="0"/>
          <w:color w:val="15131F"/>
          <w:sz w:val="21"/>
        </w:rPr>
        <w:t>Ya puedes elegir la ruta: configuración por su cuenta, demo o nutrición. No hagas toda la demo por chat.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Pasa a ventas: </w:t>
      </w:r>
      <w:r>
        <w:rPr>
          <w:rFonts w:ascii="Calibri" w:hAnsi="Calibri" w:cs="Calibri" w:eastAsia="Calibri"/>
          <w:b w:val="0"/>
          <w:color w:val="15131F"/>
          <w:sz w:val="21"/>
        </w:rPr>
        <w:t>[Empresa], [cargo]. Caso de uso: [caso de uso]. Hoy: [herramienta actual]. Usuarios: [número]. Necesita: [integraciones]. Plazo: [fecha]. Aprueba: [quién]. Presupuesto: [importe]. Ruta: [por su cuenta, demo o nutrición].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Guion 5. No encaja: salida educada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Decir que no rápido y con amabilidad, ofrecer una alternativa útil y proteger el tiempo de tu equipo.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Presupuesto demasiado bajo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«Gracias por los detalles. Nuestros proyectos empiezan en [mínimo], así que probablemente ahora no somos la mejor opción. [Alternativa] puede encajarte mejor: [enlace].»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Servicio que no ofreces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«No ofrecemos [servicio], pero [socio o recurso] sí. ¿Quieres sus datos?»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Fuera de tu zona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«De momento solo trabajamos en [zona de servicio]. ¿Guardo tus datos por si eso cambia?»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Plazos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«No podemos empezar antes de [fecha]. Si aún te encaja, te escribo el [fecha].»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No es comprador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«Gracias por escribir. Para [empleo o colaboraciones], usa [enlace o email].»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Cierre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Di: </w:t>
      </w:r>
      <w:r>
        <w:rPr>
          <w:rFonts w:ascii="Calibri" w:hAnsi="Calibri" w:cs="Calibri" w:eastAsia="Calibri"/>
          <w:b w:val="0"/>
          <w:color w:val="15131F"/>
          <w:sz w:val="21"/>
        </w:rPr>
        <w:t>«Gracias de nuevo por pensar en nosotros y mucha suerte con [proyecto].»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Recoge antes del traspaso: </w:t>
      </w:r>
      <w:r>
        <w:rPr>
          <w:rFonts w:ascii="Calibri" w:hAnsi="Calibri" w:cs="Calibri" w:eastAsia="Calibri"/>
          <w:b w:val="0"/>
          <w:color w:val="15131F"/>
          <w:sz w:val="21"/>
        </w:rPr>
        <w:t>Motivo por el que el lead no encaja, Puede encajar más adelante: sí o no, Fecha de seguimiento, si es sí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Deja de preguntar cuando: </w:t>
      </w:r>
      <w:r>
        <w:rPr>
          <w:rFonts w:ascii="Calibri" w:hAnsi="Calibri" w:cs="Calibri" w:eastAsia="Calibri"/>
          <w:b w:val="0"/>
          <w:color w:val="15131F"/>
          <w:sz w:val="21"/>
        </w:rPr>
        <w:t>Has enviado un mensaje educado con una alternativa útil. No discutas ni hagas descuentos solo para retener un lead que no encaja.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Pasa a ventas: </w:t>
      </w:r>
      <w:r>
        <w:rPr>
          <w:rFonts w:ascii="Calibri" w:hAnsi="Calibri" w:cs="Calibri" w:eastAsia="Calibri"/>
          <w:b w:val="0"/>
          <w:color w:val="15131F"/>
          <w:sz w:val="21"/>
        </w:rPr>
        <w:t>Estado: descalificado. Motivo: [presupuesto, zona, servicio, plazos o no es comprador]. Puede encajar más adelante: [sí o no]. Seguimiento el: [fecha o ninguno].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30"/>
        </w:rPr>
        <w:t>Ficha de puntuación: de 0 a 10 puntos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0 puntos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 punto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 puntos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Necesidad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 un problema claro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Interés vago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claro que resuelves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Encaje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Fuera de tu zona o alcance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Encaja en parte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Encaja con tu zona y alcance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Presupuesto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debajo de tu mínimo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Aún no se ha hablado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Encaja con tu rango de precios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Autoridad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Desconocida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Influye o se está informando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Decide, o se une a la llamada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Plazo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 fecha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3 a 6 meses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 menos de 90 días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6"/>
        </w:rPr>
        <w:t>Qué hacer con cada estado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Cuándo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hacer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Caliente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8 a 10 puntos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Reserva una llamada ya o pásalo a un comercial en menos de una hora.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Tibio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5 a 7 puntos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Envía algo útil y crea una tarea de seguimiento con fecha.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Frío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0 a 4 puntos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Añádelo a la newsletter o a una nutrición a largo plazo. Sin tiempo de ventas.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 encaja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 puntos en encaje o presupuesto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Usa el guion de salida educada y anota el motivo.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Ejemplo completo: Un chat web que termina en una llamada reservada</w:t>
      </w:r>
    </w:p>
    <w:p>
      <w:pPr>
        <w:spacing w:after="160"/>
      </w:pPr>
      <w:r>
        <w:rPr>
          <w:rFonts w:ascii="Calibri" w:hAnsi="Calibri" w:cs="Calibri" w:eastAsia="Calibri"/>
          <w:b w:val="0"/>
          <w:color w:val="5D5A70"/>
          <w:sz w:val="21"/>
        </w:rPr>
        <w:t>El guion 1 en acción para una empresa de reformas ficticia, con la nota de traspaso y la puntuación que genera.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Hola, ¿hacen reformas de cocina?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Hola, gracias por escribir a Northstar Renovations. Sí, las cocinas son la mayor parte de nuestro trabajo. ¿Qué te gustaría cambiar en la tuya?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Muebles y encimeras nuevos, y quizá mover el fregadero.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Suena a un gran proyecto. ¿Dónde está la casa? Trabajamos en Austin y los pueblos de alrededor.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En Round Rock.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Está en nuestra zona. ¿Cuándo te gustaría empezar?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Idealmente en marzo.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Los proyectos de cocina como este suelen costar entre 25.000 y 45.000 $. ¿Encaja con lo que tenías en mente?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Sí, tenemos reservados unos 35.000 $.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¿Alguien más participará en la decisión?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Mi marido. Quiere estar en la llamada.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Perfecto. El siguiente paso es una llamada gratuita de 30 minutos con Dan, nuestro jefe de proyecto. Aquí tienes el enlace para reservar. ¿A qué email te envío la confirmación?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Reservado el martes a las 17:30. He puesto mi email del trabajo.</w:t>
      </w:r>
    </w:p>
    <w:p>
      <w:pPr>
        <w:spacing w:after="80"/>
      </w:pP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de traspaso: </w:t>
      </w:r>
      <w:r>
        <w:rPr>
          <w:rFonts w:ascii="Calibri" w:hAnsi="Calibri" w:cs="Calibri" w:eastAsia="Calibri"/>
          <w:b w:val="0"/>
          <w:color w:val="15131F"/>
          <w:sz w:val="21"/>
        </w:rPr>
        <w:t>Maria L., propietaria en Round Rock. Quiere reformar la cocina: muebles y encimeras nuevos, quizá mover el fregadero. Inicio: marzo. Presupuesto: unos 35.000 $ (nuestro rango 25.000 a 45.000 $). Deciden: Maria y su marido, ambos en la llamada. Puntuación: 9/10, caliente. Siguiente paso: llamada con Dan, martes a las 17:30. Origen: chat web.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Puntuación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Necesidad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claro que resolvemos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Encaje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 nuestra zona y alcance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Presupuesto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Encaja con nuestro rango de precios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Autoridad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Los dos decisores en la llamada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Plazo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Empieza en unos 5 meses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Total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Caliente: reserva la llamada ya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9/10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Plantilla gratis de CRMsoftware.pro. Cópiala, edítala y úsala en tu negocio.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https://crmsoftware.pro/es/templates/lead-qualification-script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Guiones de calificación de leads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