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Secuencia de correos de seguimiento de ventas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Cinco correos para los 14 días posteriores a una propuesta o cotización, con asuntos, calendario, reglas para parar, tareas del CRM, respuestas a objeciones y un resumen de reunión. De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Sustituye cada palabra entre [corchetes] por tus datos y guarda cada correo como borrador o plantilla en tu propio buzón. Cuenta los días desde la fecha de la propuesta, crea una tarea en el CRM por cada correo y para la secuencia con la primera respuesta, llamada agendada o no.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Los correos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Día 0: el correo de la propuesta, con un resumen y un siguiente paso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Envío: Día 0 · Extensión: Menos de 120 palabras · Objetivo: Agendar una llamada de 15 minutos para repasar la propuesta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El alcance está acordado en una llamada o una visita.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propuesta muestra el precio, lo que incluye, la fecha de inicio y una fecha de validez.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Sabes quién decide y cuándo quiere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Asunto: </w:t>
      </w:r>
      <w:r>
        <w:rPr>
          <w:rFonts w:ascii="Calibri" w:hAnsi="Calibri" w:cs="Calibri" w:eastAsia="Calibri"/>
          <w:b w:val="0"/>
          <w:color w:val="15131F"/>
          <w:sz w:val="21"/>
        </w:rPr>
        <w:t>Tu propuesta para [proyecto], con el siguiente paso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O: </w:t>
      </w:r>
      <w:r>
        <w:rPr>
          <w:rFonts w:ascii="Calibri" w:hAnsi="Calibri" w:cs="Calibri" w:eastAsia="Calibri"/>
          <w:b w:val="0"/>
          <w:color w:val="15131F"/>
          <w:sz w:val="21"/>
        </w:rPr>
        <w:t>Propuesta de [tu empresa]: [resultado principal] desde el [fecha de inicio]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Correo: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</w:t>
        <w:br/>
        <w:br/>
        <w:t>Gracias por tu tiempo el [día]. Te adjunto la propuesta para [proyecto].</w:t>
        <w:br/>
        <w:br/>
        <w:t>En resumen: [qué incluye], a partir del [fecha de inicio], por [precio]. El precio es válido hasta el [fecha de validez].</w:t>
        <w:br/>
        <w:br/>
        <w:t>El siguiente paso es una llamada de 15 minutos para repasarla y responder a tus preguntas. ¿Te viene bien el [día] a las [hora] o el [día] a las [hora]? Si [persona que decide] quiere unirse, será un placer.</w:t>
        <w:br/>
        <w:br/>
        <w:t>Saludos,</w:t>
        <w:br/>
        <w:t>[tu nombre]</w:t>
        <w:br/>
        <w:t>[teléfono]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Pon el siguiente paso en el propio correo, con dos horarios concretos. La propuesta sin una próxima fecha es la que se queda en silencio.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propuesta: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1 día laborable después de la llamada o la visita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enviada el [fecha], [valor], válida hasta el [fecha]. Crea la tarea del Día 2.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Para la secuencia si: </w:t>
      </w:r>
      <w:r>
        <w:rPr>
          <w:rFonts w:ascii="Calibri" w:hAnsi="Calibri" w:cs="Calibri" w:eastAsia="Calibri"/>
          <w:b w:val="0"/>
          <w:color w:val="5D5A70"/>
          <w:sz w:val="21"/>
        </w:rPr>
        <w:t>Responde, Agenda una llamada, Dice que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Día 2: una confirmación breve sobre la propuesta o cotización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Envío: Día 2 · Extensión: Menos de 60 palabras · Objetivo: Confirmar que llegó y volver a ofrecer la llamada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Envíalo cuando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hay respuesta 2 días después del correo de la propuesta.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Todavía no hay ninguna llamada agendada.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El Día 2 cae en fin de semana: envíalo el lunes.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Asunto: </w:t>
      </w:r>
      <w:r>
        <w:rPr>
          <w:rFonts w:ascii="Calibri" w:hAnsi="Calibri" w:cs="Calibri" w:eastAsia="Calibri"/>
          <w:b w:val="0"/>
          <w:color w:val="15131F"/>
          <w:sz w:val="21"/>
        </w:rPr>
        <w:t>Re: Tu propuesta para [proyecto]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O: </w:t>
      </w:r>
      <w:r>
        <w:rPr>
          <w:rFonts w:ascii="Calibri" w:hAnsi="Calibri" w:cs="Calibri" w:eastAsia="Calibri"/>
          <w:b w:val="0"/>
          <w:color w:val="15131F"/>
          <w:sz w:val="21"/>
        </w:rPr>
        <w:t>¿Te llegó la propuesta?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Correo: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</w:t>
        <w:br/>
        <w:br/>
        <w:t>Quería asegurarme de que te llegó la propuesta para [proyecto]. Te la vuelvo a adjuntar aquí.</w:t>
        <w:br/>
        <w:br/>
        <w:t>Si te sirve, puedo repasarla contigo en 15 minutos. ¿Te viene bien el [día] a las [hora] o el [día] a las [hora]?</w:t>
        <w:br/>
        <w:br/>
        <w:t>Saludos,</w:t>
        <w:br/>
        <w:t>[tu nombre]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Responde en el mismo hilo para que la propuesta quede a un clic. No añadas precios nuevos ni descuentos el Día 2.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Confirmación del Día 2: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fecha de la propuesta + 2 días,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enviado el [fecha], sin respuesta. Crea la tarea del Día 5.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Para la secuencia si: </w:t>
      </w:r>
      <w:r>
        <w:rPr>
          <w:rFonts w:ascii="Calibri" w:hAnsi="Calibri" w:cs="Calibri" w:eastAsia="Calibri"/>
          <w:b w:val="0"/>
          <w:color w:val="5D5A70"/>
          <w:sz w:val="21"/>
        </w:rPr>
        <w:t>Responde, Agenda una llamada, Dice que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Día 5: envía algo útil, no un recordatorio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Envío: Día 5 · Extensión: Menos de 100 palabras · Objetivo: Darle al comprador un motivo para responder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Envíalo cuando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Sigue sin haber respuesta después del correo del Día 2.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Tienes algo que le ayude a decidir, no solo un recordatorio.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Asunto: </w:t>
      </w:r>
      <w:r>
        <w:rPr>
          <w:rFonts w:ascii="Calibri" w:hAnsi="Calibri" w:cs="Calibri" w:eastAsia="Calibri"/>
          <w:b w:val="0"/>
          <w:color w:val="15131F"/>
          <w:sz w:val="21"/>
        </w:rPr>
        <w:t>Cómo resolvió [cliente parecido] [problema]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O: </w:t>
      </w:r>
      <w:r>
        <w:rPr>
          <w:rFonts w:ascii="Calibri" w:hAnsi="Calibri" w:cs="Calibri" w:eastAsia="Calibri"/>
          <w:b w:val="0"/>
          <w:color w:val="15131F"/>
          <w:sz w:val="21"/>
        </w:rPr>
        <w:t>Una cosa más para tu decisión sobre [proyecto]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Correo: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</w:t>
        <w:br/>
        <w:br/>
        <w:t>Mientras revisas la propuesta, esto puede ayudarte: [algo útil, como un caso breve, una lista de comprobación o un calendario de ejemplo]. [Una frase sobre por qué importa para su proyecto.]</w:t>
        <w:br/>
        <w:br/>
        <w:t>Si alguna parte de la propuesta no encaja, dime cuál y la ajusto.</w:t>
        <w:br/>
        <w:br/>
        <w:t>¿Te ayudaría una llamada rápida el [día] a las [hora]?</w:t>
        <w:br/>
        <w:br/>
        <w:t>Saludos,</w:t>
        <w:br/>
        <w:t>[tu nombre]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Buenas opciones: un caso de una página de un cliente parecido, una lista de comprobación, un calendario de ejemplo o fotos de trabajos terminados. Nunca un descuento.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Correo de valor del Día 5: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fecha de la propuesta + 5 días,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enviado el [fecha] con [elemento], sin respuesta. Crea la tarea del Día 9.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Para la secuencia si: </w:t>
      </w:r>
      <w:r>
        <w:rPr>
          <w:rFonts w:ascii="Calibri" w:hAnsi="Calibri" w:cs="Calibri" w:eastAsia="Calibri"/>
          <w:b w:val="0"/>
          <w:color w:val="5D5A70"/>
          <w:sz w:val="21"/>
        </w:rPr>
        <w:t>Responde, Agenda una llamada, Dice que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Día 9: el correo de seguimiento cuando no hay respuesta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Envío: Día 9 · Extensión: Menos de 100 palabras · Objetivo: Conseguir una respuesta, aunque sea un no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Envíalo cuando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hay respuesta a la propuesta ni a dos seguimientos.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El negocio sigue abierto en tu CRM.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Asunto: </w:t>
      </w:r>
      <w:r>
        <w:rPr>
          <w:rFonts w:ascii="Calibri" w:hAnsi="Calibri" w:cs="Calibri" w:eastAsia="Calibri"/>
          <w:b w:val="0"/>
          <w:color w:val="15131F"/>
          <w:sz w:val="21"/>
        </w:rPr>
        <w:t>¿Mantengo abierta la propuesta para [proyecto]?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O: </w:t>
      </w:r>
      <w:r>
        <w:rPr>
          <w:rFonts w:ascii="Calibri" w:hAnsi="Calibri" w:cs="Calibri" w:eastAsia="Calibri"/>
          <w:b w:val="0"/>
          <w:color w:val="15131F"/>
          <w:sz w:val="21"/>
        </w:rPr>
        <w:t>Una pregunta rápida sobre tu propuesta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Correo: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</w:t>
        <w:br/>
        <w:br/>
        <w:t>No he tenido noticias sobre la propuesta para [proyecto], así que quiero saber en qué punto está. ¿Cuál de estas opciones se acerca más?</w:t>
        <w:br/>
        <w:br/>
        <w:t>1. Seguimos interesados, pero tenemos mucho trabajo. Volveré a escribirte el [fecha].</w:t>
        <w:br/>
        <w:t>2. Necesitamos cambios. Dime cuáles y actualizaré la propuesta.</w:t>
        <w:br/>
        <w:t>3. Ahora no. Dime cuándo volver a contactarte.</w:t>
        <w:br/>
        <w:t>4. Hemos decidido no seguir adelante.</w:t>
        <w:br/>
        <w:br/>
        <w:t>Basta con responder con el número.</w:t>
        <w:br/>
        <w:br/>
        <w:t>Saludos,</w:t>
        <w:br/>
        <w:t>[tu nombre]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Las opciones numeradas son fáciles de responder desde el móvil. La opción 4 está a propósito: un no claro te permite cerrar el negocio.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Correo sin respuesta del Día 9: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fecha de la propuesta + 9 días,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enviado el [fecha], sin respuesta. Crea la tarea del Día 14.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Para la secuencia si: </w:t>
      </w:r>
      <w:r>
        <w:rPr>
          <w:rFonts w:ascii="Calibri" w:hAnsi="Calibri" w:cs="Calibri" w:eastAsia="Calibri"/>
          <w:b w:val="0"/>
          <w:color w:val="5D5A70"/>
          <w:sz w:val="21"/>
        </w:rPr>
        <w:t>Responde, Agenda una llamada, Dice que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Día 14: cierra el seguimiento con amabilidad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Envío: Día 14 · Extensión: Menos de 80 palabras · Objetivo: Cerrar con amabilidad y dejar la puerta abierta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Envíalo cuando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hay respuesta a la propuesta ni a tres seguimientos.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Nadie más de la empresa ha respondido tampoco.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Asunto: </w:t>
      </w:r>
      <w:r>
        <w:rPr>
          <w:rFonts w:ascii="Calibri" w:hAnsi="Calibri" w:cs="Calibri" w:eastAsia="Calibri"/>
          <w:b w:val="0"/>
          <w:color w:val="15131F"/>
          <w:sz w:val="21"/>
        </w:rPr>
        <w:t>Cierro el expediente de [proyecto]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O: </w:t>
      </w:r>
      <w:r>
        <w:rPr>
          <w:rFonts w:ascii="Calibri" w:hAnsi="Calibri" w:cs="Calibri" w:eastAsia="Calibri"/>
          <w:b w:val="0"/>
          <w:color w:val="15131F"/>
          <w:sz w:val="21"/>
        </w:rPr>
        <w:t>¿Lo cierro por ahora?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Correo: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</w:t>
        <w:br/>
        <w:br/>
        <w:t>Como no he tenido noticias, entiendo que no es el momento y, por ahora, cierro por mi parte la propuesta para [proyecto].</w:t>
        <w:br/>
        <w:br/>
        <w:t>Si algo cambia, responde a este correo. La propuesta es válida hasta el [fecha de validez] y, después, te enviaré una actualizada con gusto.</w:t>
        <w:br/>
        <w:br/>
        <w:t>Gracias por tener en cuenta a [tu empresa].</w:t>
        <w:br/>
        <w:br/>
        <w:t>Saludos,</w:t>
        <w:br/>
        <w:t>[tu nombre]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Que sea amable y definitivo: sin hacer sentir culpa, sin fechas límite falsas y sin descuentos de última hora. Si encajaba bien, crea una tarea para volver a contactar dentro de 3 a 6 meses.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Cierre del Día 14: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fecha de la propuesta + 14 días,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enviado el [fecha]. Crea una tarea 3 días laborables después: si no hay respuesta, Perdido, motivo: sin respuesta.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Para la secuencia si: </w:t>
      </w:r>
      <w:r>
        <w:rPr>
          <w:rFonts w:ascii="Calibri" w:hAnsi="Calibri" w:cs="Calibri" w:eastAsia="Calibri"/>
          <w:b w:val="0"/>
          <w:color w:val="5D5A70"/>
          <w:sz w:val="21"/>
        </w:rPr>
        <w:t>Responde, Agenda una llamada, Dice que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Objeciones: respuestas para el precio, el momento, la competencia y otra persona que decide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 en: 1 día · Extensión: Menos de 80 palabras · Regla: Cambia el alcance, no el precio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Cualquier respuesta detiene los correos de la secuencia. Responde en un día laborable como máximo y termina con un siguiente paso y una fecha.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El precio es demasiado alto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Dice: </w:t>
      </w:r>
      <w:r>
        <w:rPr>
          <w:rFonts w:ascii="Calibri" w:hAnsi="Calibri" w:cs="Calibri" w:eastAsia="Calibri"/>
          <w:b w:val="0"/>
          <w:color w:val="5D5A70"/>
          <w:sz w:val="21"/>
        </w:rPr>
        <w:t>Es más de lo que teníamos presupuestado.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Haz esto: </w:t>
      </w:r>
      <w:r>
        <w:rPr>
          <w:rFonts w:ascii="Calibri" w:hAnsi="Calibri" w:cs="Calibri" w:eastAsia="Calibri"/>
          <w:b w:val="0"/>
          <w:color w:val="5D5A70"/>
          <w:sz w:val="21"/>
        </w:rPr>
        <w:t>Pregunta con qué lo compara. Cambia el alcance, no el precio.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Gracias por decírmelo. ¿Puedo preguntarte con qué lo comparas: con otra cotización o con un presupuesto? Si el presupuesto es de [importe], puedo ofrecerte [alcance más reducido] por [precio más bajo]. ¿Te envío las dos opciones para que las compares?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Ahora no, quizá más adelante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Dice: </w:t>
      </w:r>
      <w:r>
        <w:rPr>
          <w:rFonts w:ascii="Calibri" w:hAnsi="Calibri" w:cs="Calibri" w:eastAsia="Calibri"/>
          <w:b w:val="0"/>
          <w:color w:val="5D5A70"/>
          <w:sz w:val="21"/>
        </w:rPr>
        <w:t>No es buen momento. Quizá el próximo trimestre.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Haz esto: </w:t>
      </w:r>
      <w:r>
        <w:rPr>
          <w:rFonts w:ascii="Calibri" w:hAnsi="Calibri" w:cs="Calibri" w:eastAsia="Calibri"/>
          <w:b w:val="0"/>
          <w:color w:val="5D5A70"/>
          <w:sz w:val="21"/>
        </w:rPr>
        <w:t>Pregunta qué tiene que pasar antes. Crea una tarea para la fecha que te dé.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Tiene sentido. ¿Qué tiene que pasar antes de dar el paso y cuándo te vuelvo a escribir? Apuntaré el [fecha] en mi calendario, salvo que te venga mejor otro día.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Estamos hablando con otra empresa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Dice: </w:t>
      </w:r>
      <w:r>
        <w:rPr>
          <w:rFonts w:ascii="Calibri" w:hAnsi="Calibri" w:cs="Calibri" w:eastAsia="Calibri"/>
          <w:b w:val="0"/>
          <w:color w:val="5D5A70"/>
          <w:sz w:val="21"/>
        </w:rPr>
        <w:t>Tenemos una cotización más barata de [competidor].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Haz esto: </w:t>
      </w:r>
      <w:r>
        <w:rPr>
          <w:rFonts w:ascii="Calibri" w:hAnsi="Calibri" w:cs="Calibri" w:eastAsia="Calibri"/>
          <w:b w:val="0"/>
          <w:color w:val="5D5A70"/>
          <w:sz w:val="21"/>
        </w:rPr>
        <w:t>Nunca critiques a la competencia. Ofrece comparar en igualdad de condiciones.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Gracias por decírmelo con franqueza. Las cotizaciones suelen diferir en lo que incluyen, así que vale la pena compararlas en igualdad de condiciones. La nuestra incluye [elementos clave]. Si me cuentas qué cubre la otra cotización, las revisamos juntos con gusto el [día].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Tengo que consultarlo con alguien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Dice: </w:t>
      </w:r>
      <w:r>
        <w:rPr>
          <w:rFonts w:ascii="Calibri" w:hAnsi="Calibri" w:cs="Calibri" w:eastAsia="Calibri"/>
          <w:b w:val="0"/>
          <w:color w:val="5D5A70"/>
          <w:sz w:val="21"/>
        </w:rPr>
        <w:t>Tengo que consultarlo con [persona que decide].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Haz esto: </w:t>
      </w:r>
      <w:r>
        <w:rPr>
          <w:rFonts w:ascii="Calibri" w:hAnsi="Calibri" w:cs="Calibri" w:eastAsia="Calibri"/>
          <w:b w:val="0"/>
          <w:color w:val="5D5A70"/>
          <w:sz w:val="21"/>
        </w:rPr>
        <w:t>Ofrece un resumen de una página y una llamada breve con quien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Claro. ¿Te ayudaría un resumen de una página con el precio, lo que incluye y la fecha de inicio? También puedo unirme a una llamada de 15 minutos con [persona que decide] para responder sus preguntas directamente. ¿Te viene bien el [día] a las [hora]?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Anota cada objeción en las notas del negocio como Precio, Momento, Competidor o Quién decide. Después de 20 propuestas verás cuál tienes que resolver en la propia propuesta.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a la objeción: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el mismo día o el siguiente día laborable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la objeción, qué ofreciste y el siguiente paso. Crea una tarea para ese paso.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Registra la objeción como: </w:t>
      </w:r>
      <w:r>
        <w:rPr>
          <w:rFonts w:ascii="Calibri" w:hAnsi="Calibri" w:cs="Calibri" w:eastAsia="Calibri"/>
          <w:b w:val="0"/>
          <w:color w:val="5D5A70"/>
          <w:sz w:val="21"/>
        </w:rPr>
        <w:t>Precio, Momento, Competidor, Quién decide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Tras una llamada: el correo de resumen de la reunión, el mismo día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Envío: Mismo día · Extensión: Menos de 150 palabras · Objetivo: Constancia por escrito y una fecha de decisión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Envíalo cuando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Tuviste una llamada, una demo o una visita sobre la propuesta.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 pocas horas, mientras tienes los detalles frescos.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Asunto: </w:t>
      </w:r>
      <w:r>
        <w:rPr>
          <w:rFonts w:ascii="Calibri" w:hAnsi="Calibri" w:cs="Calibri" w:eastAsia="Calibri"/>
          <w:b w:val="0"/>
          <w:color w:val="15131F"/>
          <w:sz w:val="21"/>
        </w:rPr>
        <w:t>Resumen y siguientes pasos: [proyecto]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O: </w:t>
      </w:r>
      <w:r>
        <w:rPr>
          <w:rFonts w:ascii="Calibri" w:hAnsi="Calibri" w:cs="Calibri" w:eastAsia="Calibri"/>
          <w:b w:val="0"/>
          <w:color w:val="15131F"/>
          <w:sz w:val="21"/>
        </w:rPr>
        <w:t>Lo que acordamos hoy sobre [proyecto]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Correo: </w:t>
      </w:r>
      <w:r>
        <w:rPr>
          <w:rFonts w:ascii="Calibri" w:hAnsi="Calibri" w:cs="Calibri" w:eastAsia="Calibri"/>
          <w:b w:val="0"/>
          <w:color w:val="15131F"/>
          <w:sz w:val="21"/>
        </w:rPr>
        <w:t>Hola, [nombre]:</w:t>
        <w:br/>
        <w:br/>
        <w:t>Gracias por tu tiempo hoy. Esto es lo que acordamos:</w:t>
        <w:br/>
        <w:br/>
        <w:t>1. [Alcance o cambio, por ejemplo el nuevo horario].</w:t>
        <w:br/>
        <w:t>2. Fecha de inicio: [fecha de inicio].</w:t>
        <w:br/>
        <w:t>3. Precio: [precio], válido hasta el [fecha].</w:t>
        <w:br/>
        <w:br/>
        <w:t>Siguiente paso: [quién] se encargará de [acción] antes del [fecha]. Te enviaré la propuesta actualizada antes del [fecha].</w:t>
        <w:br/>
        <w:br/>
        <w:t>Si se me ha pasado algo, respóndeme y lo corrijo.</w:t>
        <w:br/>
        <w:br/>
        <w:t>Saludos,</w:t>
        <w:br/>
        <w:t>[tu nombre]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Consejo: </w:t>
      </w:r>
      <w:r>
        <w:rPr>
          <w:rFonts w:ascii="Calibri" w:hAnsi="Calibri" w:cs="Calibri" w:eastAsia="Calibri"/>
          <w:b w:val="0"/>
          <w:color w:val="5D5A70"/>
          <w:sz w:val="21"/>
        </w:rPr>
        <w:t>Escribe el resumen de forma que el comprador pueda reenviarlo a quien aprueba el presupuesto.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Si dice que sí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Envía la cotización o el contrato para firmar, y un enlace de pago si cobras un anticipo.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Pon el negocio en Ganado solo después de una firma, un pago o un sí por escrito.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Tarea del CRM, vinculada al negocio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Qué escribir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Título de la tarea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resumen de la reunión: [negocio]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Asignado, fecha límite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Responsable del negocio, el día de la llamada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 terminar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Resumen de estado: qué se acordó y quién decide y cuándo. Crea la tarea Comprobar la decisión: [negocio].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Marca como Ganado tras: </w:t>
      </w:r>
      <w:r>
        <w:rPr>
          <w:rFonts w:ascii="Calibri" w:hAnsi="Calibri" w:cs="Calibri" w:eastAsia="Calibri"/>
          <w:b w:val="0"/>
          <w:color w:val="5D5A70"/>
          <w:sz w:val="21"/>
        </w:rPr>
        <w:t>Una firma, Un pago, Un sí por escrito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Ejemplo: Una propuesta, dos seguimientos y firma el día 13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Brightway Office Cleaning, una empresa ficticia, cotiza la limpieza nocturna de dos clínicas dentales y usa esta secuencia de correos de seguimiento de ventas. La compradora responde al correo del Día 5 con dos objeciones, luego hay una llamada y el negocio se firma 13 días después de la propuesta. Los correos de los Días 9 y 14 no hicieron falta.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Compradora: </w:t>
      </w:r>
      <w:r>
        <w:rPr>
          <w:rFonts w:ascii="Calibri" w:hAnsi="Calibri" w:cs="Calibri" w:eastAsia="Calibri"/>
          <w:b w:val="0"/>
          <w:color w:val="15131F"/>
          <w:sz w:val="21"/>
        </w:rPr>
        <w:t>Hola, necesitamos una cotización para la limpieza nocturna de nuestras dos clínicas dentales, unos 6.500 pies cuadrados en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Gracias, Elena. Kim, de nuestro equipo, te escribirá hoy por correo para agendar una visita a las dos clínicas.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ventas: </w:t>
      </w:r>
      <w:r>
        <w:rPr>
          <w:rFonts w:ascii="Calibri" w:hAnsi="Calibri" w:cs="Calibri" w:eastAsia="Calibri"/>
          <w:b w:val="0"/>
          <w:color w:val="15131F"/>
          <w:sz w:val="21"/>
        </w:rPr>
        <w:t>Día 0, martes 22 de septiembre: Gracias por enseñarme las dos clínicas. Te adjunto la propuesta: 5 noches por semana desde el 2 de noviembre, 2.150 $ al mes, válida hasta el 22 de octubre. ¿Te viene bien el jueves a las 10:00 o el viernes a las 14:00 para una llamada de 15 minutos?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ventas: </w:t>
      </w:r>
      <w:r>
        <w:rPr>
          <w:rFonts w:ascii="Calibri" w:hAnsi="Calibri" w:cs="Calibri" w:eastAsia="Calibri"/>
          <w:b w:val="0"/>
          <w:color w:val="15131F"/>
          <w:sz w:val="21"/>
        </w:rPr>
        <w:t>Día 2, jueves 24 de septiembre: Hola, Elena. Quería asegurarme de que te llegó la propuesta. ¿Podemos dedicarle 15 minutos el viernes a las 14:00 o el lunes a las 10:00?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ventas: </w:t>
      </w:r>
      <w:r>
        <w:rPr>
          <w:rFonts w:ascii="Calibri" w:hAnsi="Calibri" w:cs="Calibri" w:eastAsia="Calibri"/>
          <w:b w:val="0"/>
          <w:color w:val="15131F"/>
          <w:sz w:val="21"/>
        </w:rPr>
        <w:t>Día 5, lunes 28 de septiembre (caía en domingo, pasa al lunes): Te envío la lista de comprobación de una página que usamos en clínicas dentales. Si alguna parte de la propuesta no encaja, dime cuál.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Compradora: </w:t>
      </w:r>
      <w:r>
        <w:rPr>
          <w:rFonts w:ascii="Calibri" w:hAnsi="Calibri" w:cs="Calibri" w:eastAsia="Calibri"/>
          <w:b w:val="0"/>
          <w:color w:val="15131F"/>
          <w:sz w:val="21"/>
        </w:rPr>
        <w:t>Gracias, esto ayuda. Se pasa de nuestro presupuesto, y el Dr. Patel tiene que aprobar todo lo que supere los 2.000 $ al mes.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ventas: </w:t>
      </w:r>
      <w:r>
        <w:rPr>
          <w:rFonts w:ascii="Calibri" w:hAnsi="Calibri" w:cs="Calibri" w:eastAsia="Calibri"/>
          <w:b w:val="0"/>
          <w:color w:val="15131F"/>
          <w:sz w:val="21"/>
        </w:rPr>
        <w:t>Tiene sentido. Una opción: 5 noches en la clínica principal y 3 en la más pequeña, por 1.890 $ al mes. ¿Podemos hablar 20 minutos con el Dr. Patel el miércoles a las 12:30?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Compradora: </w:t>
      </w:r>
      <w:r>
        <w:rPr>
          <w:rFonts w:ascii="Calibri" w:hAnsi="Calibri" w:cs="Calibri" w:eastAsia="Calibri"/>
          <w:b w:val="0"/>
          <w:color w:val="15131F"/>
          <w:sz w:val="21"/>
        </w:rPr>
        <w:t>El miércoles a las 12:30 nos viene bien a los 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ventas: </w:t>
      </w:r>
      <w:r>
        <w:rPr>
          <w:rFonts w:ascii="Calibri" w:hAnsi="Calibri" w:cs="Calibri" w:eastAsia="Calibri"/>
          <w:b w:val="0"/>
          <w:color w:val="15131F"/>
          <w:sz w:val="21"/>
        </w:rPr>
        <w:t>Resumen, miércoles 30 de septiembre: Como acordamos, 5 noches en la clínica principal y 3 en la segunda, 1.890 $ al mes desde el 2 de noviembre. Te adjunto la propuesta actualizada para la firma electrónica. El Dr. Patel decide antes del viernes 9 de octubre.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Compradora: </w:t>
      </w:r>
      <w:r>
        <w:rPr>
          <w:rFonts w:ascii="Calibri" w:hAnsi="Calibri" w:cs="Calibri" w:eastAsia="Calibri"/>
          <w:b w:val="0"/>
          <w:color w:val="15131F"/>
          <w:sz w:val="21"/>
        </w:rPr>
        <w:t>Lunes 5 de octubre: Firmado. Nos vemos el 2 de noviembre.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El negocio en el CRM el 5 de octubre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Negocio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Limpieza nocturna · Harbor Dental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 principal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Elena Ruiz, gerente de la clínica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Asignado 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Kim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Propuesta enviada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Mar. 22 sep., 2.150 $ al mes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Respondió tras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Correo del Día 5: precio, quién decide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 final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22.680 $ al año (1.890 $ al mes)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Ganado el 5 oct., día 13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Tareas de 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Fecha límite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Jue. 24 sep.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Confirmación del Día 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sin respuesta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Lun. 28 sep.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Correo de valor del Día 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respuesta el mismo día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Lun. 28 sep.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a la objeción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Llamada agendada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Mié. 30 sep.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resumen de la reunión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Enviado, nueva propuesta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Vie. 9 oct.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Comprobar la decisión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Firmado el 5 oct.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y compradora ficticias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Cuántos correos de seguimiento enviar y cuándo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Día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Correo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 función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Para o cambia si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Día 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Propuesta enviada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Resume la oferta y pide una llamada de 15 minutos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Agenda la llamada: envía el resumen después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Día 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Confirmación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Comprueba que llegó y vuelve a ofrecer la llamada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Cualquier respuesta, una llamada agendada o un no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Día 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Aportar valor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Envía algo que le ayude a decidir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Cualquier respuesta, una llamada agendada o un no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Día 9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 respuesta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Ofrece cuatro respuestas fáciles, incluido el 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Cualquier respuesta, incluido «ahora no»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Día 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Correo de cierre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Cierra con amabilidad y deja la puerta abierta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 respuesta en 3 días laborables: Perdido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Cuándo parar la secuencia y qué hacer en su lugar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Los correos de la secuencia son solo para el silencio. En cuanto el comprador haga algo, para la secuencia y trátalo como una conversación. Cierra la tarea abierta con un resumen de estado para que el negocio refleje lo que pasó.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Responde con una pregunta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Para los correos de la secuencia. Responde en un día laborable como máximo y termina con un siguiente paso. Sustituye la tarea abierta por una tarea para ese paso.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Agenda una llamada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Marca como hecha la tarea de seguimiento y crea una tarea para enviar el resumen de la reunión el día de la llamada. Adjunta la propuesta a la invitación del calendario.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Dice que ahora no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Pregunta qué tiene que pasar antes y cuándo volver a escribir. Crea una tarea para esa fecha. El negocio sigue abierto.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Gracias por avisarme. ¿Te parece bien que vuelva a escribirte el [fecha]?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Dice que no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Dale las gracias, haz una sola pregunta sobre el motivo y cierra el negocio como Perdido con el motivo en las notas. Nunca discutas.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Respuesta: </w:t>
      </w:r>
      <w:r>
        <w:rPr>
          <w:rFonts w:ascii="Calibri" w:hAnsi="Calibri" w:cs="Calibri" w:eastAsia="Calibri"/>
          <w:b w:val="0"/>
          <w:color w:val="15131F"/>
          <w:sz w:val="21"/>
        </w:rPr>
        <w:t>Gracias por decírmelo. ¿Puedo preguntarte qué marcó la diferencia? Nos ayuda a mejorar, y espero que podamos trabajar juntos en otra ocasión.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respuesta automática de ausencia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 es una respuesta. Mueve la tarea abierta al día siguiente de su vuelta y sigue desde ahí.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Responde otra persona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Añade a la nueva persona al negocio como contacto, envíale la propuesta con una presentación de dos líneas y vuelve a empezar en el Día 2.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Nunca pongas una fecha límite falsa, nunca añadas a un comprador a tu boletín porque no respondió y nunca escribas «solo quería hacer un seguimiento» sin nada nuevo.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Configura el seguimiento de propuestas en 5 pasos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Escribe tus versiones una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Rellena los corchetes y guarda cada correo como borrador o plantilla en tu buzón.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Un responsable por propuesta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Quien envía la propuesta envía todos los seguimientos. Un suplente con nombre cubre las ausencias.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Crea las tareas de una en una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Envía, marca la tarea como hecha, anota qué pasó y crea la siguiente.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Para con la primera respuesta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respuesta, una llamada agendada o un no detienen los correos de la secuencia.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el resultado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Ganado o Perdido el día que lo sepas, con el motivo.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Configúralo en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Abre «Negocios» en el menú de la izquierda. Abre el negocio o haz clic en «Nuevo trato» y rellena el título, el valor, la etapa, la fecha de cierre prevista, el contacto principal y «Asignado 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En Launch, prepara el precio con «Nueva cotización» en «Cotizaciones», vincúlala al negocio y rellena «Válido hasta». Cambia su «Estado» a «Enviado» cuando la envíes por correo.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Abre «Tareas» en el menú de la izquierda y haz clic en «Nueva tarea». Escribe el «Título de la tarea», elige a la persona en «Asignado», fija la «Fecha límite» y elige el «Negocio vinculado». La página del negocio la muestra en «Tareas vinculadas».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Envía el correo desde tu propio buzón. Después, escribe qué pasó en el «Resumen de estado» de la tarea, haz clic en «Marcar como hecho» y crea la siguiente tarea.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Cada mañana, abre «Mis tareas» y despeja primero «Para hoy» y «Atrasadas».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Cuando el comprador diga que sí, usa «Enviar para firmar» en la página del negocio y crea un enlace de pago en la factura. Después, cambia el «Estado» del negocio a «Ganado», o a «Perdido» con el motivo en «Notas».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 envía estos correos por ti: los envías desde tu propio buzón y las tareas marcan los tiempos. Los negocios con 1 pipeline y las tareas básicas son gratis. Las cotizaciones, las facturas, la firma electrónica y los enlaces de pago vienen con Launch, 19 $ al mes con facturación anual.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Revisión semanal de seguimientos, 10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propuesta abierta tiene una tarea de seguimiento abierta.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Tareas atrasadas: envía hoy o cambia la fecha con un motivo.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Sin respuesta 3 días laborables después del Día 14: cierra el negocio como Perdido.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Los negocios detenidos tienen una siguiente acción y una fecha.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Los negocios cerrados tienen un resultado y un motivo.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Plantilla gratis de CRMsoftware.pro. Datos de ejemplo ficticios.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https://crmsoftware.pro/es/templates/sales-follow-up-email-sequence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Secuencia de correos de seguimiento de ventas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