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Scripts de qualification de leads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Cinq scripts pour le chat, le téléphone, les réservations et les essais SaaS, une grille de notation et un exemple rempli. Par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Remplacez chaque mot entre [crochets] par vos propres informations avant d'utiliser un script.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1. Demande de service : chat du site ou WhatsApp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Objectif : </w:t>
      </w:r>
      <w:r>
        <w:rPr>
          <w:rFonts w:ascii="Calibri" w:hAnsi="Calibri" w:cs="Calibri" w:eastAsia="Calibri"/>
          <w:b w:val="0"/>
          <w:color w:val="15131F"/>
          <w:sz w:val="21"/>
        </w:rPr>
        <w:t>Savoir en 4 à 6 messages courts si le lead vous convient, puis réserver un appel ou passer la main à une personne.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Accueil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Bonjour, merci d'avoir contacté [Entreprise]. Comment pouvons-nous vous aider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Posez une seule question par message et attendez la réponse.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Besoin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Entendu. Qu'aimeriez-vous changer ou régler en priorité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Adéquation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Où se situe le projet ? Nous intervenons à [zone d'intervention].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Hors de votre zone, ou un service que vous ne proposez pas : passez à la sortie polie.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Délai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Quand aimeriez-vous commencer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Le lead se renseigne seulement, ou le début est dans plus de [6 mois] : envoyez un guide utile et fixez une date de relance.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Budget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Les projets comme celui-ci coûtent généralement [fourchette de prix]. Cela correspond-il à ce que vous aviez en tête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En dessous de [budget minimum] : passez à la sortie polie et proposez une alternative.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Décision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D'autres personnes participeront-elles à la décision ? Elles sont les bienvenues pendant l'appel.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Étape suivante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Parfait. L'étape suivante est un appel gratuit de [20] minutes avec [nom du commercial]. Voici le lien de réservation : [lien de réservation]. À quelle adresse e-mail puis-je envoyer la confirmation ? 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recueillir avant le transfert : </w:t>
      </w:r>
      <w:r>
        <w:rPr>
          <w:rFonts w:ascii="Calibri" w:hAnsi="Calibri" w:cs="Calibri" w:eastAsia="Calibri"/>
          <w:b w:val="0"/>
          <w:color w:val="15131F"/>
          <w:sz w:val="21"/>
        </w:rPr>
        <w:t>Nom, Service souhaité, Lieu ou zone d'intervention, Date de début, Fourchette de budget, Qui décide, E-mail ou téléphone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Arrêtez les questions quand : </w:t>
      </w:r>
      <w:r>
        <w:rPr>
          <w:rFonts w:ascii="Calibri" w:hAnsi="Calibri" w:cs="Calibri" w:eastAsia="Calibri"/>
          <w:b w:val="0"/>
          <w:color w:val="15131F"/>
          <w:sz w:val="21"/>
        </w:rPr>
        <w:t>Vous connaissez le besoin, l'adéquation, la date de début et le moyen de joindre la personne. Ne posez jamais plus de 6 questions dans le chat, et passez la main tout de suite si le lead demande à parler à quelqu'un ou un prix que vous ne pouvez pas donner.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transmettre aux ventes : </w:t>
      </w:r>
      <w:r>
        <w:rPr>
          <w:rFonts w:ascii="Calibri" w:hAnsi="Calibri" w:cs="Calibri" w:eastAsia="Calibri"/>
          <w:b w:val="0"/>
          <w:color w:val="15131F"/>
          <w:sz w:val="21"/>
        </w:rPr>
        <w:t>[Nom] souhaite [service] à [lieu]. Objectif : [objectif]. Début : [date]. Budget : [fourchette]. Décide : [qui]. Note : [x]/10, [Chaud ou Tiède]. Étape suivante : appel réservé le [date et heure]. Source : chat du site.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2. Appel téléphonique entrant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Objectif : </w:t>
      </w:r>
      <w:r>
        <w:rPr>
          <w:rFonts w:ascii="Calibri" w:hAnsi="Calibri" w:cs="Calibri" w:eastAsia="Calibri"/>
          <w:b w:val="0"/>
          <w:color w:val="15131F"/>
          <w:sz w:val="21"/>
        </w:rPr>
        <w:t>Qualifier l'appelant en moins de 8 minutes et convenir de l'étape suivante avant de raccrocher.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Accueil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Merci d'avoir appelé [Entreprise], ici [votre prénom]. Comment puis-je vous aider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Laissez d'abord parler l'appelant et notez ses mots exacts.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Accord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Puis-je vous poser quelques questions rapides pour vous orienter vers la bonne personne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Le moment est mal choisi : convenez d'une heure de rappel et envoyez une invitation dans l'agenda.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Besoin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Qu'est-ce qui vous amène à appeler aujourd'hui, et qu'avez-vous déjà essayé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Impact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Que se passe-t-il si ce n'est pas réglé d'ici [mois]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Adéquation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Quelle est la taille du projet : combien de [personnes, pièces, sites ou unités]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Trop petit ou trop grand pour vous : passez à la sortie polie.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Budget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La plupart de nos clients investissent entre [fourchette de prix]. Est-ce compatible avec votre budget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Pas encore de budget : proposez d'envoyer une grille tarifaire par e-mail et fixez un appel de suivi.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Décision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Qui d'autre participera au choix, et que voudra-t-il voir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Étape suivante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Si tout vous convient, quand aimeriez-vous commencer ? Réservons [30] minutes avec [nom du commercial] le [jour]. [Heure], cela vous convient ? 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recueillir avant le transfert : </w:t>
      </w:r>
      <w:r>
        <w:rPr>
          <w:rFonts w:ascii="Calibri" w:hAnsi="Calibri" w:cs="Calibri" w:eastAsia="Calibri"/>
          <w:b w:val="0"/>
          <w:color w:val="15131F"/>
          <w:sz w:val="21"/>
        </w:rPr>
        <w:t>Nom et entreprise, Motif de l'appel, Ce qui a déjà été essayé, Taille ou périmètre, Fourchette de budget, Qui décide, Date de début, Comment il vous a trouvé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Arrêtez les questions quand : </w:t>
      </w:r>
      <w:r>
        <w:rPr>
          <w:rFonts w:ascii="Calibri" w:hAnsi="Calibri" w:cs="Calibri" w:eastAsia="Calibri"/>
          <w:b w:val="0"/>
          <w:color w:val="15131F"/>
          <w:sz w:val="21"/>
        </w:rPr>
        <w:t>Huit minutes sont passées, ou vous connaissez le besoin, l'adéquation, le budget, le processus de décision et la date de début. Fixez l'étape suivante pendant l'appel ; ne terminez jamais par une vague promesse d'envoyer des informations.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transmettre aux ventes : </w:t>
      </w:r>
      <w:r>
        <w:rPr>
          <w:rFonts w:ascii="Calibri" w:hAnsi="Calibri" w:cs="Calibri" w:eastAsia="Calibri"/>
          <w:b w:val="0"/>
          <w:color w:val="15131F"/>
          <w:sz w:val="21"/>
        </w:rPr>
        <w:t>[Nom] de [entreprise] a appelé au sujet de [besoin]. Déjà essayé : [quoi]. Taille : [périmètre]. Budget : [fourchette]. Décide : [qui]. Début : [date]. Nous a trouvés via [source]. Note : [x]/10. Étape suivante : [date et heure du rendez-vous].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3. Demande de réservation : hôtel, circuit, location de bateau ou salle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Objectif : </w:t>
      </w:r>
      <w:r>
        <w:rPr>
          <w:rFonts w:ascii="Calibri" w:hAnsi="Calibri" w:cs="Calibri" w:eastAsia="Calibri"/>
          <w:b w:val="0"/>
          <w:color w:val="15131F"/>
          <w:sz w:val="21"/>
        </w:rPr>
        <w:t>Recueillir toutes les informations de réservation et préciser qu'il s'agit d'une demande tant qu'une personne n'a pas confirmé la disponibilité et le paiement.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Dates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Merci de l'intérêt que vous portez à [établissement]. Quelles dates vous intéressent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Les dates sont floues : proposez deux options, par exemple ce week-end ou le suivant.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Personnes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Combien de personnes serez-vous, et y a-t-il des enfants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Option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Êtes-vous intéressé par [option A] ou [option B] ? Les prix commencent actuellement à [prix].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Ne citez que des prix issus de votre grille tarifaire actuelle.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Budget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Avez-vous un budget par [nuit ou personne] en tête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En dessous de votre tarif le plus bas : proposez d'autres dates ou une option moins chère.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Demandes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Avez-vous des demandes particulières, comme l'accessibilité, un régime alimentaire ou des transferts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Complet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Les dates sont complètes : indiquez que [dates] sont complètes, proposez [alternative 1] ou [alternative 2] et demandez s'il faut noter l'une d'elles comme demande.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Langue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Le client écrit dans une autre langue : répondez dans cette langue et rédigez la note interne dans la langue de votre équipe.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Conclusion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Merci. Votre demande pour [dates], [personnes] et [option] est bien notée. Ce n'est pas encore une réservation confirmée : [membre de l'équipe] confirmera la disponibilité et le paiement avant [heure]. Quel est le meilleur e-mail ou numéro pour vous joindre ? 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recueillir avant le transfert : </w:t>
      </w:r>
      <w:r>
        <w:rPr>
          <w:rFonts w:ascii="Calibri" w:hAnsi="Calibri" w:cs="Calibri" w:eastAsia="Calibri"/>
          <w:b w:val="0"/>
          <w:color w:val="15131F"/>
          <w:sz w:val="21"/>
        </w:rPr>
        <w:t>Dates et horaires, Nombre de personnes, Chambre, circuit ou prestation, Budget par nuit ou par personne, Demandes particulières, Langue préférée, E-mail ou téléphone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Arrêtez les questions quand : </w:t>
      </w:r>
      <w:r>
        <w:rPr>
          <w:rFonts w:ascii="Calibri" w:hAnsi="Calibri" w:cs="Calibri" w:eastAsia="Calibri"/>
          <w:b w:val="0"/>
          <w:color w:val="15131F"/>
          <w:sz w:val="21"/>
        </w:rPr>
        <w:t>Vous avez les dates, le nombre de personnes, l'option et les coordonnées. Ne confirmez jamais une disponibilité, un prix ou un remboursement qu'une personne n'a pas vérifié.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transmettre aux ventes : </w:t>
      </w:r>
      <w:r>
        <w:rPr>
          <w:rFonts w:ascii="Calibri" w:hAnsi="Calibri" w:cs="Calibri" w:eastAsia="Calibri"/>
          <w:b w:val="0"/>
          <w:color w:val="15131F"/>
          <w:sz w:val="21"/>
        </w:rPr>
        <w:t>Demande : [dates], [personnes] personnes ([enfants] enfants), [option]. Budget : [montant] par [nuit ou personne]. Demandes : [notes]. Langue : [langue]. Contact : [e-mail ou téléphone]. Statut : demande, non confirmée. Confirmer avant : [heure].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4. Demande de démo SaaS ou essai gratuit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Objectif : </w:t>
      </w:r>
      <w:r>
        <w:rPr>
          <w:rFonts w:ascii="Calibri" w:hAnsi="Calibri" w:cs="Calibri" w:eastAsia="Calibri"/>
          <w:b w:val="0"/>
          <w:color w:val="15131F"/>
          <w:sz w:val="21"/>
        </w:rPr>
        <w:t>Comprendre le cas d'usage, la taille de l'équipe et l'échéance, puis orienter le lead vers une configuration autonome, une démo ou un suivi de maturation.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Cas d'usage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Merci d'essayer [produit]. Que souhaitez-vous accomplir en premier avec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Outil actuel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Qu'utilisez-vous aujourd'hui, et qu'est-ce qui ne fonctionne pas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Taille de l'équipe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Combien de personnes l'utiliseraient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De [1 à 3] utilisateurs : envoyez le guide de configuration et le lien vers l'offre gratuite pour qu'ils se lancent seuls.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Intégrations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Avec quels outils doit-il fonctionner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Une intégration indispensable manque : dites-le honnêtement et enregistrez-la comme demande de fonctionnalité.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Échéance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Pour quand en avez-vous besoin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Décision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Qui d'autre doit valider : un responsable, l'IT ou la finance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Budget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Avez-vous un budget prévu pour cela, par mois ou par an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Orientation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Une démo de [20] minutes avec [nom du commercial] le [jour] couvrirait [cas d'usage]. [Heure], cela vous convient ? 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 : </w:t>
      </w:r>
      <w:r>
        <w:rPr>
          <w:rFonts w:ascii="Calibri" w:hAnsi="Calibri" w:cs="Calibri" w:eastAsia="Calibri"/>
          <w:b w:val="0"/>
          <w:color w:val="15131F"/>
          <w:sz w:val="21"/>
        </w:rPr>
        <w:t>Ni échéance ni budget : envoyez une courte étude de cas et relancez dans [30 jours].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recueillir avant le transfert : </w:t>
      </w:r>
      <w:r>
        <w:rPr>
          <w:rFonts w:ascii="Calibri" w:hAnsi="Calibri" w:cs="Calibri" w:eastAsia="Calibri"/>
          <w:b w:val="0"/>
          <w:color w:val="15131F"/>
          <w:sz w:val="21"/>
        </w:rPr>
        <w:t>Entreprise et fonction, Cas d'usage principal, Outil actuel, Nombre d'utilisateurs, Intégrations indispensables, Échéance, Qui valide, Budget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Arrêtez les questions quand : </w:t>
      </w:r>
      <w:r>
        <w:rPr>
          <w:rFonts w:ascii="Calibri" w:hAnsi="Calibri" w:cs="Calibri" w:eastAsia="Calibri"/>
          <w:b w:val="0"/>
          <w:color w:val="15131F"/>
          <w:sz w:val="21"/>
        </w:rPr>
        <w:t>Vous pouvez choisir l'orientation : configuration autonome, démo ou maturation. Ne faites pas toute la démo dans le chat.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transmettre aux ventes : </w:t>
      </w:r>
      <w:r>
        <w:rPr>
          <w:rFonts w:ascii="Calibri" w:hAnsi="Calibri" w:cs="Calibri" w:eastAsia="Calibri"/>
          <w:b w:val="0"/>
          <w:color w:val="15131F"/>
          <w:sz w:val="21"/>
        </w:rPr>
        <w:t>[Entreprise], [fonction]. Cas d'usage : [cas d'usage]. Aujourd'hui : [outil actuel]. Utilisateurs : [nombre]. Besoins : [intégrations]. Échéance : [date]. Valide : [qui]. Budget : [montant]. Orientation : [autonome, démo ou maturation].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5. Le lead ne convient pas : sortie polie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Objectif : </w:t>
      </w:r>
      <w:r>
        <w:rPr>
          <w:rFonts w:ascii="Calibri" w:hAnsi="Calibri" w:cs="Calibri" w:eastAsia="Calibri"/>
          <w:b w:val="0"/>
          <w:color w:val="15131F"/>
          <w:sz w:val="21"/>
        </w:rPr>
        <w:t>Dire non rapidement et avec gentillesse, proposer une alternative utile et protéger le temps de votre équipe.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Budget trop bas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Merci pour ces précisions. Nos projets commencent à [minimum], nous ne sommes donc probablement pas le bon choix pour l'instant. [Alternative] vous conviendra peut-être mieux : [lien].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Service non proposé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Nous ne proposons pas [service], mais [partenaire ou ressource] le fait. Souhaitez-vous ses coordonnées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Hors zone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Pour le moment, nous intervenons uniquement à [zone d'intervention]. Puis-je garder vos coordonnées au cas où cela changerait ?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Calendrier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Nous ne pouvons pas commencer avant le [date]. Si cela vous convient toujours, je peux revenir vers vous le [date].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Pas un acheteur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Merci pour votre message. Pour [les candidatures ou les partenariats], merci d'utiliser [lien ou e-mail]. 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Conclusion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 : </w:t>
      </w:r>
      <w:r>
        <w:rPr>
          <w:rFonts w:ascii="Calibri" w:hAnsi="Calibri" w:cs="Calibri" w:eastAsia="Calibri"/>
          <w:b w:val="0"/>
          <w:color w:val="15131F"/>
          <w:sz w:val="21"/>
        </w:rPr>
        <w:t>« Merci encore d'avoir pensé à nous, et bonne chance pour [projet]. 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recueillir avant le transfert : </w:t>
      </w:r>
      <w:r>
        <w:rPr>
          <w:rFonts w:ascii="Calibri" w:hAnsi="Calibri" w:cs="Calibri" w:eastAsia="Calibri"/>
          <w:b w:val="0"/>
          <w:color w:val="15131F"/>
          <w:sz w:val="21"/>
        </w:rPr>
        <w:t>Raison pour laquelle le lead ne convient pas, Pourrait convenir plus tard : oui ou non, Date de relance, si oui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Arrêtez les questions quand : </w:t>
      </w:r>
      <w:r>
        <w:rPr>
          <w:rFonts w:ascii="Calibri" w:hAnsi="Calibri" w:cs="Calibri" w:eastAsia="Calibri"/>
          <w:b w:val="0"/>
          <w:color w:val="15131F"/>
          <w:sz w:val="21"/>
        </w:rPr>
        <w:t>Vous avez envoyé un message poli avec une alternative utile. Ne discutez pas et n'accordez pas de remise uniquement pour garder un lead qui ne convient pas.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À transmettre aux ventes : </w:t>
      </w:r>
      <w:r>
        <w:rPr>
          <w:rFonts w:ascii="Calibri" w:hAnsi="Calibri" w:cs="Calibri" w:eastAsia="Calibri"/>
          <w:b w:val="0"/>
          <w:color w:val="15131F"/>
          <w:sz w:val="21"/>
        </w:rPr>
        <w:t>Statut : disqualifié. Raison : [budget, zone, service, calendrier ou pas un acheteur]. Pourrait convenir plus tard : [oui ou non]. Relance le : [date ou aucune].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30"/>
        </w:rPr>
        <w:t>Grille de notation : de 0 à 10 points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Critère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0 point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 point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 points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Besoin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 de problème clair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Intérêt vague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Problème clair que vous résolvez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Adéquation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Hors de votre zone ou de votre périmètre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Convient en partie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Correspond à votre zone et à votre périmètre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Budget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 dessous de votre minimum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 encore abordé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Dans votre fourchette de prix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Autorité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Inconnue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Influenceur ou en recherche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Décideur, ou présent à l'appel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Délai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Aucune date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Dans 3 à 6 mois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Sous 90 jours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6"/>
        </w:rPr>
        <w:t>Que faire selon le statut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Statut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 faire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Chaud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 à 10 points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Réservez un appel maintenant, ou transmettez à un commercial dans l'heure.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Tiède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à 7 points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Envoyez quelque chose d'utile et créez une tâche de relance datée.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Froid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 à 4 points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Ajoutez-le à une newsletter ou à un programme de maturation à long terme. Aucun temps commercial.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 convient pas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 point en adéquation ou en budget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Utilisez le script de sortie polie et notez la raison.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Exemple rempli: Un chat sur le site qui se termine par un appel réservé</w:t>
      </w:r>
    </w:p>
    <w:p>
      <w:pPr>
        <w:spacing w:after="160"/>
      </w:pPr>
      <w:r>
        <w:rPr>
          <w:rFonts w:ascii="Calibri" w:hAnsi="Calibri" w:cs="Calibri" w:eastAsia="Calibri"/>
          <w:b w:val="0"/>
          <w:color w:val="5D5A70"/>
          <w:sz w:val="21"/>
        </w:rPr>
        <w:t>Le script 1 en action pour une entreprise de rénovation fictive, avec la note de transfert et la note qu'il produit.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Visiteur : </w:t>
      </w:r>
      <w:r>
        <w:rPr>
          <w:rFonts w:ascii="Calibri" w:hAnsi="Calibri" w:cs="Calibri" w:eastAsia="Calibri"/>
          <w:b w:val="0"/>
          <w:color w:val="15131F"/>
          <w:sz w:val="21"/>
        </w:rPr>
        <w:t>Bonjour, vous rénovez des cuisines 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 : </w:t>
      </w:r>
      <w:r>
        <w:rPr>
          <w:rFonts w:ascii="Calibri" w:hAnsi="Calibri" w:cs="Calibri" w:eastAsia="Calibri"/>
          <w:b w:val="0"/>
          <w:color w:val="15131F"/>
          <w:sz w:val="21"/>
        </w:rPr>
        <w:t>Bonjour, merci d'avoir contacté Northstar Renovations. Oui, les cuisines représentent l'essentiel de notre activité. Que souhaitez-vous changer dans la vôtre 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Visiteur : </w:t>
      </w:r>
      <w:r>
        <w:rPr>
          <w:rFonts w:ascii="Calibri" w:hAnsi="Calibri" w:cs="Calibri" w:eastAsia="Calibri"/>
          <w:b w:val="0"/>
          <w:color w:val="15131F"/>
          <w:sz w:val="21"/>
        </w:rPr>
        <w:t>Nouveaux meubles et plans de travail, et peut-être déplacer l'évier.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 : </w:t>
      </w:r>
      <w:r>
        <w:rPr>
          <w:rFonts w:ascii="Calibri" w:hAnsi="Calibri" w:cs="Calibri" w:eastAsia="Calibri"/>
          <w:b w:val="0"/>
          <w:color w:val="15131F"/>
          <w:sz w:val="21"/>
        </w:rPr>
        <w:t>C'est un beau projet. Où se trouve la maison ? Nous intervenons à Austin et dans les villes voisines.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Visiteur : </w:t>
      </w:r>
      <w:r>
        <w:rPr>
          <w:rFonts w:ascii="Calibri" w:hAnsi="Calibri" w:cs="Calibri" w:eastAsia="Calibri"/>
          <w:b w:val="0"/>
          <w:color w:val="15131F"/>
          <w:sz w:val="21"/>
        </w:rPr>
        <w:t>À Round Rock.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 : </w:t>
      </w:r>
      <w:r>
        <w:rPr>
          <w:rFonts w:ascii="Calibri" w:hAnsi="Calibri" w:cs="Calibri" w:eastAsia="Calibri"/>
          <w:b w:val="0"/>
          <w:color w:val="15131F"/>
          <w:sz w:val="21"/>
        </w:rPr>
        <w:t>C'est dans notre zone. Quand aimeriez-vous commencer 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Visiteur : </w:t>
      </w:r>
      <w:r>
        <w:rPr>
          <w:rFonts w:ascii="Calibri" w:hAnsi="Calibri" w:cs="Calibri" w:eastAsia="Calibri"/>
          <w:b w:val="0"/>
          <w:color w:val="15131F"/>
          <w:sz w:val="21"/>
        </w:rPr>
        <w:t>Idéalement en mars.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 : </w:t>
      </w:r>
      <w:r>
        <w:rPr>
          <w:rFonts w:ascii="Calibri" w:hAnsi="Calibri" w:cs="Calibri" w:eastAsia="Calibri"/>
          <w:b w:val="0"/>
          <w:color w:val="15131F"/>
          <w:sz w:val="21"/>
        </w:rPr>
        <w:t>Les projets de cuisine comme celui-ci coûtent généralement entre 25 000 et 45 000 $. Cela correspond-il à ce que vous aviez en tête 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Visiteur : </w:t>
      </w:r>
      <w:r>
        <w:rPr>
          <w:rFonts w:ascii="Calibri" w:hAnsi="Calibri" w:cs="Calibri" w:eastAsia="Calibri"/>
          <w:b w:val="0"/>
          <w:color w:val="15131F"/>
          <w:sz w:val="21"/>
        </w:rPr>
        <w:t>Oui, nous avons prévu environ 35 000 $.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 : </w:t>
      </w:r>
      <w:r>
        <w:rPr>
          <w:rFonts w:ascii="Calibri" w:hAnsi="Calibri" w:cs="Calibri" w:eastAsia="Calibri"/>
          <w:b w:val="0"/>
          <w:color w:val="15131F"/>
          <w:sz w:val="21"/>
        </w:rPr>
        <w:t>D'autres personnes participeront-elles à la décision 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Visiteur : </w:t>
      </w:r>
      <w:r>
        <w:rPr>
          <w:rFonts w:ascii="Calibri" w:hAnsi="Calibri" w:cs="Calibri" w:eastAsia="Calibri"/>
          <w:b w:val="0"/>
          <w:color w:val="15131F"/>
          <w:sz w:val="21"/>
        </w:rPr>
        <w:t>Mon mari. Il veut être présent lors de l'appel.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 : </w:t>
      </w:r>
      <w:r>
        <w:rPr>
          <w:rFonts w:ascii="Calibri" w:hAnsi="Calibri" w:cs="Calibri" w:eastAsia="Calibri"/>
          <w:b w:val="0"/>
          <w:color w:val="15131F"/>
          <w:sz w:val="21"/>
        </w:rPr>
        <w:t>Parfait. L'étape suivante est un appel gratuit de 30 minutes avec Dan, notre chef de projet. Voici le lien de réservation. À quelle adresse e-mail puis-je envoyer la confirmation 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Visiteur : </w:t>
      </w:r>
      <w:r>
        <w:rPr>
          <w:rFonts w:ascii="Calibri" w:hAnsi="Calibri" w:cs="Calibri" w:eastAsia="Calibri"/>
          <w:b w:val="0"/>
          <w:color w:val="15131F"/>
          <w:sz w:val="21"/>
        </w:rPr>
        <w:t>C'est réservé pour mardi à 17 h 30. J'ai mis mon e-mail professionnel.</w:t>
      </w:r>
    </w:p>
    <w:p>
      <w:pPr>
        <w:spacing w:after="80"/>
      </w:pP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Note de transfert : </w:t>
      </w:r>
      <w:r>
        <w:rPr>
          <w:rFonts w:ascii="Calibri" w:hAnsi="Calibri" w:cs="Calibri" w:eastAsia="Calibri"/>
          <w:b w:val="0"/>
          <w:color w:val="15131F"/>
          <w:sz w:val="21"/>
        </w:rPr>
        <w:t>Maria L., propriétaire à Round Rock. Souhaite rénover sa cuisine : nouveaux meubles et plans de travail, peut-être déplacer l'évier. Début : mars. Budget : environ 35 000 $ (notre fourchette : 25 000 à 45 000 $). Décident : Maria et son mari, tous deux présents à l'appel. Note : 9/10, chaud. Étape suivante : appel avec Dan, mardi 17 h 30. Source : chat du site.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Critère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Besoin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Problème clair que nous résolvons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Adéquation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Dans notre zone et notre périmètre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Budget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Dans notre fourchette de prix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Autorité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deux décideurs présents à l'appel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Délai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Début dans environ 5 mois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Total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Chaud : réservez l'appel maintenant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9/10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Modèle gratuit de CRMsoftware.pro. Copiez-le, modifiez-le et utilisez-le dans votre activité.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https://crmsoftware.pro/fr/templates/lead-qualification-script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Scripts de qualification de leads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