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Exemples de message d’absence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Messages d’absence pour les vacances, la fermeture des fêtes, la maladie et l’arrêt maladie, le congé parental et le congé long, les conférences et périodes chargées, le week-end, le départ d’un salarié, et des versions courtes pour le statut, le répondeur et le chat du site. Par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Choisissez l’onglet qui correspond à votre situation et remplacez chaque mot entre [crochets] : les dates, le jour où vous répondez, le contact pour les urgences et ce qui compte comme urgent. Ne dites ni où vous êtes ni pourquoi. Configurez l’e-mail, le chat du site, le répondeur et le statut le même jour, et notez ce qui arrive dans le plan d’absence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Les messages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Message d’absence pour les vacances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Réponse d’ici le : Retour + 2 jours · À activer : La veille du départ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l’utiliser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jour de congé ou des vacances de trois semaines maximum. Pour un mois ou plus, utilisez l’onglet 4.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Gmail répond de 0 h le premier jour à 23 h 59 le dernier jour ; Outlook s’arrête à l’heure de fin que vous avez fixée. Le dernier jour est la veille de votre retour.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Les inconnus reçoivent aussi la réponse externe : ne dites ni où vous partez, ni qui reste à la maison, ni votre numéro de portable.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Seule la version interne nomme votre remplaçant et vos notes de passation.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(Gmail) : </w:t>
      </w:r>
      <w:r>
        <w:rPr>
          <w:rFonts w:ascii="Calibri" w:hAnsi="Calibri" w:cs="Calibri" w:eastAsia="Calibri"/>
          <w:b w:val="0"/>
          <w:color w:val="15131F"/>
          <w:sz w:val="21"/>
        </w:rPr>
        <w:t>Absence du bureau, retour le [jour et date de retour]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Message externe : </w:t>
      </w:r>
      <w:r>
        <w:rPr>
          <w:rFonts w:ascii="Calibri" w:hAnsi="Calibri" w:cs="Calibri" w:eastAsia="Calibri"/>
          <w:b w:val="0"/>
          <w:color w:val="15131F"/>
          <w:sz w:val="21"/>
        </w:rPr>
        <w:t>Bonjour,</w:t>
        <w:br/>
        <w:br/>
        <w:t>Merci pour votre e-mail. Je suis en congé à partir du [premier jour] et de retour le [jour et date de retour]. Je répondrai à votre message d’ici le [jour de réponse].</w:t>
        <w:br/>
        <w:br/>
        <w:t>En cas d’urgence, par exemple [ce qui compte comme urgent], écrivez à [adresse partagée] ou appelez le [téléphone du bureau]. Cette adresse est consultée chaque jour ouvré à [heure].</w:t>
        <w:br/>
        <w:br/>
        <w:t>Cordialement,</w:t>
        <w:br/>
        <w:t>[votre nom]</w:t>
        <w:br/>
        <w:t>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Message interne (collègues) : </w:t>
      </w:r>
      <w:r>
        <w:rPr>
          <w:rFonts w:ascii="Calibri" w:hAnsi="Calibri" w:cs="Calibri" w:eastAsia="Calibri"/>
          <w:b w:val="0"/>
          <w:color w:val="15131F"/>
          <w:sz w:val="21"/>
        </w:rPr>
        <w:t>Bonjour à tous,</w:t>
        <w:br/>
        <w:br/>
        <w:t>Je suis en congé du [premier jour] au [dernier jour]. [Nom complet du remplaçant] s’occupe de [ce qu’il ou elle couvre] et consulte [adresse partagée] chaque jour ouvré à [heure]. Tout le reste attend mon retour. Mes notes de passation sont dans [emplacement].</w:t>
        <w:br/>
        <w:br/>
        <w:t>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Message d’absence court : </w:t>
      </w:r>
      <w:r>
        <w:rPr>
          <w:rFonts w:ascii="Calibri" w:hAnsi="Calibri" w:cs="Calibri" w:eastAsia="Calibri"/>
          <w:b w:val="0"/>
          <w:color w:val="15131F"/>
          <w:sz w:val="21"/>
        </w:rPr>
        <w:t>Absence du bureau, retour le [jour et date de retour]. Je répondrai d’ici le [jour de réponse]. Urgent : [adresse partagée]. [votre nom], 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Réponse d’ici le : </w:t>
      </w:r>
      <w:r>
        <w:rPr>
          <w:rFonts w:ascii="Calibri" w:hAnsi="Calibri" w:cs="Calibri" w:eastAsia="Calibri"/>
          <w:b w:val="0"/>
          <w:color w:val="5D5A70"/>
          <w:sz w:val="21"/>
        </w:rPr>
        <w:t>Promettez une réponse 2 jours ouvrés après votre retour : le premier jour sert à rattraper le retard.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À omettre : </w:t>
      </w:r>
      <w:r>
        <w:rPr>
          <w:rFonts w:ascii="Calibri" w:hAnsi="Calibri" w:cs="Calibri" w:eastAsia="Calibri"/>
          <w:b w:val="0"/>
          <w:color w:val="5D5A70"/>
          <w:sz w:val="21"/>
        </w:rPr>
        <w:t>Où vous êtes, Qui est à la maison, Votre portable, Dates de voyage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Message d’absence pour les fêtes et jours fériés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Prévenir les clients : 2 semaines avant · Boîte pour l’urgent : Consultée une fois par jour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l’utiliser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Toute l’entreprise ferme : de Noël au Nouvel An, pour Thanksgiving, le 4 Juillet ou un jour férié local.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Prévenez vos clients réguliers des dates deux semaines avant.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Une clinique, une boutique ou un artisan a aussi besoin d’un recours en cas d’urgence, comme le 911 pour une urgence médicale.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Modifiez le même jour le chat du site, le répondeur et les horaires d’ouverture en ligne (onglet 8).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Fermé du [premier jour] au [dernier jour], retour le [jour de retour]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E-mail, toute l’entreprise : </w:t>
      </w:r>
      <w:r>
        <w:rPr>
          <w:rFonts w:ascii="Calibri" w:hAnsi="Calibri" w:cs="Calibri" w:eastAsia="Calibri"/>
          <w:b w:val="0"/>
          <w:color w:val="15131F"/>
          <w:sz w:val="21"/>
        </w:rPr>
        <w:t>Bonjour,</w:t>
        <w:br/>
        <w:br/>
        <w:t>Merci d’avoir contacté [entreprise]. Nous sommes fermés pour les fêtes du [premier jour] au [dernier jour] et rouvrons le [jour et date de retour] à [heure d’ouverture]. Nous répondrons à votre message d’ici le [jour de réponse].</w:t>
        <w:br/>
        <w:br/>
        <w:t>C’est urgent, par exemple [ce qui compte comme urgent] ? Écrivez à [adresse partagée] avec URGENT dans l’objet. Cette adresse est consultée chaque jour ouvré à [heure].</w:t>
        <w:br/>
        <w:br/>
        <w:t>Bonnes fêtes,</w:t>
        <w:br/>
        <w:t>L’équipe 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Noël, version courte : </w:t>
      </w:r>
      <w:r>
        <w:rPr>
          <w:rFonts w:ascii="Calibri" w:hAnsi="Calibri" w:cs="Calibri" w:eastAsia="Calibri"/>
          <w:b w:val="0"/>
          <w:color w:val="15131F"/>
          <w:sz w:val="21"/>
        </w:rPr>
        <w:t>Merci pour votre e-mail. Nous sommes fermés pour Noël et de retour le [jour et date de retour]. Urgent : [adresse partagée]. Joyeuses fêtes ! 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Nouvel An, version courte : </w:t>
      </w:r>
      <w:r>
        <w:rPr>
          <w:rFonts w:ascii="Calibri" w:hAnsi="Calibri" w:cs="Calibri" w:eastAsia="Calibri"/>
          <w:b w:val="0"/>
          <w:color w:val="15131F"/>
          <w:sz w:val="21"/>
        </w:rPr>
        <w:t>Bonne année, et merci pour votre message. Nous sommes fermés, rouvrons le [jour et date de retour] et répondrons d’ici le [jour de réponse]. 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Vœux : </w:t>
      </w:r>
      <w:r>
        <w:rPr>
          <w:rFonts w:ascii="Calibri" w:hAnsi="Calibri" w:cs="Calibri" w:eastAsia="Calibri"/>
          <w:b w:val="0"/>
          <w:color w:val="5D5A70"/>
          <w:sz w:val="21"/>
        </w:rPr>
        <w:t>Vous ne savez pas quelle fête célèbre un client ? Écrivez « bonnes fêtes ». Gardez un contact pour les urgences même quand tout le monde est en congé.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À modifier le même jour : </w:t>
      </w:r>
      <w:r>
        <w:rPr>
          <w:rFonts w:ascii="Calibri" w:hAnsi="Calibri" w:cs="Calibri" w:eastAsia="Calibri"/>
          <w:b w:val="0"/>
          <w:color w:val="5D5A70"/>
          <w:sz w:val="21"/>
        </w:rPr>
        <w:t>Réponse e-mail, Chat du site, Répondeur, Horaires en ligne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Maladie et arrêt maladie : des messages courts et discrets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Détails médicaux : Aucun · Date de retour : Seulement si elle est sûre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l’utiliser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Absence pour maladie : pas au bureau aujourd’hui, peut-être demain. Activez la réponse depuis votre téléphone ou demandez-le au collègue qui gère la boîte mail.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Arrêt maladie : n’indiquez le mois de retour que si vous en êtes sûr, et mettez-le à jour quand la date est fixée.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 nommez jamais la maladie, le traitement ni l’hôpital. « En congé » suffit.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Absence pour maladie : </w:t>
      </w:r>
      <w:r>
        <w:rPr>
          <w:rFonts w:ascii="Calibri" w:hAnsi="Calibri" w:cs="Calibri" w:eastAsia="Calibri"/>
          <w:b w:val="0"/>
          <w:color w:val="15131F"/>
          <w:sz w:val="21"/>
        </w:rPr>
        <w:t>Merci pour votre e-mail. Je ne suis pas au bureau aujourd’hui, [jour], et pense être de retour le [jour]. Si cela ne peut pas attendre, écrivez à [adresse partagée]. Sinon, je vous répondrai d’ici le [jour de réponse].</w:t>
        <w:br/>
        <w:br/>
        <w:t>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Arrêt maladie : </w:t>
      </w:r>
      <w:r>
        <w:rPr>
          <w:rFonts w:ascii="Calibri" w:hAnsi="Calibri" w:cs="Calibri" w:eastAsia="Calibri"/>
          <w:b w:val="0"/>
          <w:color w:val="15131F"/>
          <w:sz w:val="21"/>
        </w:rPr>
        <w:t>Bonjour,</w:t>
        <w:br/>
        <w:br/>
        <w:t>Merci pour votre message. Je suis en congé jusqu’en [mois] et je ne consulte pas cette boîte mail.</w:t>
        <w:br/>
        <w:br/>
        <w:t>Pour [votre domaine, par exemple : votre dossier], contactez [nom complet du remplaçant] à [adresse pro du remplaçant]. Cet e-mail ne sera pas transféré : merci de le renvoyer à [prénom du remplaçant].</w:t>
        <w:br/>
        <w:br/>
        <w:t>Cordialement,</w:t>
        <w:br/>
        <w:t>[votre nom]</w:t>
        <w:br/>
        <w:t>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 courte : </w:t>
      </w:r>
      <w:r>
        <w:rPr>
          <w:rFonts w:ascii="Calibri" w:hAnsi="Calibri" w:cs="Calibri" w:eastAsia="Calibri"/>
          <w:b w:val="0"/>
          <w:color w:val="15131F"/>
          <w:sz w:val="21"/>
        </w:rPr>
        <w:t>Pas au bureau aujourd’hui, retour le [jour]. Urgent : [adresse partagée]. 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Dites plutôt : </w:t>
      </w:r>
      <w:r>
        <w:rPr>
          <w:rFonts w:ascii="Calibri" w:hAnsi="Calibri" w:cs="Calibri" w:eastAsia="Calibri"/>
          <w:b w:val="0"/>
          <w:color w:val="5D5A70"/>
          <w:sz w:val="21"/>
        </w:rPr>
        <w:t>Pas au bureau, En congé, Absence jusqu’en mars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Messages pour congé maternité, paternité et congé long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Remplacement : Une personne par domaine · Transfert : Dites oui ou non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l’utiliser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Congé maternité, congé paternité, congé sabbatique ou toute absence d’un mois ou plus.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Nommez une personne par domaine, avec une adresse professionnelle. Demandez-lui d’abord son accord et transmettez-lui vos notes.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Précisez que la boîte mail n’est pas consultée et si les messages sont transférés.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Congé maternité ou paternité : </w:t>
      </w:r>
      <w:r>
        <w:rPr>
          <w:rFonts w:ascii="Calibri" w:hAnsi="Calibri" w:cs="Calibri" w:eastAsia="Calibri"/>
          <w:b w:val="0"/>
          <w:color w:val="15131F"/>
          <w:sz w:val="21"/>
        </w:rPr>
        <w:t>Bonjour,</w:t>
        <w:br/>
        <w:br/>
        <w:t>Merci pour votre e-mail. Je suis en congé [maternité ou paternité] jusqu’en [mois] et je ne consulte pas cette boîte mail.</w:t>
        <w:br/>
        <w:br/>
        <w:t>[Nom complet du remplaçant] s’occupe de [vos clients ou votre domaine] pendant mon absence : [adresse pro du remplaçant]. Pour toute autre demande, écrivez à [adresse partagée].</w:t>
        <w:br/>
        <w:br/>
        <w:t>Cet e-mail ne sera pas transféré : merci de le renvoyer à la bonne adresse. Merci de votre patience.</w:t>
        <w:br/>
        <w:br/>
        <w:t>[votre nom]</w:t>
        <w:br/>
        <w:t>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Congé long ou sabbatique : </w:t>
      </w:r>
      <w:r>
        <w:rPr>
          <w:rFonts w:ascii="Calibri" w:hAnsi="Calibri" w:cs="Calibri" w:eastAsia="Calibri"/>
          <w:b w:val="0"/>
          <w:color w:val="15131F"/>
          <w:sz w:val="21"/>
        </w:rPr>
        <w:t>Merci pour votre e-mail. Je suis en congé jusqu’en [mois] et ne consulte pas ma boîte mail chez [entreprise]. Pour [domaine 1], contactez [remplaçant 1] à [adresse 1] ; pour [domaine 2], [remplaçant 2] à [adresse 2]. Votre e-mail ne sera pas transféré.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Avant de partir : </w:t>
      </w:r>
      <w:r>
        <w:rPr>
          <w:rFonts w:ascii="Calibri" w:hAnsi="Calibri" w:cs="Calibri" w:eastAsia="Calibri"/>
          <w:b w:val="0"/>
          <w:color w:val="5D5A70"/>
          <w:sz w:val="21"/>
        </w:rPr>
        <w:t>Activez-le le dernier jour travaillé et testez-le depuis une autre adresse. Indiquez le mois, pas un jour précis, et mettez-le à jour quand la date est fixée.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Pour : </w:t>
      </w:r>
      <w:r>
        <w:rPr>
          <w:rFonts w:ascii="Calibri" w:hAnsi="Calibri" w:cs="Calibri" w:eastAsia="Calibri"/>
          <w:b w:val="0"/>
          <w:color w:val="5D5A70"/>
          <w:sz w:val="21"/>
        </w:rPr>
        <w:t>Congé maternité, Congé paternité, Congé sabbatique, Arrêt maladie long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Messages pour conférence, salon et période chargée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Délai de réponse : Un nombre de jours · Lire ses e-mails : Une fois par jour, à heure fixe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l’utiliser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Vous lisez encore vos e-mails, mais lentement : conférence, salon professionnel, visites clients, saison fiscale ou clôture mensuelle.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Donnez un vrai délai de réponse, par exemple « sous 2 jours ouvrés », pas « accès limité à mes e-mails 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Écrivez « un événement professionnel », pas la ville ni l’hôtel : ces détails indiquent aux inconnus quand vous n’êtes pas là.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Conférence ou salon professionnel : </w:t>
      </w:r>
      <w:r>
        <w:rPr>
          <w:rFonts w:ascii="Calibri" w:hAnsi="Calibri" w:cs="Calibri" w:eastAsia="Calibri"/>
          <w:b w:val="0"/>
          <w:color w:val="15131F"/>
          <w:sz w:val="21"/>
        </w:rPr>
        <w:t>Bonjour,</w:t>
        <w:br/>
        <w:br/>
        <w:t>Merci pour votre e-mail. Je participe à [un événement professionnel, ou : le nom de l’événement] jusqu’au [dernier jour] et je lis mes e-mails une fois par jour. Je vous répondrai d’ici le [jour de réponse].</w:t>
        <w:br/>
        <w:br/>
        <w:t>Si cela ne peut pas attendre, écrivez à [adresse partagée] ou appelez le [téléphone du bureau].</w:t>
        <w:br/>
        <w:br/>
        <w:t>[votre nom]</w:t>
        <w:br/>
        <w:t>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Période chargée : </w:t>
      </w:r>
      <w:r>
        <w:rPr>
          <w:rFonts w:ascii="Calibri" w:hAnsi="Calibri" w:cs="Calibri" w:eastAsia="Calibri"/>
          <w:b w:val="0"/>
          <w:color w:val="15131F"/>
          <w:sz w:val="21"/>
        </w:rPr>
        <w:t>Merci pour votre e-mail. Jusqu’au [date de fin], nous sommes [la raison, par exemple : dans les dernières semaines de la saison fiscale], et nos réponses peuvent prendre jusqu’à [délai de réponse]. Pour [sujet urgent], appelez le [téléphone du bureau].</w:t>
        <w:br/>
        <w:br/>
        <w:t>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 courte : </w:t>
      </w:r>
      <w:r>
        <w:rPr>
          <w:rFonts w:ascii="Calibri" w:hAnsi="Calibri" w:cs="Calibri" w:eastAsia="Calibri"/>
          <w:b w:val="0"/>
          <w:color w:val="15131F"/>
          <w:sz w:val="21"/>
        </w:rPr>
        <w:t>À un événement professionnel jusqu’au [jour], je lis mes e-mails une fois par jour. Je répondrai d’ici le [jour de réponse]. 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Promettez le pire jour : </w:t>
      </w:r>
      <w:r>
        <w:rPr>
          <w:rFonts w:ascii="Calibri" w:hAnsi="Calibri" w:cs="Calibri" w:eastAsia="Calibri"/>
          <w:b w:val="0"/>
          <w:color w:val="5D5A70"/>
          <w:sz w:val="21"/>
        </w:rPr>
        <w:t>Promettez le délai que vous pouvez tenir le jour le plus chargé : « 2 jours ouvrés », pas « dès que possible 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Au lieu d’« accès limité » : </w:t>
      </w:r>
      <w:r>
        <w:rPr>
          <w:rFonts w:ascii="Calibri" w:hAnsi="Calibri" w:cs="Calibri" w:eastAsia="Calibri"/>
          <w:b w:val="0"/>
          <w:color w:val="5D5A70"/>
          <w:sz w:val="21"/>
        </w:rPr>
        <w:t>Une fois par jour, Sous 2 jours ouvrés, D’ici vendredi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Message d’absence pour le week-end et hors horaires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Réponse : Jour ouvré suivant · Avant : Une heure fixe, par ex. 12 h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l’utiliser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Une boîte mail professionnelle que personne ne lit le week-end, la nuit ou pendant un week-end prolongé.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Les réglages de Gmail et d’Outlook n’acceptent qu’un début et une fin : une réponse hebdomadaire oblige à la réactiver chaque semaine. Réservez-la aux week-ends prolongés.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Pour toutes les semaines, indiquez vos horaires dans votre signature et sur votre page de contact, et laissez le chat du site répondre la nuit et le week-end.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Week-end : </w:t>
      </w:r>
      <w:r>
        <w:rPr>
          <w:rFonts w:ascii="Calibri" w:hAnsi="Calibri" w:cs="Calibri" w:eastAsia="Calibri"/>
          <w:b w:val="0"/>
          <w:color w:val="15131F"/>
          <w:sz w:val="21"/>
        </w:rPr>
        <w:t>Merci pour votre e-mail. Nos bureaux sont fermés pour le week-end, et nous vous répondrons le [jour ouvré suivant] avant [heure]. Nos horaires : [jours et horaires, fuseau horaire].</w:t>
        <w:br/>
        <w:br/>
        <w:t>Pour [type d’urgence], appelez le [numéro d’urgence].</w:t>
        <w:br/>
        <w:br/>
        <w:t>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Hors horaires, version courte : </w:t>
      </w:r>
      <w:r>
        <w:rPr>
          <w:rFonts w:ascii="Calibri" w:hAnsi="Calibri" w:cs="Calibri" w:eastAsia="Calibri"/>
          <w:b w:val="0"/>
          <w:color w:val="15131F"/>
          <w:sz w:val="21"/>
        </w:rPr>
        <w:t>Merci de votre message. Nous sommes fermés pour le moment et répondrons à partir de [heure] le [jour ouvré suivant]. 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 du site : </w:t>
      </w:r>
      <w:r>
        <w:rPr>
          <w:rFonts w:ascii="Calibri" w:hAnsi="Calibri" w:cs="Calibri" w:eastAsia="Calibri"/>
          <w:b w:val="0"/>
          <w:color w:val="5D5A70"/>
          <w:sz w:val="21"/>
        </w:rPr>
        <w:t>Pour les messages d’accueil du chat hors horaires, utilisez les exemples de messages d’accueil pour le chat en direct. N’écrivez jamais « tout de suite » quand personne ne travaille.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Jamais : </w:t>
      </w:r>
      <w:r>
        <w:rPr>
          <w:rFonts w:ascii="Calibri" w:hAnsi="Calibri" w:cs="Calibri" w:eastAsia="Calibri"/>
          <w:b w:val="0"/>
          <w:color w:val="5D5A70"/>
          <w:sz w:val="21"/>
        </w:rPr>
        <w:t>« Tout de suite », Un portable personnel, Aucune réponse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Après un départ : le message d’absence pour une démission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Rédigé par : L’entreprise · Transfert : Dites s’il n’y en a pas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 l’utiliser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Une personne a démissionné ou quitté l’entreprise, et des clients écrivent encore à son adresse.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C’est l’entreprise qui rédige cette réponse, pas la personne partie, et elle la laisse active tant que des clients écrivent.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Nommez le nouveau contact avec une adresse professionnelle. Ne dites jamais pourquoi la personne est partie ni où elle est allée.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Boîte mail d’un ancien salarié : </w:t>
      </w:r>
      <w:r>
        <w:rPr>
          <w:rFonts w:ascii="Calibri" w:hAnsi="Calibri" w:cs="Calibri" w:eastAsia="Calibri"/>
          <w:b w:val="0"/>
          <w:color w:val="15131F"/>
          <w:sz w:val="21"/>
        </w:rPr>
        <w:t>Bonjour,</w:t>
        <w:br/>
        <w:br/>
        <w:t>Merci pour votre e-mail. [Nom] ne travaille plus chez [entreprise], et cette boîte mail n’est pas consultée.</w:t>
        <w:br/>
        <w:br/>
        <w:t>Pour [son domaine, par exemple : votre dossier ou vos commandes en cours], contactez [nom complet du nouveau contact] à [adresse pro du nouveau contact] ou appelez le [téléphone du bureau]. Votre e-mail n’a pas été transféré : merci de le renvoyer.</w:t>
        <w:br/>
        <w:br/>
        <w:t>Cordialement,</w:t>
        <w:br/>
        <w:t>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 courte : </w:t>
      </w:r>
      <w:r>
        <w:rPr>
          <w:rFonts w:ascii="Calibri" w:hAnsi="Calibri" w:cs="Calibri" w:eastAsia="Calibri"/>
          <w:b w:val="0"/>
          <w:color w:val="15131F"/>
          <w:sz w:val="21"/>
        </w:rPr>
        <w:t>[Nom] a quitté [entreprise], et cette boîte mail n’est pas consultée. Merci d’écrire plutôt à [adresse pro du nouveau contact].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Avant son départ : </w:t>
      </w:r>
      <w:r>
        <w:rPr>
          <w:rFonts w:ascii="Calibri" w:hAnsi="Calibri" w:cs="Calibri" w:eastAsia="Calibri"/>
          <w:b w:val="0"/>
          <w:color w:val="5D5A70"/>
          <w:sz w:val="21"/>
        </w:rPr>
        <w:t>Avant le dernier jour, demandez quels clients lui écrivent encore et présentez le nouveau contact par e-mail.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À omettre : </w:t>
      </w:r>
      <w:r>
        <w:rPr>
          <w:rFonts w:ascii="Calibri" w:hAnsi="Calibri" w:cs="Calibri" w:eastAsia="Calibri"/>
          <w:b w:val="0"/>
          <w:color w:val="5D5A70"/>
          <w:sz w:val="21"/>
        </w:rPr>
        <w:t>La raison du départ, Le nouvel employeur, Un e-mail personnel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Versions courtes : statut, répondeur et chat du site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Canaux : 4, mêmes dates · Désactiver : Le jour du retour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Modifiez chaque canal le même jour que votre e-mail, avec les mêmes dates. Le chat du site a besoin de lignes pour les instructions de l’agent 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Statut dans une messagerie : </w:t>
      </w:r>
      <w:r>
        <w:rPr>
          <w:rFonts w:ascii="Calibri" w:hAnsi="Calibri" w:cs="Calibri" w:eastAsia="Calibri"/>
          <w:b w:val="0"/>
          <w:color w:val="15131F"/>
          <w:sz w:val="21"/>
        </w:rPr>
        <w:t>Absence du bureau, retour le [jour de retour]. Urgent : [adresse partagée]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Annonce du répondeur : </w:t>
      </w:r>
      <w:r>
        <w:rPr>
          <w:rFonts w:ascii="Calibri" w:hAnsi="Calibri" w:cs="Calibri" w:eastAsia="Calibri"/>
          <w:b w:val="0"/>
          <w:color w:val="15131F"/>
          <w:sz w:val="21"/>
        </w:rPr>
        <w:t>Vous êtes bien chez [entreprise]. Nous sommes fermés du [premier jour] au [dernier jour] et de retour le [jour de retour] à [heure d’ouverture]. Laissez votre nom, votre numéro et un court message, et nous vous rappellerons d’ici le [jour de réponse]. En cas d’urgence, écrivez à [adresse partagée].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Lignes pour les instructions de l’agent IA : </w:t>
      </w:r>
      <w:r>
        <w:rPr>
          <w:rFonts w:ascii="Calibri" w:hAnsi="Calibri" w:cs="Calibri" w:eastAsia="Calibri"/>
          <w:b w:val="0"/>
          <w:color w:val="15131F"/>
          <w:sz w:val="21"/>
        </w:rPr>
        <w:t>Du [premier jour] au [dernier jour], [entreprise] est fermée pour [motif]. Dites aux visiteurs que l’équipe est de retour le [jour de retour] et répond d’ici le [jour de réponse]. Continuez à répondre à partir de la base de connaissances. Demandez au visiteur son nom, son e-mail et une courte description. Est urgent : [ce qui compte comme urgent]. Pour les questions urgentes, transférez le chat à une personne et dites que [prénom du remplaçant] répond avant [heure] le jour ouvré suivant. Ne promettez jamais de réponse plus rapide et ne confirmez jamais [ce que seule une personne peut confirmer].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Réponse enregistrée pour le remplaçant : </w:t>
      </w:r>
      <w:r>
        <w:rPr>
          <w:rFonts w:ascii="Calibri" w:hAnsi="Calibri" w:cs="Calibri" w:eastAsia="Calibri"/>
          <w:b w:val="0"/>
          <w:color w:val="15131F"/>
          <w:sz w:val="21"/>
        </w:rPr>
        <w:t>Merci pour votre message, [prénom]. [Prénom de la personne absente] est en congé, de retour le [jour de retour]. Je m’occupe de [domaine] en son absence et peux donc vous aider pour [sujet]. Pour le reste, [prénom de la personne absente] vous répondra d’ici le [jour de réponse].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Retirez-les aussi : </w:t>
      </w:r>
      <w:r>
        <w:rPr>
          <w:rFonts w:ascii="Calibri" w:hAnsi="Calibri" w:cs="Calibri" w:eastAsia="Calibri"/>
          <w:b w:val="0"/>
          <w:color w:val="5D5A70"/>
          <w:sz w:val="21"/>
        </w:rPr>
        <w:t>Les lignes d’absence restent dans les instructions jusqu’à ce que quelqu’un les retire. Ajoutez une tâche pour le jour de votre retour.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À modifier le même jour : </w:t>
      </w:r>
      <w:r>
        <w:rPr>
          <w:rFonts w:ascii="Calibri" w:hAnsi="Calibri" w:cs="Calibri" w:eastAsia="Calibri"/>
          <w:b w:val="0"/>
          <w:color w:val="5D5A70"/>
          <w:sz w:val="21"/>
        </w:rPr>
        <w:t>Réponse e-mail, Chat du site, Répondeur, Statut du chat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Exemple : Les vacances de fin d’année d’une comptable, avec remplaçant et journal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Hearthstone Accounting est un cabinet fictif de comptabilité et de fiscalité de deux personnes, à Spokane, dans l’État de Washington. La dirigeante, Grace Okafor, est en vacances du samedi 19 décembre 2026 au dimanche 3 janvier 2027 ; Felipe Andrade répond aux questions urgentes des clients chaque jour ouvré à 10 h. Ces exemples de message d’absence, tirés des onglets 1 et 8, fonctionnent ensemble.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 : </w:t>
      </w:r>
      <w:r>
        <w:rPr>
          <w:rFonts w:ascii="Calibri" w:hAnsi="Calibri" w:cs="Calibri" w:eastAsia="Calibri"/>
          <w:b w:val="0"/>
          <w:color w:val="15131F"/>
          <w:sz w:val="21"/>
        </w:rPr>
        <w:t>Lun. 28 déc., 21 h 40 : Bonjour, ici Owen Pryce, de Pryce Landscaping. J’ai reçu un avis de l’IRS sur notre déclaration 2025 qui demande une réponse au plus tard le 13 janvier. Quelqu’un travaille cette semaine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 IA : </w:t>
      </w:r>
      <w:r>
        <w:rPr>
          <w:rFonts w:ascii="Calibri" w:hAnsi="Calibri" w:cs="Calibri" w:eastAsia="Calibri"/>
          <w:b w:val="0"/>
          <w:color w:val="15131F"/>
          <w:sz w:val="21"/>
        </w:rPr>
        <w:t>Bonjour Owen. Hearthstone Accounting est fermé et rouvre le lundi 4 janvier, mais un avis avec une date limite compte comme urgent : Felipe Andrade vous répondra demain avant 10 h. Puis-je avoir votre e-mail, votre numéro de téléphone et la date de l’avis ? Merci de ne pas saisir ici votre numéro de sécurité sociale (Social Security number).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 : </w:t>
      </w:r>
      <w:r>
        <w:rPr>
          <w:rFonts w:ascii="Calibri" w:hAnsi="Calibri" w:cs="Calibri" w:eastAsia="Calibri"/>
          <w:b w:val="0"/>
          <w:color w:val="15131F"/>
          <w:sz w:val="21"/>
        </w:rPr>
        <w:t>owen@prycelandscaping.example, 509-555-0187. L’avis est daté du 14 décembre.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 IA : </w:t>
      </w:r>
      <w:r>
        <w:rPr>
          <w:rFonts w:ascii="Calibri" w:hAnsi="Calibri" w:cs="Calibri" w:eastAsia="Calibri"/>
          <w:b w:val="0"/>
          <w:color w:val="15131F"/>
          <w:sz w:val="21"/>
        </w:rPr>
        <w:t>Merci, Owen. J’ai transmis votre demande à Felipe avec vos coordonnées. Il vous répondra demain avant 10 h.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Felipe (remplaçant) : </w:t>
      </w:r>
      <w:r>
        <w:rPr>
          <w:rFonts w:ascii="Calibri" w:hAnsi="Calibri" w:cs="Calibri" w:eastAsia="Calibri"/>
          <w:b w:val="0"/>
          <w:color w:val="15131F"/>
          <w:sz w:val="21"/>
        </w:rPr>
        <w:t>Mar. 29 déc., 9 h 50 : Bonjour Owen, ici Felipe. Vous avez jusqu’au 13 janvier, nous avons donc le temps. Je vous appelle aujourd’hui à 11 h pour passer l’avis en revue, et j’ai prévu un point avec Grace le mardi 5 janvier.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 : </w:t>
      </w:r>
      <w:r>
        <w:rPr>
          <w:rFonts w:ascii="Calibri" w:hAnsi="Calibri" w:cs="Calibri" w:eastAsia="Calibri"/>
          <w:b w:val="0"/>
          <w:color w:val="15131F"/>
          <w:sz w:val="21"/>
        </w:rPr>
        <w:t>Parfait, merci. À 11 h.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Plan d’absence : Grace Okafor, fin d’année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Absence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Du sam. 19 déc. 2026 au dim. 3 janv. 2027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Retour, réponse d’ici 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 retour le lun. 4 janv., réponses d’ici le mer. 6 janv.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Remplaçant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Felipe Andrade, chaque jour ouvré à 10 h, sauf le 25 déc. et le 1er janv.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Ce qui est urgent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avis fiscal avec échéance, la paie, un problème bancaire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E-mail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Réponse Gmail ; urgent : urgent@hearthstone.example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Chat du site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Lignes d’absence dans les « Instructions » ; alertes à Felipe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Répondeur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509-555-0142, mêmes dates, enregistré le ven. 18 déc.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Journal d’absence : ce qui est arrivé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Reçu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 qui, à quel sujet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Répondu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Lun. 21 déc., e-mail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Marisol Vega : quand les W-2 2026 seront prêts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Grace, mar. 5 janv.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Mar. 22 déc.,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Dmitri Volkov : deux nouvelles recrues pour la paie du 31 déc.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Felipe, mer. 23 déc.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Lun. 28 déc.,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 Pryce : avis de l’IRS, réponse au plus tard le 13 janv.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Felipe, mar. 29 déc.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Mer. 30 déc., répondeur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Tamsin Reilly, nouvelle cliente : comptabilité mensuelle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Grace, lun. 4 janv.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Jeu. 31 déc., e-mail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Hector Lin : copie de la déclaration 2025 pour un prêt bancaire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Felipe, lun. 4 janv.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Dans CRMsoftware.pro le 6 janvier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Support en direct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chats transmis à Felipe, tous deux « Terminé 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Nouveau prospect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Tamsin Reilly, Tamarack Coffee, comptabilité mensuelle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Tâche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 Examiner l’avis de l’IRS : Owen Pryce », Grace, « Date limite » 8 janv.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E-mail de notification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Rendu à Grace, lignes d’absence retirées, lun. 4 janv.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Entreprise et client fictifs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Exemples de message d’absence pour chaque situation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Situation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Ce qui change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À omettre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Phrase prête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Vacances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Dates d’absence, jour de réponse, un seul contact pour les urgences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Votre destination, qui est à la maison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 suis en congé et de retour le lundi 4 janvier ; je répondrai d’ici le mercredi 6 janvier.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Noël et fêtes de fin d’année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Toute l’entreprise ferme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Des vœux religieux en cas de doute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Nous sommes fermés pour les fêtes et rouvrons le lundi 4 janvier à 9 h.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Nouvel An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Souvent une courte fermeture le 1er janvier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Des promesses intenables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Bonne année ! Nous sommes fermés le 1er janvier et de retour le lundi 4 janvier.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Jour férié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ou deux jours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 longues explications sur la fête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Nous sommes fermés les 26 et 27 novembre pour Thanksgiving et répondons à partir du lundi 30 novembre.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Week-end et hors horaires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jour ouvré suivant et une heure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 Tout de suite », les numéros personnels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Nous sommes fermés pour le week-end et répondrons lundi avant 12 h.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Période chargée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vrai délai de réponse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 Disponibilité limitée » sans chiffre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Jusqu’au 15 avril, nos réponses peuvent prendre jusqu’à 3 jours ouvrés.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Conférence ou salon professionnel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Vous lisez vos e-mails une fois par jour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Hôtel, ville, horaires de vol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 participe à un événement professionnel jusqu’à jeudi et lis mes e-mails une fois par jour.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Absence pour maladie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Aujourd’hui et la date de retour prévue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Symptômes, rendez-vous médicaux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 ne suis pas au bureau aujourd’hui et pense être de retour demain.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Arrêt maladie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mois du retour ; qui vous remplace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Diagnostic, traitement, hôpital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 suis en congé jusqu’en mars. Merci d’écrire à notre équipe à l’adresse ci-dessous.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Congé maternité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Une personne qui vous remplace par domaine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Date d’accouchement, détails familiaux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 suis en congé maternité jusqu’en juin et je ne consulte pas cette boîte mail.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Congé paternité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Pareil, souvent plus court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Détails familiaux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 suis en congé paternité jusqu’au 15 mars. Un collègue s’occupe de mes clients.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Congé long ou sabbatique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Boîte non consultée, e-mails non transférés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raison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 suis en congé jusqu’en septembre, et cet e-mail ne sera pas transféré.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Départ de l’entreprise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L’entreprise nomme le nouveau contact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Pourquoi la personne est partie, où elle est allée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Cette personne ne fait plus partie de l’entreprise, et cette boîte mail n’est pas consultée.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Six règles pour un message d’absence professionnel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Pour l’e-mail, le chat du site, le répondeur et le statut. Mettez-vous d’accord une fois, pour toute l’équipe.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Cinq éléments, à chaque fois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Les dates, le jour où vous répondez, le contact pour les urgences, ce qui compte comme urgent et ce que devient l’e-mail : lu plus tard, transféré ou non lu.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Phrase : </w:t>
      </w:r>
      <w:r>
        <w:rPr>
          <w:rFonts w:ascii="Calibri" w:hAnsi="Calibri" w:cs="Calibri" w:eastAsia="Calibri"/>
          <w:b w:val="0"/>
          <w:color w:val="15131F"/>
          <w:sz w:val="21"/>
        </w:rPr>
        <w:t>Je suis de retour le lundi 4 janvier et je répondrai d’ici le mercredi 6 janvier.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Promettez un jour que vous pouvez tenir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De retour lundi, réponse d’ici mercredi. « Dès que possible » n’est pas un jour, et « sous peu » est faux quand personne ne travaille.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 seul contact pour les urgences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Une adresse partagée ou la ligne du bureau, consultée à heure fixe. Évitez les noms, les postes et les lignes directes de vos collègues dans une réponse que reçoivent des inconnus ; un congé long demande une personne nommée.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Rien sur le lieu ni la raison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Ni destination, ni projets de voyage, ni détails médicaux. Gmail ajoute votre signature sous la réponse : retirez-en votre numéro de portable avant de partir.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Interne et externe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Les collègues reçoivent la passation ; les clients, les dates et le contact pour les urgences. Si des clients écrivent à cette adresse, répondez à tous les expéditeurs externes et restez général : la réponse atteint aussi les bulletins d’information et le courrier indésirable.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Même jour pour activer, même jour pour couper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E-mail, chat, répondeur et statut changent ensemble, et reviennent à la normale le jour de votre retour. Gmail s’arrête à 23 h 59 le dernier jour, Outlook à l’heure de fin choisie ; le reste demande une intervention humaine.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La politique informatique ou de sécurité de votre employeur passe en premier : certaines organisations n’autorisent que les réponses automatiques internes.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Configurer une réponse automatique dans Gmail et Outlook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Application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Où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Dates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Qui la reçoit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Même expéditeur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Gmail sur ordinateur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Paramètres &gt; Afficher tous les paramètres &gt; Général &gt; Réponse automatique activée, puis Enregistrer les modifications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 0 h le premier jour à 23 h 59 le dernier jour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Tout le monde ou vos contacts seulement ; jamais le spam ni les listes de diffusion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Premier message, puis à nouveau après 4 jours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Nouvel Outlook pour Windows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Affichage &gt; Afficher les paramètres &gt; Comptes &gt; Réponses automatiques ; activez-les, puis Enregistrer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Envoyer les réponses uniquement pendant une période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Comptes professionnels : collègues, expéditeurs externes si vous le choisissez, ou contacts seulement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Une fois à chaque personne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Outlook classique pour Windows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Fichier &gt; Réponses automatiques &gt; Envoyer des réponses automatiques, puis OK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Facultatif ; s’arrête à l’heure de fin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Onglets Au sein de mon organisation et En dehors de mon organisation, chacun avec son propre message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Une fois à chaque personne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Outlook sur le web et Outlook.com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Paramètres &gt; Comptes &gt; Réponses automatiques, puis Sauvegarder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Une période ; peut aussi bloquer votre calendrier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Envoyer des réponses automatiques hors organisation : une case à cocher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Une fois à chaque personne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du site (agent IA)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 Mes bots » &gt; votre bot &gt; onglet « Bases » &gt; « Instructions » : lignes de l’onglet 8 ; « Enregistrer les modifications »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Aucune : ajoutez les lignes et retirez-les à la main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Chaque visiteur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Chaque chat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Comment utiliser ces messages d’absence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Choisissez la situation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Copiez les versions externe, interne et courte.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Remplissez les cinq éléments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Les dates, le jour où vous répondez, le contact pour les urgences, ce qui compte comme urgent, ce que devient l’e-mail.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Organisez le remplacement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Demandez d’abord à votre remplaçant. Convenez de l’heure à laquelle il consulte l’adresse partagée et de ce qu’il peut décider.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Configurez chaque canal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La veille : e-mail, chat du site, répondeur, statut. Testez depuis une autre adresse.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Notez, puis assurez le suivi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À votre retour, répondez à tout d’ici le jour de réponse.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Mise en place dans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« Mes bots » &gt; choisissez le bot &gt; onglet « Bases » &gt; « Instructions » : la veille de votre départ, ajoutez les lignes de l’onglet 8. Cliquez sur « Enregistrer les modifications », puis sur « Essayez le robot 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Onglet « Comportement » &gt; « Collecter les données utilisateur » : le nom et l’e-mail sont toujours demandés ; activez « Collecter le numéro de téléphone » et « Collecter la description 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Onglet « Connecter » &gt; « Envoyer des notifications par e-mail » : mettez l’adresse de votre remplaçant dans « E-mail de notification » au moins un jour avant. Les deux boîtes mail doivent confirmer ; les liens et les codes expirent sous 24 heures.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Avec Launch, les chats urgents attendent dans « Support en direct » avec le statut « En attente d’un agent » : votre remplaçant clique sur « Réclamer » (prendre le chat), répond, puis clique sur « Résoudre 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« Tâches » &gt; « Nouvelle tâche » pour le jour de votre retour : « Titre de la tâche » « Retirer les lignes d’absence, rétablir les notifications », « Cédant » (la personne chargée de la tâche), « Date limite ». Ajoutez une tâche par suivi.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Avec Growth : « Paramètres » &gt; « Réponses enregistrées » &gt; « Nouvelle réponse » : « Raccourci » /away, « Titre », « Corps de la réponse » avec le texte de l’onglet 8, « Partager avec l’équipe 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n’envoie pas de réponses automatiques par e-mail : configurez-les dans Gmail ou Outlook. Chat IA 24 h/24 et tâches de base : Free, 3 utilisateurs. Transfert vers un humain et « Support en direct » : Launch, 19 $ par mois en facturation annuelle. Réponses enregistrées :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Le jour de votre retour, 20 minutes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Réponse e-mail désactivée, lignes d’absence retirées des « Instructions ».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E-mail de notification, répondeur et statut remis comme avant.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Journal d’absence : d’abord les suivis urgents, le reste d’ici le jour de réponse.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Demandez à votre remplaçant ce qui reste en cours, et remerciez-le.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Modèle gratuit de CRMsoftware.pro. Données d’exemple fictives.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https://crmsoftware.pro/fr/templates/out-of-office-message-examples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Exemples de message d’absence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