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Modèles d’e-mails commerciaux pour chaque étape de la vente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E-mails et versions courtes pour 8 étapes de la vente : réponse au lead entrant, récap d’appel ou de démo, question sur le prix, proposition ou devis, point groupe d’achat, gagné : étapes suivantes, perdu : savoir pourquoi, et renouveler ou étendre. Par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Choisissez le modèle qui correspond à l’état actuel de l’affaire et remplacez chaque mot entre [crochets] par les mots et les chiffres de l’acheteur. Chaque e-mail demande une seule chose et se termine par une prochaine étape datée. Notez chaque e-mail et chaque prochaine étape dans le journal Excel des e-mails, pour qu’aucune affaire ne dépende de la mémoire de quelqu’un.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Les modèles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Répondre à un lead entrant et fixer l’appel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Envoi sous : 1 heure ouvrée · L’unique demande : Choisir un créneau d’appel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 envoyer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Sous 1 heure ouvrée après la demande. En dehors des heures ouvrées, à la première heure le lendemain matin.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Répondez d’abord à sa question, puis proposez deux créneaux précis pour un appel.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C’est le prospect qui a écrit en premier : ce n’est donc pas un e-mail à froid. Pour les personnes qui n’ont rien demandé, utilisez les modèles d’e-mails de prospection.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Objet : </w:t>
      </w:r>
      <w:r>
        <w:rPr>
          <w:rFonts w:ascii="Calibri" w:hAnsi="Calibri" w:cs="Calibri" w:eastAsia="Calibri"/>
          <w:b w:val="0"/>
          <w:color w:val="15131F"/>
          <w:sz w:val="21"/>
        </w:rPr>
        <w:t>[Sujet de sa demande] : deux créneaux pour un appel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E-mail : </w:t>
      </w:r>
      <w:r>
        <w:rPr>
          <w:rFonts w:ascii="Calibri" w:hAnsi="Calibri" w:cs="Calibri" w:eastAsia="Calibri"/>
          <w:b w:val="0"/>
          <w:color w:val="15131F"/>
          <w:sz w:val="21"/>
        </w:rPr>
        <w:t>Bonjour [prénom],</w:t>
        <w:br/>
        <w:br/>
        <w:t>Merci pour votre message au sujet de [sujet]. [Une réponse directe à la question].</w:t>
        <w:br/>
        <w:br/>
        <w:t>Pour vous proposer la bonne configuration, j’ai besoin de 20 minutes avec vous : [les 2 ou 3 informations qu’il vous faut, par exemple : combien d’établissements et quand démarrer].</w:t>
        <w:br/>
        <w:br/>
        <w:t>[Jour] à [heure] ou [jour] à [heure], cela vous convient-il ? Sinon, indiquez-moi un horaire qui vous arrange.</w:t>
        <w:br/>
        <w:br/>
        <w:t>[votre nom]</w:t>
        <w:br/>
        <w:t>[entreprise], [téléphone]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Version courte, chat ou message : </w:t>
      </w:r>
      <w:r>
        <w:rPr>
          <w:rFonts w:ascii="Calibri" w:hAnsi="Calibri" w:cs="Calibri" w:eastAsia="Calibri"/>
          <w:b w:val="0"/>
          <w:color w:val="15131F"/>
          <w:sz w:val="21"/>
        </w:rPr>
        <w:t>Bonjour [prénom], merci pour votre question sur [sujet]. [Réponse courte]. Pourrions-nous en parler 20 minutes [jour] à [heure] ou [jour] à [heure] ? [votre nom]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Sans réponse : </w:t>
      </w:r>
      <w:r>
        <w:rPr>
          <w:rFonts w:ascii="Calibri" w:hAnsi="Calibri" w:cs="Calibri" w:eastAsia="Calibri"/>
          <w:b w:val="0"/>
          <w:color w:val="5D5A70"/>
          <w:sz w:val="21"/>
        </w:rPr>
        <w:t>Deux relances courtes aux jours ouvrés 2 et 5, un dernier e-mail au jour 10. Les textes se trouvent dans les modèles de mails de relance.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Jamais dans la première réponse : </w:t>
      </w:r>
      <w:r>
        <w:rPr>
          <w:rFonts w:ascii="Calibri" w:hAnsi="Calibri" w:cs="Calibri" w:eastAsia="Calibri"/>
          <w:b w:val="0"/>
          <w:color w:val="5D5A70"/>
          <w:sz w:val="21"/>
        </w:rPr>
        <w:t>Une brochure générique, Cinq questions, Une fausse urgence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E-mail de récap après un appel de découverte ou une démo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Envoi sous : Le jour même · L’unique demande : Corrigez-moi si je me trompe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 envoyer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 jour même de l’appel ou de la démo, si possible dans les 2 heures.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Reprenez leurs mots et leurs chiffres : ils transféreront l’e-mail à des personnes absentes de l’appel.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Objet : </w:t>
      </w:r>
      <w:r>
        <w:rPr>
          <w:rFonts w:ascii="Calibri" w:hAnsi="Calibri" w:cs="Calibri" w:eastAsia="Calibri"/>
          <w:b w:val="0"/>
          <w:color w:val="15131F"/>
          <w:sz w:val="21"/>
        </w:rPr>
        <w:t>Récap : [son objectif] pour [son entreprise]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E-mail : </w:t>
      </w:r>
      <w:r>
        <w:rPr>
          <w:rFonts w:ascii="Calibri" w:hAnsi="Calibri" w:cs="Calibri" w:eastAsia="Calibri"/>
          <w:b w:val="0"/>
          <w:color w:val="15131F"/>
          <w:sz w:val="21"/>
        </w:rPr>
        <w:t>Bonjour [prénom],</w:t>
        <w:br/>
        <w:br/>
        <w:t>Merci pour votre temps aujourd’hui. Voici ce que j’ai retenu :</w:t>
        <w:br/>
        <w:br/>
        <w:t>- Aujourd’hui : [comment ils font aujourd’hui, avec leurs chiffres].</w:t>
        <w:br/>
        <w:t>- Objectif : [ce qu’ils veulent] d’ici le [date].</w:t>
        <w:br/>
        <w:t>- Qui décide : [noms et rôles], le [date].</w:t>
        <w:br/>
        <w:br/>
        <w:t>Prochaine étape : je vous envoie [les tarifs ou une proposition] d’ici [jour]. Si j’ai mal compris quelque chose, répondez-moi et je corrigerai.</w:t>
        <w:br/>
        <w:br/>
        <w:t>[votre nom]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Version courte, chat ou message : </w:t>
      </w:r>
      <w:r>
        <w:rPr>
          <w:rFonts w:ascii="Calibri" w:hAnsi="Calibri" w:cs="Calibri" w:eastAsia="Calibri"/>
          <w:b w:val="0"/>
          <w:color w:val="15131F"/>
          <w:sz w:val="21"/>
        </w:rPr>
        <w:t>Merci pour aujourd’hui, [prénom]. Vous voulez [objectif] d’ici le [date], et [noms] décident le [date]. Je vous envoie [élément suivant] d’ici [jour]. Ai-je mal compris quelque chose 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Conseil : </w:t>
      </w:r>
      <w:r>
        <w:rPr>
          <w:rFonts w:ascii="Calibri" w:hAnsi="Calibri" w:cs="Calibri" w:eastAsia="Calibri"/>
          <w:b w:val="0"/>
          <w:color w:val="5D5A70"/>
          <w:sz w:val="21"/>
        </w:rPr>
        <w:t>Si le récap ne peut pas dire qui décide et quand, posez la question avant d’envoyer un prix. Le déroulé de l’appel se trouve dans les modèles de script d’appel de découverte.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Toujours inclure : </w:t>
      </w:r>
      <w:r>
        <w:rPr>
          <w:rFonts w:ascii="Calibri" w:hAnsi="Calibri" w:cs="Calibri" w:eastAsia="Calibri"/>
          <w:b w:val="0"/>
          <w:color w:val="5D5A70"/>
          <w:sz w:val="21"/>
        </w:rPr>
        <w:t>Leurs chiffres, Qui décide, Prochaine étape et date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Répondre à une question de prix : le chiffre d’abord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Envoi sous : Le même jour ouvré · L’unique demande : Est-ce dans votre fourchette ?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 envoyer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 même jour ouvré que la question. N’attendez pas la proposition.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Mettez le chiffre dans les deux premières lignes. S’il dépend du périmètre, donnez une fourchette et dites ce qui la fait varier.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Objet : </w:t>
      </w:r>
      <w:r>
        <w:rPr>
          <w:rFonts w:ascii="Calibri" w:hAnsi="Calibri" w:cs="Calibri" w:eastAsia="Calibri"/>
          <w:b w:val="0"/>
          <w:color w:val="15131F"/>
          <w:sz w:val="21"/>
        </w:rPr>
        <w:t>Tarif pour [son entreprise] : [prix] par [mois ou an]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E-mail : </w:t>
      </w:r>
      <w:r>
        <w:rPr>
          <w:rFonts w:ascii="Calibri" w:hAnsi="Calibri" w:cs="Calibri" w:eastAsia="Calibri"/>
          <w:b w:val="0"/>
          <w:color w:val="15131F"/>
          <w:sz w:val="21"/>
        </w:rPr>
        <w:t>Bonjour [prénom],</w:t>
        <w:br/>
        <w:br/>
        <w:t>Pour [périmètre], le prix est de [prix] par [mois], facturé [annuellement] : [total annuel] par an.</w:t>
        <w:br/>
        <w:br/>
        <w:t>Inclus : [les 3 éléments qui comptent pour eux]. Frais uniques : [frais de mise en place]. Non inclus : [ce qui est facturé en plus].</w:t>
        <w:br/>
        <w:br/>
        <w:t>[Une option mensuelle ou un démarrage plus modeste, si vous en proposez].</w:t>
        <w:br/>
        <w:br/>
        <w:t>Est-ce dans la fourchette que vous aviez en tête ? Si oui, je vous envoie la proposition d’ici [jour]. Sinon, indiquez-moi votre fourchette et je vous dirai honnêtement ce qui est possible.</w:t>
        <w:br/>
        <w:br/>
        <w:t>[votre nom]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Version courte, chat ou message : </w:t>
      </w:r>
      <w:r>
        <w:rPr>
          <w:rFonts w:ascii="Calibri" w:hAnsi="Calibri" w:cs="Calibri" w:eastAsia="Calibri"/>
          <w:b w:val="0"/>
          <w:color w:val="15131F"/>
          <w:sz w:val="21"/>
        </w:rPr>
        <w:t>Pour [périmètre], c’est [prix] par [mois], facturé [annuellement], plus [frais de mise en place]. Est-ce dans votre fourchette ? Je peux vous envoyer la proposition d’ici [jour].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S’ils trouvent ça trop cher : </w:t>
      </w:r>
      <w:r>
        <w:rPr>
          <w:rFonts w:ascii="Calibri" w:hAnsi="Calibri" w:cs="Calibri" w:eastAsia="Calibri"/>
          <w:b w:val="0"/>
          <w:color w:val="5D5A70"/>
          <w:sz w:val="21"/>
        </w:rPr>
        <w:t>Ne baissez pas le prix dans l’e-mail suivant. Demandez à quoi ils le comparent, puis utilisez les réponses aux objections commerciales.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Jamais : </w:t>
      </w:r>
      <w:r>
        <w:rPr>
          <w:rFonts w:ascii="Calibri" w:hAnsi="Calibri" w:cs="Calibri" w:eastAsia="Calibri"/>
          <w:b w:val="0"/>
          <w:color w:val="5D5A70"/>
          <w:sz w:val="21"/>
        </w:rPr>
        <w:t>Cacher le chiffre, Une remise non demandée, Exiger un appel pour voir les prix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E-mail de proposition : le devis avec une prochaine étape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Envoi sous : 1 jour ouvré · Valable jusqu’au : Une vraie date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 envoyer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Sous 1 jour ouvré après l’appel où vous avez validé le périmètre.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 devis indique le prix, la date de démarrage et une date de validité. L’e-mail est un résumé en 3 lignes pour la personne qui signe.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Objet : </w:t>
      </w:r>
      <w:r>
        <w:rPr>
          <w:rFonts w:ascii="Calibri" w:hAnsi="Calibri" w:cs="Calibri" w:eastAsia="Calibri"/>
          <w:b w:val="0"/>
          <w:color w:val="15131F"/>
          <w:sz w:val="21"/>
        </w:rPr>
        <w:t>Proposition [numéro] : [périmètre] pour [son entreprise]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E-mail : </w:t>
      </w:r>
      <w:r>
        <w:rPr>
          <w:rFonts w:ascii="Calibri" w:hAnsi="Calibri" w:cs="Calibri" w:eastAsia="Calibri"/>
          <w:b w:val="0"/>
          <w:color w:val="15131F"/>
          <w:sz w:val="21"/>
        </w:rPr>
        <w:t>Bonjour [prénom],</w:t>
        <w:br/>
        <w:br/>
        <w:t>Vous trouverez votre proposition en pièce jointe. En trois lignes, pour toute personne à qui vous la transférerez :</w:t>
        <w:br/>
        <w:br/>
        <w:t>- Quoi : [périmètre], en service d’ici le [date].</w:t>
        <w:br/>
        <w:t>- Prix : [total de la première année], dont [frais uniques]. Valable jusqu’au [date].</w:t>
        <w:br/>
        <w:t>- Pourquoi : [son objectif, avec ses mots].</w:t>
        <w:br/>
        <w:br/>
        <w:t>La prochaine étape est un appel de 20 minutes pour répondre à vos questions, avec [autre décideur] s’il souhaite se joindre à nous. [Jour] à [heure] ou [jour] à [heure], cela vous convient-il ?</w:t>
        <w:br/>
        <w:br/>
        <w:t>[votre nom]</w:t>
        <w:br/>
        <w:t>[téléphone]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Version courte, chat ou message : </w:t>
      </w:r>
      <w:r>
        <w:rPr>
          <w:rFonts w:ascii="Calibri" w:hAnsi="Calibri" w:cs="Calibri" w:eastAsia="Calibri"/>
          <w:b w:val="0"/>
          <w:color w:val="15131F"/>
          <w:sz w:val="21"/>
        </w:rPr>
        <w:t>[Prénom], la proposition pour [périmètre] est dans votre boîte mail : [prix], valable jusqu’au [date]. Pourrions-nous la parcourir [jour] à [heure] 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Sans réponse : </w:t>
      </w:r>
      <w:r>
        <w:rPr>
          <w:rFonts w:ascii="Calibri" w:hAnsi="Calibri" w:cs="Calibri" w:eastAsia="Calibri"/>
          <w:b w:val="0"/>
          <w:color w:val="5D5A70"/>
          <w:sz w:val="21"/>
        </w:rPr>
        <w:t>Suivez la séquence d’e-mails de relance commerciale, du jour 2 au jour 14.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En pièce jointe : </w:t>
      </w:r>
      <w:r>
        <w:rPr>
          <w:rFonts w:ascii="Calibri" w:hAnsi="Calibri" w:cs="Calibri" w:eastAsia="Calibri"/>
          <w:b w:val="0"/>
          <w:color w:val="5D5A70"/>
          <w:sz w:val="21"/>
        </w:rPr>
        <w:t>La proposition ou le devis, Un cas similaire, Rien d’autre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Point avant la décision avec le groupe d’achat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Avant la décision : 1 semaine · Mettre en copie : Avec l’accord du contact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 envoyer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Quand plusieurs personnes décident. Envoyez-le une semaine avant leur réunion de décision, et à nouveau quand une nouvelle personne rejoint le groupe.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Écrivez à votre contact principal. Ne mettez d’autres personnes en copie qu’avec son accord, et répondez à la question de chacun en le nommant.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Objet : </w:t>
      </w:r>
      <w:r>
        <w:rPr>
          <w:rFonts w:ascii="Calibri" w:hAnsi="Calibri" w:cs="Calibri" w:eastAsia="Calibri"/>
          <w:b w:val="0"/>
          <w:color w:val="15131F"/>
          <w:sz w:val="21"/>
        </w:rPr>
        <w:t>Pour votre décision du [date] : prix, conditions et date de démarrage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E-mail : </w:t>
      </w:r>
      <w:r>
        <w:rPr>
          <w:rFonts w:ascii="Calibri" w:hAnsi="Calibri" w:cs="Calibri" w:eastAsia="Calibri"/>
          <w:b w:val="0"/>
          <w:color w:val="15131F"/>
          <w:sz w:val="21"/>
        </w:rPr>
        <w:t>Bonjour [prénom] et [autre contact],</w:t>
        <w:br/>
        <w:br/>
        <w:t>Pour que tout le monde ait les mêmes informations lors de [la réunion] :</w:t>
        <w:br/>
        <w:br/>
        <w:t>- Prix : [total de la première année], [conditions de facturation].</w:t>
        <w:br/>
        <w:t>- La question de [autre contact] : [la réponse en une phrase].</w:t>
        <w:br/>
        <w:t>- Démarrage : [premier jalon] d’ici le [date], si vous décidez d’ici le [date].</w:t>
        <w:br/>
        <w:t>- Si cela ne fonctionne pas : [ce qui se passe].</w:t>
        <w:br/>
        <w:br/>
        <w:t>Avez-vous besoin d’autre chose de ma part pour la réunion d’ici [jour] ?</w:t>
        <w:br/>
        <w:br/>
        <w:t>[votre nom]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Version courte, chat ou message : </w:t>
      </w:r>
      <w:r>
        <w:rPr>
          <w:rFonts w:ascii="Calibri" w:hAnsi="Calibri" w:cs="Calibri" w:eastAsia="Calibri"/>
          <w:b w:val="0"/>
          <w:color w:val="15131F"/>
          <w:sz w:val="21"/>
        </w:rPr>
        <w:t>[Prénom], pour votre réunion du [date] : [autre contact] ou l’équipe ont-ils besoin d’autre chose de ma part d’ici [jour] 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Conseil : </w:t>
      </w:r>
      <w:r>
        <w:rPr>
          <w:rFonts w:ascii="Calibri" w:hAnsi="Calibri" w:cs="Calibri" w:eastAsia="Calibri"/>
          <w:b w:val="0"/>
          <w:color w:val="5D5A70"/>
          <w:sz w:val="21"/>
        </w:rPr>
        <w:t>Ne contournez jamais votre contact. Si vous devez joindre la personne qui signe, demandez à votre contact de vous présenter, et dites pourquoi.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Répondre pour : </w:t>
      </w:r>
      <w:r>
        <w:rPr>
          <w:rFonts w:ascii="Calibri" w:hAnsi="Calibri" w:cs="Calibri" w:eastAsia="Calibri"/>
          <w:b w:val="0"/>
          <w:color w:val="5D5A70"/>
          <w:sz w:val="21"/>
        </w:rPr>
        <w:t>Finance : coût et conditions, Dirigeant : le risque, Équipe : temps de prise en main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Après le oui : étapes suivantes et qui fait quoi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Après le oui : Le jour même · L’unique demande : Confirmer l’heure du lancement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 envoyer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 jour même où ils disent oui, avant toute facture ou tout e-mail de bienvenue automatique.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Qui fait quoi et pour quand, des deux côtés.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Objet : </w:t>
      </w:r>
      <w:r>
        <w:rPr>
          <w:rFonts w:ascii="Calibri" w:hAnsi="Calibri" w:cs="Calibri" w:eastAsia="Calibri"/>
          <w:b w:val="0"/>
          <w:color w:val="15131F"/>
          <w:sz w:val="21"/>
        </w:rPr>
        <w:t>Étapes suivantes : mise en service pour [son entreprise] d’ici le [date]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E-mail : </w:t>
      </w:r>
      <w:r>
        <w:rPr>
          <w:rFonts w:ascii="Calibri" w:hAnsi="Calibri" w:cs="Calibri" w:eastAsia="Calibri"/>
          <w:b w:val="0"/>
          <w:color w:val="15131F"/>
          <w:sz w:val="21"/>
        </w:rPr>
        <w:t>Bonjour [prénom],</w:t>
        <w:br/>
        <w:br/>
        <w:t>Merci, et bienvenue chez [votre entreprise]. Voici la suite :</w:t>
        <w:br/>
        <w:br/>
        <w:t>1. [Date] : [documents, facture ou lien de paiement], par [personne].</w:t>
        <w:br/>
        <w:t>2. [Date] : appel de lancement à [heure], avec [qui, de leur côté].</w:t>
        <w:br/>
        <w:t>3. [Date] : [premier résultat, par exemple : le premier rapport hebdomadaire].</w:t>
        <w:br/>
        <w:br/>
        <w:t>De votre côté, nous avons besoin de [ce qu’ils doivent envoyer] d’ici le [date]. Votre contact pour [sujet] est [nom, rôle].</w:t>
        <w:br/>
        <w:br/>
        <w:t>[votre nom]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Version courte, chat ou message : </w:t>
      </w:r>
      <w:r>
        <w:rPr>
          <w:rFonts w:ascii="Calibri" w:hAnsi="Calibri" w:cs="Calibri" w:eastAsia="Calibri"/>
          <w:b w:val="0"/>
          <w:color w:val="15131F"/>
          <w:sz w:val="21"/>
        </w:rPr>
        <w:t>Merci, [prénom] ! Ensuite : [documents] aujourd’hui, lancement [jour] à [heure], premier [résultat] d’ici le [date]. Les détails suivent par e-mail.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Restez transactionnel : </w:t>
      </w:r>
      <w:r>
        <w:rPr>
          <w:rFonts w:ascii="Calibri" w:hAnsi="Calibri" w:cs="Calibri" w:eastAsia="Calibri"/>
          <w:b w:val="0"/>
          <w:color w:val="5D5A70"/>
          <w:sz w:val="21"/>
        </w:rPr>
        <w:t>Selon la loi américaine CAN-SPAM, un e-mail qui ne fait que finaliser une affaire acceptée par l’acheteur est transactionnel et échappe à la plupart des règles, mais les informations sur l’expéditeur et l’acheminement doivent être exactes. N’y glissez aucune offre d’extension.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Ne jamais ajouter : </w:t>
      </w:r>
      <w:r>
        <w:rPr>
          <w:rFonts w:ascii="Calibri" w:hAnsi="Calibri" w:cs="Calibri" w:eastAsia="Calibri"/>
          <w:b w:val="0"/>
          <w:color w:val="5D5A70"/>
          <w:sz w:val="21"/>
        </w:rPr>
        <w:t>Une offre d’extension, Une demande de recommandation, Un questionnaire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Affaire perdue : savoir pourquoi et laisser la porte ouverte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Envoi sous : 2 jours ouvrés · Relances : Aucune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 envoyer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Sous 2 jours ouvrés après un non, ou quand la dernière relance est restée sans réponse.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Posez une seule question, puis arrêtez. N’écrivez à nouveau que si on vous le demande ou si une date a été donnée.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Objet : </w:t>
      </w:r>
      <w:r>
        <w:rPr>
          <w:rFonts w:ascii="Calibri" w:hAnsi="Calibri" w:cs="Calibri" w:eastAsia="Calibri"/>
          <w:b w:val="0"/>
          <w:color w:val="15131F"/>
          <w:sz w:val="21"/>
        </w:rPr>
        <w:t>Clôture de votre dossier : une question d’abord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E-mail : </w:t>
      </w:r>
      <w:r>
        <w:rPr>
          <w:rFonts w:ascii="Calibri" w:hAnsi="Calibri" w:cs="Calibri" w:eastAsia="Calibri"/>
          <w:b w:val="0"/>
          <w:color w:val="15131F"/>
          <w:sz w:val="21"/>
        </w:rPr>
        <w:t>Bonjour [prénom],</w:t>
        <w:br/>
        <w:br/>
        <w:t>Merci de me l’avoir dit. J’ai clôturé la proposition de notre côté.</w:t>
        <w:br/>
        <w:br/>
        <w:t>Une question, pour que nous puissions progresser : quelle a été la raison principale ? Répondez simplement par un chiffre :</w:t>
        <w:br/>
        <w:t>1. Le prix</w:t>
        <w:br/>
        <w:t>2. Le calendrier</w:t>
        <w:br/>
        <w:t>3. Vous avez choisi une autre solution</w:t>
        <w:br/>
        <w:t>4. Quelque chose que nous avons fait ou pas fait</w:t>
        <w:br/>
        <w:br/>
        <w:t>Si [sa raison de revenir, par exemple : le nouvel établissement] change la donne, je suis là. Je ne vous relancerai pas, sauf si vous me le demandez.</w:t>
        <w:br/>
        <w:br/>
        <w:t>[votre nom]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Version courte, chat ou message : </w:t>
      </w:r>
      <w:r>
        <w:rPr>
          <w:rFonts w:ascii="Calibri" w:hAnsi="Calibri" w:cs="Calibri" w:eastAsia="Calibri"/>
          <w:b w:val="0"/>
          <w:color w:val="15131F"/>
          <w:sz w:val="21"/>
        </w:rPr>
        <w:t>C’est noté, [prénom], merci de me l’avoir dit. Était-ce le prix, le calendrier, une autre solution ou quelque chose de notre fait ? Un mot suffit.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Plus tard : </w:t>
      </w:r>
      <w:r>
        <w:rPr>
          <w:rFonts w:ascii="Calibri" w:hAnsi="Calibri" w:cs="Calibri" w:eastAsia="Calibri"/>
          <w:b w:val="0"/>
          <w:color w:val="5D5A70"/>
          <w:sz w:val="21"/>
        </w:rPr>
        <w:t>S’ils ont donné une échéance, comme « après mars », créez une seule tâche pour ce mois-là. Pour les anciens clients, utilisez les modèles d’e-mails de reconquête client.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Jamais : </w:t>
      </w:r>
      <w:r>
        <w:rPr>
          <w:rFonts w:ascii="Calibri" w:hAnsi="Calibri" w:cs="Calibri" w:eastAsia="Calibri"/>
          <w:b w:val="0"/>
          <w:color w:val="5D5A70"/>
          <w:sz w:val="21"/>
        </w:rPr>
        <w:t>Contester le non, Une remise de dernière minute, Redemander la semaine suivante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E-mails de renouvellement et d’extension aux clients actuels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Renouvellement : 60 jours avant · Extension : Seulement avec leur raison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 envoyer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Renouvellement : 60 jours avant la date de renouvellement, ou avant le début du préavis si celui-ci commence plus tôt.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Extension : seulement si le client a lui-même une raison, comme un nouvel établissement ou plus d’utilisateurs, et après le premier résultat.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Renouvellement, objet : </w:t>
      </w:r>
      <w:r>
        <w:rPr>
          <w:rFonts w:ascii="Calibri" w:hAnsi="Calibri" w:cs="Calibri" w:eastAsia="Calibri"/>
          <w:b w:val="0"/>
          <w:color w:val="15131F"/>
          <w:sz w:val="21"/>
        </w:rPr>
        <w:t>Votre renouvellement du [date] : un bilan de 20 minutes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Renouvellement, e-mail : </w:t>
      </w:r>
      <w:r>
        <w:rPr>
          <w:rFonts w:ascii="Calibri" w:hAnsi="Calibri" w:cs="Calibri" w:eastAsia="Calibri"/>
          <w:b w:val="0"/>
          <w:color w:val="15131F"/>
          <w:sz w:val="21"/>
        </w:rPr>
        <w:t>Bonjour [prénom],</w:t>
        <w:br/>
        <w:br/>
        <w:t>Votre [abonnement ou contrat] sera renouvelé le [date] au prix de [prix]. Avant cela, j’aimerais faire le bilan de l’année avec vous : [un résultat, avec leurs chiffres], ce qui n’a pas fonctionné et ce qui convient toujours.</w:t>
        <w:br/>
        <w:br/>
        <w:t>[Jour] à [heure], cela vous irait pour 20 minutes ? La date limite de préavis pour tout changement est le [date].</w:t>
        <w:br/>
        <w:br/>
        <w:t>[votre nom]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Extension, objet : </w:t>
      </w:r>
      <w:r>
        <w:rPr>
          <w:rFonts w:ascii="Calibri" w:hAnsi="Calibri" w:cs="Calibri" w:eastAsia="Calibri"/>
          <w:b w:val="0"/>
          <w:color w:val="15131F"/>
          <w:sz w:val="21"/>
        </w:rPr>
        <w:t>[Sa raison, par exemple : votre cinquième restaurant] : l’ajouter à [produit] 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Extension, e-mail : </w:t>
      </w:r>
      <w:r>
        <w:rPr>
          <w:rFonts w:ascii="Calibri" w:hAnsi="Calibri" w:cs="Calibri" w:eastAsia="Calibri"/>
          <w:b w:val="0"/>
          <w:color w:val="15131F"/>
          <w:sz w:val="21"/>
        </w:rPr>
        <w:t>Bonjour [prénom],</w:t>
        <w:br/>
        <w:br/>
        <w:t>Vous m’avez parlé de [sa raison] pour [mois]. [Un résultat obtenu jusqu’ici, avec leurs chiffres].</w:t>
        <w:br/>
        <w:br/>
        <w:t>L’ajouter coûte [prix] par [mois] à vos conditions actuelles, plus [frais de mise en place]. Voulez-vous que je vous envoie un devis dès maintenant, pour votre budget ?</w:t>
        <w:br/>
        <w:br/>
        <w:t>[votre nom]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Conseil : </w:t>
      </w:r>
      <w:r>
        <w:rPr>
          <w:rFonts w:ascii="Calibri" w:hAnsi="Calibri" w:cs="Calibri" w:eastAsia="Calibri"/>
          <w:b w:val="0"/>
          <w:color w:val="5D5A70"/>
          <w:sz w:val="21"/>
        </w:rPr>
        <w:t>Indiquez toujours la date limite de préavis, pour que le renouvellement ne tombe jamais par surprise sur une facture.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À apporter : </w:t>
      </w:r>
      <w:r>
        <w:rPr>
          <w:rFonts w:ascii="Calibri" w:hAnsi="Calibri" w:cs="Calibri" w:eastAsia="Calibri"/>
          <w:b w:val="0"/>
          <w:color w:val="5D5A70"/>
          <w:sz w:val="21"/>
        </w:rPr>
        <w:t>Un résultat chiffré, La date de préavis, Une option, pas cinq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Exemple : Exemples d’e-mails commerciaux : une affaire avec un groupe de restaurants, du chat au oui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Lanternfish Analytics, une entreprise fictive qui vend un logiciel de reporting aux restaurants, utilise ces modèles d’e-mails commerciaux sur une affaire. Jonah Whitaker vend à Ines Moreau, directrice des opérations d’Olive Branch Bistro Group (4 restaurants). Paul Okonkwo, des finances, rejoint la discussion avant la décision.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 : </w:t>
      </w:r>
      <w:r>
        <w:rPr>
          <w:rFonts w:ascii="Calibri" w:hAnsi="Calibri" w:cs="Calibri" w:eastAsia="Calibri"/>
          <w:b w:val="0"/>
          <w:color w:val="15131F"/>
          <w:sz w:val="21"/>
        </w:rPr>
        <w:t>Jeu. 1er oct., 21 h 40, chat du site : Bonjour, je suis Ines Moreau, d’Olive Branch Bistro Group. Chaque lundi, je recopie le coût matière et les chiffres de main-d’œuvre de nos 4 restaurants dans un seul tableur. Pouvez-vous le faire pour nous 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 IA : </w:t>
      </w:r>
      <w:r>
        <w:rPr>
          <w:rFonts w:ascii="Calibri" w:hAnsi="Calibri" w:cs="Calibri" w:eastAsia="Calibri"/>
          <w:b w:val="0"/>
          <w:color w:val="15131F"/>
          <w:sz w:val="21"/>
        </w:rPr>
        <w:t>Oui. Lanternfish envoie un seul rapport hebdomadaire pour tous vos restaurants le lundi matin. Jonah, de l’équipe commerciale, vous écrira demain avant 9 h avec deux créneaux pour un appel. Quels sont votre e-mail et votre téléphone 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Jonah (ventes) : </w:t>
      </w:r>
      <w:r>
        <w:rPr>
          <w:rFonts w:ascii="Calibri" w:hAnsi="Calibri" w:cs="Calibri" w:eastAsia="Calibri"/>
          <w:b w:val="0"/>
          <w:color w:val="15131F"/>
          <w:sz w:val="21"/>
        </w:rPr>
        <w:t>Ven. 2 oct., 8 h 20, e-mail « Vos rapports hebdomadaires pour 4 restaurants : deux créneaux pour un appel » : Oui, nous pouvons remplacer le tableur du lundi. Mar. 6 oct. à 10 h ou mer. 7 oct. à 14 h, cela vous convient-il pour 20 minutes 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Jonah (ventes) : </w:t>
      </w:r>
      <w:r>
        <w:rPr>
          <w:rFonts w:ascii="Calibri" w:hAnsi="Calibri" w:cs="Calibri" w:eastAsia="Calibri"/>
          <w:b w:val="0"/>
          <w:color w:val="15131F"/>
          <w:sz w:val="21"/>
        </w:rPr>
        <w:t>Mar. 6 oct., 11 h 40, e-mail « Récap : un seul rapport hebdomadaire pour Olive Branch » : Aujourd’hui, le rapport vous prend environ 5 heures. Objectif : prêt à 8 h chaque lundi. Paul Okonkwo (finances) et vous décidez le 28 oct. Proposition d’ici le lun. 12 oct.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 : </w:t>
      </w:r>
      <w:r>
        <w:rPr>
          <w:rFonts w:ascii="Calibri" w:hAnsi="Calibri" w:cs="Calibri" w:eastAsia="Calibri"/>
          <w:b w:val="0"/>
          <w:color w:val="15131F"/>
          <w:sz w:val="21"/>
        </w:rPr>
        <w:t>Mer. 7 oct., 11 h 30 : C’est exact. Combien cela coûte-t-il pour 4 restaurants ? C’est la première question que Paul posera.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Jonah (ventes) : </w:t>
      </w:r>
      <w:r>
        <w:rPr>
          <w:rFonts w:ascii="Calibri" w:hAnsi="Calibri" w:cs="Calibri" w:eastAsia="Calibri"/>
          <w:b w:val="0"/>
          <w:color w:val="15131F"/>
          <w:sz w:val="21"/>
        </w:rPr>
        <w:t>Mer. 7 oct., 11 h 55, e-mail « Tarif pour Olive Branch : 480 $ par mois » : 120 $ par restaurant et par mois en facturation annuelle, soit 5 760 $ par an, plus 900 $ de mise en place. En facturation mensuelle : 145 $ par restaurant. Est-ce dans votre fourchette 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Jonah (ventes) : </w:t>
      </w:r>
      <w:r>
        <w:rPr>
          <w:rFonts w:ascii="Calibri" w:hAnsi="Calibri" w:cs="Calibri" w:eastAsia="Calibri"/>
          <w:b w:val="0"/>
          <w:color w:val="15131F"/>
          <w:sz w:val="21"/>
        </w:rPr>
        <w:t>Lun. 12 oct., 9 h 30, e-mail « Proposition Q-1042 : rapports hebdomadaires pour 4 restaurants » : Première année 6 660 $, valable jusqu’au 30 oct., mise en service le 23 nov. Pourrions-nous la parcourir le jeu. 15 oct. à 10 h, avec Paul 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Jonah (ventes) : </w:t>
      </w:r>
      <w:r>
        <w:rPr>
          <w:rFonts w:ascii="Calibri" w:hAnsi="Calibri" w:cs="Calibri" w:eastAsia="Calibri"/>
          <w:b w:val="0"/>
          <w:color w:val="15131F"/>
          <w:sz w:val="21"/>
        </w:rPr>
        <w:t>Mer. 21 oct., 10 h, e-mail à Ines et Paul « Pour votre décision du 28 oct. : prix, conditions et date de démarrage » : Paul, oui : la facturation annuelle commence le jour de la mise en service, le 23 nov. Avez-vous besoin d’autre chose de ma part pour la réunion d’ici le mar. 27 oct. 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 : </w:t>
      </w:r>
      <w:r>
        <w:rPr>
          <w:rFonts w:ascii="Calibri" w:hAnsi="Calibri" w:cs="Calibri" w:eastAsia="Calibri"/>
          <w:b w:val="0"/>
          <w:color w:val="15131F"/>
          <w:sz w:val="21"/>
        </w:rPr>
        <w:t>Jeu. 29 oct., 9 h 10 : Validé hier. Facturation annuelle pour les 4, on y va.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Jonah (ventes) : </w:t>
      </w:r>
      <w:r>
        <w:rPr>
          <w:rFonts w:ascii="Calibri" w:hAnsi="Calibri" w:cs="Calibri" w:eastAsia="Calibri"/>
          <w:b w:val="0"/>
          <w:color w:val="15131F"/>
          <w:sz w:val="21"/>
        </w:rPr>
        <w:t>Jeu. 29 oct., 11 h, e-mail « Étapes suivantes : mise en service pour Olive Branch d’ici le 23 nov. » : Signature et facture aujourd’hui. Lancement le mar. 3 nov. à 10 h. Premier rapport pour 2 restaurants le lun. 16 nov., pour les 4 le lun. 23 nov.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Jonah (ventes) : </w:t>
      </w:r>
      <w:r>
        <w:rPr>
          <w:rFonts w:ascii="Calibri" w:hAnsi="Calibri" w:cs="Calibri" w:eastAsia="Calibri"/>
          <w:b w:val="0"/>
          <w:color w:val="15131F"/>
          <w:sz w:val="21"/>
        </w:rPr>
        <w:t>Mar. 24 nov., 9 h, e-mail « Votre cinquième restaurant : l’ajouter aux rapports ? » : Les 4 restaurants figuraient dans le rapport de lundi. Vous m’avez parlé d’un cinquième en février : 120 $ par mois à vos conditions, plus 225 $ de mise en place. Voulez-vous que je vous envoie un devis pour votre budget 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 : </w:t>
      </w:r>
      <w:r>
        <w:rPr>
          <w:rFonts w:ascii="Calibri" w:hAnsi="Calibri" w:cs="Calibri" w:eastAsia="Calibri"/>
          <w:b w:val="0"/>
          <w:color w:val="15131F"/>
          <w:sz w:val="21"/>
        </w:rPr>
        <w:t>Mar. 24 nov., 10 h 05 : Oui, volontiers.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Journal des e-mails de l’affaire : 7 e-mails, 7 réponses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Étape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Envoyé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Réponse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Réponse au lead entrant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Ven. 2 oct., 8 h 20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Oui, 42 minutes plus tard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Récap d’appel ou de démo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Mar. 6 oct., 11 h 40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Oui, le lendemain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Question sur le prix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Mer. 7 oct., 11 h 55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Oui, dans la fourchette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Proposition ou devis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Lun. 12 oct., 9 h 30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Oui, appel le 15 oct.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Point groupe d’achat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Mer. 21 oct., 10 h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Oui, de la part de Paul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Gagné : étapes suivantes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Jeu. 29 oct., 11 h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Oui, lancement confirmé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Renouveler ou étendre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Mar. 24 nov., 9 h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Oui, devis envoyé le 26 nov.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Dans CRMsoftware.pro au 26 novembre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Affaire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Olive Branch Bistro Group, Gagné le 29 oct.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Valeur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6 660 $ la première année, dont 900 $ de mise en place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Contacts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Ines Moreau (contact principal), Paul Okonkwo (finances)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Devis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Q-1042, Accepté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Tâches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7 prochaines étapes, toutes faites avant la date limite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Nouvelle affaire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Cinquième restaurant, 1 665 $ la première année, devis envoyé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Entreprise et cliente fictives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Règles des e-mails commerciaux par étape : quand envoyer, quand arrêter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Étape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Envoi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L’unique demande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Sans réponse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Réponse au lead entrant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Sous 1 heure ouvrée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Choisir l’un des deux créneaux d’appel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Relances aux jours 2 et 5, dernier e-mail au jour 10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Récap d’appel ou de démo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 jour même de l’appel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Corriger ce que j’ai mal compris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Envoyer quand même l’élément promis à temps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Question sur le prix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 même jour ouvré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Est-ce dans votre fourchette ?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Envoyer la proposition le jour promis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Proposition ou devis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Sous 1 jour ouvré après l’appel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appel de 20 minutes à une heure fixée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Relances aux jours 2, 5, 9 et 14, puis arrêt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Point groupe d’achat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Une semaine avant la décision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La réunion a-t-elle besoin d’autre chose de ma part ?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appel au contact principal 2 jours avant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Gagné : étapes suivantes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 jour même du oui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Confirmer l’heure du lancement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Appeler le jour ouvré suivant : c’est désormais un client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Perdu : savoir pourquoi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Sous 2 jours ouvrés après le non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Quelle a été la raison principale ?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Aucune relance. Un seul message, seulement s’ils ont donné une date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Renouveler ou étendre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60 jours avant le renouvellement, ou quand le client donne une raison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bilan de 20 minutes, ou un devis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rappel après une semaine, puis un appel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Modèles d’e-mails commerciaux par secteur : ce qui change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Secteur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Ce qui change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Objet prêt à l’emploi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Services B2B et agences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La personne qui demande est rarement celle qui paie. Rédigez chaque e-mail pour qu’il puisse partir au service financier.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Pour votre décision du 28 oct. : prix, conditions et date de démarrage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SaaS et start-up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L’essai est la proposition. Fixez d’abord 2 ou 3 critères de succès, et faites le point sur leur utilisation avant la fin de l’essai.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Votre essai : 3 rapports créés, plus que 5 jours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Services informatiques et infogérance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Les questions de sécurité viennent de personnes que vous n’avez pas rencontrées. Envoyez d’abord les résultats de l’audit, puis un prix mensuel par utilisateur ou par appareil.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Résultats de l’audit de votre réseau : 3 corrections, dont 1 urgente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Immobilier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Les leads des portails vont à celui qui répond en premier. Répondez en quelques minutes, et faites suivre chaque visite d’une seule question.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La maison 3 chambres avenue des Érables : deux créneaux de visite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Assurance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Les acheteurs comparent les devis ligne par ligne. Dites ce qui est couvert, ce qui ne l’est pas et la date de renouvellement, en termes simples.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Votre devis : ce qui est couvert, ce qui ne l’est pas, et le prix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Conseillers financiers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La confiance passe avant tout. Envoyez l’ordre du jour, ne promettez jamais de rendement et faites valider chaque modèle par la conformité.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Ce qu’il faut apporter à notre bilan de mardi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Cabinets d’avocats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Après la consultation, envoyez ensemble le périmètre, le mode de calcul des honoraires et la lettre de mission. Vérifiez les règles de votre barreau sur la publicité.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Suite de notre consultation : votre lettre de mission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Santé, vente aux cliniques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responsable de cabinet, un médecin et la conformité décident ensemble. Répondez aux questions de sécurité par écrit ; n’incluez jamais d’informations sur les patients.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Réponses de sécurité pour votre revue de conformité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Hôtellerie et événementiel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Les dates partent vite. Chaque devis de groupe indique la date, le nombre d’invités, le prix par personne et la durée de l’option.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Votre dîner pour 40 le 12 décembre, en option jusqu’à vendredi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Concessionnaires automobiles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Les acheteurs comparent le prix tout compris. Mettez par écrit le prix complet, les frais et la valeur de reprise.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Prix tout compris pour le SUV essayé samedi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Recrutement et intérim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Les honoraires et les conditions de remplacement sont la proposition. Envoyez les deux avec la date de la première présélection.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Honoraires et date de présélection pour vos 2 postes en entrepôt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Associations, partenariats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Vous vendez de la visibilité à une entreprise. Proposez 2 ou 3 niveaux de partenariat et une date de décision avant votre date limite d’impression.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Options de partenariat pour la course de 5 km du 9 mai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E-commerce et commerce de détail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Les e-mails individuels servent au commerce de gros et aux grosses commandes. Les e-mails de promotion envoyés à une liste sont des e-mails marketing : ils exigent un moyen de se désinscrire et votre adresse postale.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Prix de gros pour 24 unités par mois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Six règles pour des e-mails commerciaux professionnels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Elles valent pour chaque étape et chaque secteur.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Un e-mail, une demande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Un créneau d’appel, une correction, un oui sur une fourchette ou une date de décision. Demandez autre chose après la première réponse.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Un objet qui dit ce qu’il y a dedans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Récap, tarif, proposition, étapes suivantes : nommez-le. Pas de faux « RE : ». La loi américaine interdit les objets trompeurs dans les e-mails commerciaux.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Objet : </w:t>
      </w:r>
      <w:r>
        <w:rPr>
          <w:rFonts w:ascii="Calibri" w:hAnsi="Calibri" w:cs="Calibri" w:eastAsia="Calibri"/>
          <w:b w:val="0"/>
          <w:color w:val="15131F"/>
          <w:sz w:val="21"/>
        </w:rPr>
        <w:t>Tarif pour Olive Branch : 480 $ par mois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Écrivez pour ceux que vous ne rencontrerez jamais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En B2B, votre e-mail sera transféré. Mettez le résumé dans les trois premières lignes et reprenez leurs chiffres.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Une prochaine étape datée, à chaque fois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Terminez chaque e-mail par la prochaine étape et un jour, et enregistrez-la comme tâche avant de fermer l’e-mail.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En individuel, depuis votre propre messagerie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Écrivez à une personne à la fois. Gmail impose des règles supplémentaires, comme la désinscription en un clic, aux expéditeurs de plus de 5 000 messages par jour vers des comptes Gmail. Un e-mail promotionnel doit comporter votre adresse postale et un moyen de se désinscrire.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Arrêtez quand on vous le demande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Un non, un « retirez-moi de la liste » ou le silence après la dernière relance y met fin. La loi américaine accorde au plus 10 jours ouvrés pour traiter une désinscription ; le jour même, c’est mieux.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Cette page ne constitue pas un avis juridique. Ce sont des règles américaines ; vérifiez celles qui s’appliquent là où se trouvent vos acheteurs.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Comment utiliser ces modèles d’e-mails commerciaux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Trouvez l’étape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Ouvrez l’onglet qui correspond à l’état actuel de l’affaire.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Reprenez leurs mots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Remplacez chaque mot entre crochets par les chiffres, les dates et les noms de l’acheteur.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Vérifiez : une demande, une date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Supprimez tout ce qui n’aide pas l’acheteur à décider.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Notez-le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Inscrivez l’e-mail, la prochaine étape et son échéance dans le journal Excel ou dans une tâche du CRM.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Sans réponse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Après une réponse à un lead entrant ou un récap, utilisez les modèles de mails de relance. Après une proposition, utilisez la séquence d’e-mails de relance commerciale.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Mise en place dans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Dans « Mes bots », choisissez votre bot, ouvrez l’onglet « Comportement » et activez « Collecter les données utilisateur », pour que chaque visiteur laisse un nom et un e-mail. Cliquez sur « Enregistrer les modifications 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Les nouveaux chats arrivent dans « Leads », sous « Ventes ». Quand un appel est fixé, cliquez sur « Convertir en Distribuer » (convertir en affaire) : le contact, l’entreprise et l’affaire sont créés.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Dans « Accords » (les affaires), renseignez la valeur, l’étape, la date de clôture prévue, le contact principal et « Attribué à ». Ajoutez le reste du groupe d’achat avec « Nouveau contact », avec la même « Compagnie » (l’entreprise), et notez le rôle de chacun dans les « Notes » de l’affaire.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Après chaque e-mail, ouvrez « Tâches » et cliquez sur « Nouvelle tâche » : la prochaine étape comme « Titre de la tâche », le « Cédant » (la personne chargée de la tâche), une « Date limite » et l’« Accord lié » (l’affaire liée). « Mes tâches » affiche « À rendre aujourd’hui » et « Retard » (en retard) ; cliquez sur « Mark terminé » (marquer comme terminée) une fois l’étape faite.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Avec Launch, établissez le prix avec « Nouvelle citation » (nouveau devis) dans « Citations » (les devis) et renseignez « Valide jusqu’à ». Après le oui, créez la facture avec « Extrait de la citation » (à partir du devis) et utilisez « Créer un lien de paiement ». Passez l’affaire à « Gagné », ou à « Perdu » avec le motif dans « Notes 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Avec Growth, enregistrez les versions courtes dans « Paramètres » &gt; « Réponses enregistrées » &gt; « Nouvelle réponse », avec un « Raccourci » comme /pricing. Tapez le raccourci dans la zone de réponse du chat.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CRMsoftware.pro n’envoie ni e-mails commerciaux, ni séquences, ni e-mails en masse, et ne suit pas les ouvertures : vous envoyez chaque e-mail depuis votre propre messagerie. Les leads, 1 pipeline et les tâches de base sont gratuits pour 3 utilisateurs. Les devis, les factures, la signature électronique et les liens de paiement sont inclus dès Launch, à 19 $ par mois en facturation annuelle ; les réponses enregistrées dès Growth, à 49 $.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Contrôle hebdomadaire des e-mails par affaire, 10 minutes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En retard : envoyez l’e-mail ou appelez aujourd’hui.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Sans étape datée : donnez-en une à chaque affaire ouverte.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Affaires perdues : le motif est dans « Notes ».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Renouvellements dans les 60 prochains jours : l’e-mail de bilan est envoyé.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Modèle gratuit de CRMsoftware.pro. Données d’exemple fictives.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https://crmsoftware.pro/fr/templates/sales-email-templates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Modèles d’e-mails commerciaux pour chaque étape de la vente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