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Risposte a un cliente arrabbiato in live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Risposte per le chat accese in quattro passi: riconosci il problema, una sola domanda, la soluzione con un orario, conferma. Con limiti delle offerte, minacce di recensioni, linguaggio offensivo, passaggio a un responsabile e regole per l’agente IA.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i limiti delle offerte nella sezione 4 e le [parentesi] in ogni risposta, poi salva le risposte dove lavora il tuo team. Incolla la sezione 8 nelle istruzioni del tuo agente IA. Registra ogni chat accesa e chiudila solo dopo che il cliente ha confermato e il ricontatto è avvenuto.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Le risposte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Prima risposta: riconosci il problema in una riga, mai “calmati”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Valutala dopo questa risposta · Impatto: Un cliente o tanti? · Canale: Qualsiasi canale di chat · Referente: Chi gestisce la chat · Prima risposta: 1 minuto · Escalation: Segnali critici: scheda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Le risposte a un cliente arrabbiato in live chat sono una breve sequenza, non un unico messaggio lungo. Invia ogni passo da solo e aspetta la risposta.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La sequenza in 4 passi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Riconosci il problema in una riga: Di’ cosa è andato storto e chiedi scusa una volta sola. Per ora niente giustificazioni.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Fai una sola domanda: Solo quello che non puoi controllare da solo.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Proponi la soluzione o il prossimo passo con un orario: Cosa farai, chi lo fa ed entro quando.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Conferma: Chiedi se va bene e fissa il ricontatto.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/upset-ack: Sai cosa è andato storto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Il problema è chiaro dal messaggio o dall’ordine.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soluzione o un orario prima di aver controllato.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[Nome], [cosa è andato storto] dopo [quello che hai fatto o aspettato] non va bene. Mi dispiace. Ci sto guardando adesso.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/upset-read: La causa non è ancora chiara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Arrivano più messaggi arrabbiati insieme, o non riesci a capire cosa è successo.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l’errore è vostro, prima di saperlo.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Mi dispiace che sia stato così frustrante, [nome]. Sto leggendo adesso tutto quello che hai scritto e ti rispondo entro [1 minuto].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/upset-takeover: Subentri all’agente 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L’agente IA ti ha passato la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Cose che l’agente IA non ha confermato.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del team [nome del team]. Ho letto tutta la chat: [riepilogo in una riga]. Non devi ripetere niente. Mi dispiace, e me ne sto occupando io.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scrivere mai: </w:t>
      </w:r>
      <w:r>
        <w:rPr>
          <w:rFonts w:ascii="Calibri" w:hAnsi="Calibri" w:cs="Calibri" w:eastAsia="Calibri"/>
          <w:b w:val="0"/>
          <w:color w:val="5D5A70"/>
          <w:sz w:val="21"/>
        </w:rPr>
        <w:t>“Calmati”, “Come ho già detto”, “Purtroppo la nostra politica aziendale...” o la stessa scusa due volte. Una sola scusa, poi i fatti.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Raccogli i fatti: una domanda alla volta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Aggiornala in base ai fatti · Impatto: Un ordine o tanti? · Canale: Resta nella stessa chat · Referente: Chi gestisce la chat · Prima risposta: Ogni risposta entro 2 minuti · Escalation: Nessun progresso dopo 2 domande: scheda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Ogni domanda sembra un ritardo. Prima controlla l’ordine, l’account e lo storico della chat. Poi chiedi solo quello che manca, una domanda per messaggio.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/upset-ask: L’unica cosa che ti serve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Non trovi l’ordine o l’account, o ti serve un dettaglio per poter agire.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è l’ultima domanda, a meno che non lo sia davvero.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Per risolvere mi serve solo una cosa: [il dettaglio, per esempio il numero d’ordine o l’email del tuo account]. Per ora è tutto.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/upset-ask-again: Il cliente si irrita per la domanda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Risponde “Ve l’ho già detto” o “Risolvete e basta”.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risultato in cambio della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Scusa se te lo chiedo. [Il dettaglio] è l’unica cosa che dalla mia parte non vedo. Appena ce l’ho, [l’azione che farai].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/upset-recap: Conferma cosa hai capito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Prima di proporre una soluzione, così risolvi la cosa giusta.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Niente nel riepilogo. È una verifica, non un’offerta.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Per essere sicuri di aver capito bene: [cosa è successo], e vorresti [quello che chiede il cliente]. È corretto?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Non spostare il cliente su email o telefono per raccogliere i fatti. Nelle ricerche di Gartner il cambio di canale è uno dei fattori di disaffezione.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Proponi la soluzione o il prossimo passo, sempre con un orario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Quella valutata nella scheda 1 · Impatto: Quanto costa il problema al cliente · Canale: Stessa chat · Referente: Una persona con nome per ogni passo · Prima risposta: Soluzione o prossimo passo entro 10 minuti · Escalation: Servono soldi o un’approvazione: scheda 4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È questo il messaggio che calma la chat. Di’ cosa farai, chi lo fa ed entro quando. Se oggi non puoi risolvere, indica il prossimo passo e l’orario dell’aggiornamento, e rispetta quell’orario.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/upset-fix: Puoi risolvere subito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La soluzione dipende da te: un nuovo invio, una nuova prenotazione, una correzione.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orario di consegna o di arrivo che dipende da altri.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Ecco cosa sto facendo: [la soluzione]. Sarà fatto entro [ora e giorno]. Non devi fare nient’altro.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/upset-next: La soluzione richiede più tempo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Deve intervenire un altro team, un fornitore o un responsabile.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“A breve” o “il prima possibile”. Indica un giorno e un orario.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In chat non posso risolvere questo problema, quindi ecco il prossimo passo: [prossimo passo]. Se ne occupa [nome del referente] e avrai notizie da [lui o lei] entro [giorno e ora], anche solo per un aggiornamento.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/upset-confirm: Chiedi prima di chiudere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Subito dopo la soluzione o il prossimo passo.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Niente di nuovo. Ripeti quello che hai offerto.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[La soluzione o il prossimo passo] entro [ora e giorno] ti va bene?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/upset-close: Chiudi con il ricontatto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Il cliente ha detto sì.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orario di ricontatto che non è ancora tra le tue attività.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Confermato: [la soluzione o il prossimo passo] entro [ora e giorno]. [Ricontatto, per esempio: ti chiamerò] entro [orario del ricontatto]. Se per quell’ora non hai ancora mie notizie, scrivi a [indirizzo email]: il messaggio arriva direttamente a me.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di no: </w:t>
      </w:r>
      <w:r>
        <w:rPr>
          <w:rFonts w:ascii="Calibri" w:hAnsi="Calibri" w:cs="Calibri" w:eastAsia="Calibri"/>
          <w:b w:val="0"/>
          <w:color w:val="15131F"/>
          <w:sz w:val="21"/>
        </w:rPr>
        <w:t>Capito. Cosa andrebbe bene per te? Ti dico subito se posso farlo io, o chi può farlo.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Rimborso, credito o risarcimento: chi può offrire cosa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Da media ad alta · Impatto: L’importo in gioco · Canale: Accordo in chat, pagamento con il tuo sistema · Referente: Operatore fino al limite, poi chi approva · Prima risposta: Chi approva risponde in giornata · Escalation: Oltre il limite: chi approva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Fissa i limiti prima della chat accesa. Gli operatori offrono senza chiedere quello che la tabella consente. Tutto ciò che va oltre passa a chi approva, con un orario per la risposta.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Limiti delle offerte (compila i tuoi)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L’operatore può offrire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Oltre, chi approva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Scuse e soluzione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Sempre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approvazione necessaria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Nuovo intervento, nuovo invio o sostituzione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[regola, per esempio stesso articolo, senza costi extra]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[chi approva]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 della tariffa per la parte non riuscita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[100 $]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[chi approva, per esempio il responsabile del negozio]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Credito o buono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[50 $]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[chi approva]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 dell’ordine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[Mai, o fino a un importo]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[titolare o responsabile]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altra cosa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[responsabile]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/upset-offer: Entro il tuo limite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La soluzione da sola non ripaga quello che è andato storto, e l’offerta è nella tabella.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Il giorno in cui il cliente vedrà i soldi sulla carta.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Per rimediare a [cosa è andato storto], ti [rimborso la tariffa o aggiungo un credito] di [importo]. [Dove compare e quanto tempo ci vuole di solito]. Questo si aggiunge a [la soluzione].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/upset-approval: Chiede più di quanto puoi approvare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La richiesta supera il tuo limite o non è nella tabella.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L’esito o l’importo. Di’ chi decide ed entro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Non posso approvare io [quello che hai chiesto] e non voglio tirare a indovinare. Ho inviato la tua richiesta a [nome di chi approva] con i dettagli di questa chat. Avrai una risposta entro [giorno e ora].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Niente in cambio di una recensione. Vedi la scheda 5.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Minaccia di annullare o di lasciare una recensione: prima risolvi, non trattare mai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Alta; azioni legali: critica · Impatto: Un cliente che rischia di andarsene · Canale: Qualsiasi canale di chat · Referente: Operatore; responsabile per azioni legali o chargeback · Prima risposta: 1 minuto · Escalation: Azioni legali o chargeback: subito il responsabile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Di solito una minaccia significa che il cliente non crede più che risolverai il problema. Non discuterla e non offrire niente in cambio. Prima risolvi il problema.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/upset-cancel: “Annullo tutto”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Dice che annullerà, chiuderà l’account o non ordinerà mai più.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Uno sconto per restare che non è nella tua tabella delle offerte.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La decisione è tua, e ti aiuto in ogni caso. Prima però lasciami risolvere [il problema]: [la soluzione e l’orario]. Se dopo vuoi ancora annullare, [come annullare], e te lo confermo qui.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/upset-review: “Lascerò una recensione negativa”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Minaccia una recensione su Google, sui social o su un sito di recensioni.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Soldi, sconti o prodotti gratis per una recensione, per non pubblicarla o per modificarla o rimuoverla.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Hai tutto il diritto di raccontare la tua esperienza, e preferisco risolvere il problema piuttosto che convincerti a non farlo. Ecco cosa sto facendo adesso: [la soluzione e l’orario].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/upset-legal: Avvocato, chargeback o azioni legali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Parla di un avvocato, di un tribunale, di un’autorità di controllo o di un chargeback.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Niente su colpe o soldi. Non discutere la questione legale.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Capisco. Passo la questione a [nome del responsabile], che si occupa dei reclami formali. [Nome del responsabile] ti contatterà entro [giorno e ora]. Il modo migliore per raggiungerti è [email o telefono]?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niente incentivi: </w:t>
      </w:r>
      <w:r>
        <w:rPr>
          <w:rFonts w:ascii="Calibri" w:hAnsi="Calibri" w:cs="Calibri" w:eastAsia="Calibri"/>
          <w:b w:val="0"/>
          <w:color w:val="5D5A70"/>
          <w:sz w:val="21"/>
        </w:rPr>
        <w:t>La norma della FTC statunitense sulle recensioni dei consumatori vieta gli incentivi subordinati al tono, positivo o negativo, della recensione. Google vieta gli incentivi per qualsiasi recensione o per la rimozione di una recensione negativa.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Linguaggio offensivo: un solo messaggio di avvertimento, poi chiudi la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Critica · Impatto: La sicurezza del tuo team · Canale: Qualsiasi canale di chat · Referente: Operatore; responsabile informato in giornata · Prima risposta: Avvertimento immediato · Escalation: Minaccia di fare del male: subito il responsabile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cliente arrabbiato se la prende con il problema: parolacce per un ordine in ritardo, lettere maiuscole. Il cliente offensivo se la prende con una persona: insulti all’operatore, insulti discriminatori, minacce. Continua ad aiutare i clienti arrabbiati. In caso di offese, invia un solo messaggio di avvertimento e chiudi la chat se continuano.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/upset-boundary: Il primo messaggio offensivo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Insulti rivolti a te o al tuo team, o insulti discriminatori.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Niente pur di far cessare le offese.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Voglio aiutarti con [il problema], e lo farò. Posso continuare solo se manteniamo un tono rispettoso. [Il prossimo passo su cui stavi lavorando].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/upset-end: Continua dopo l’avvertimento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Anche il messaggio successivo è offensivo.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risposta in questa chat dopo averla chiusa.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Chiudo questa chat per il linguaggio usato. La tua segnalazione su [il problema] resta aperta: [nome del referente] ti scriverà a [indirizzo email] entro [giorno e ora] con il prossimo passo.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/upset-threat: Una minaccia di fare del male a qualcuno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Minaccia di fare del male a te, al tuo team o a chiunque altro.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Assolutamente niente. Non rispondere alla minaccia in sé.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Chiudo ora questa chat e la passo a [nome del responsabile], che ti contatterà per iscritto riguardo a [il problema].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Registralo in giornata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Copia le parole esatte in una nota sul contatto. Non riformularle.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Registra la chat con gravità critica. Il responsabile decide su eventuali altri contatti e se coinvolgere la polizia.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Tieni aperto il problema originale come attività. Chiudere la chat non chiude il caso.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Passa la chat a un responsabile con un riepilogo, così nessuno ripete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Alta o critica · Impatto: Serve un’autorità superiore all’operatore · Canale: Stessa chat, o una chiamata se la chiede · Referente: Il responsabile indicato nella risposta · Prima risposta: Responsabile entro 15 minuti · Escalation: Responsabile assente: il sostituto indicato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Passa la chat quando il cliente chiede un responsabile, la soluzione richiede un’autorità che non hai, due tentativi non hanno portato a nulla o la gravità è critica. Prima invia il riepilogo, poi avvisa il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per il responsabile: </w:t>
      </w:r>
      <w:r>
        <w:rPr>
          <w:rFonts w:ascii="Calibri" w:hAnsi="Calibri" w:cs="Calibri" w:eastAsia="Calibri"/>
          <w:b w:val="0"/>
          <w:color w:val="15131F"/>
          <w:sz w:val="21"/>
        </w:rPr>
        <w:t>[Nome del cliente], [numero d’ordine o di account], [canale].</w:t>
        <w:br/>
        <w:t>Cosa è successo: [una riga, con le date].</w:t>
        <w:br/>
        <w:t>Cosa vuole: [le sue parole].</w:t>
        <w:br/>
        <w:t>Controllato: [cosa hai controllato]. Offerto: [cosa hai offerto].</w:t>
        <w:br/>
        <w:t>Gravità: [bassa, media, alta o critica]. Promesso: [nome del responsabile] risponde entro [ora].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/upset-manager: Avvisa il cliente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Subito dopo aver inviato il riepilogo.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Cosa deciderà il responsabile.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Per questo serve [nome del responsabile], [ruolo], che può decidere su [quello che hai chiesto]. Ho già inoltrato a [lui o lei] tutto quello che c’è in questa chat, così non dovrai ripetere niente. [Nome del responsabile] ti contatterà entro [ora]. Se [non potrà], lo farà [nome del sostituto].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/upset-manager-hello: Il primo messaggio del responsabile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usarla: </w:t>
      </w:r>
      <w:r>
        <w:rPr>
          <w:rFonts w:ascii="Calibri" w:hAnsi="Calibri" w:cs="Calibri" w:eastAsia="Calibri"/>
          <w:b w:val="0"/>
          <w:color w:val="5D5A70"/>
          <w:sz w:val="21"/>
        </w:rPr>
        <w:t>Il responsabile prende in carico la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Più di quanto consentono le tue regole di approvazione.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[nome del responsabile], [ruolo]. [Nome dell’operatore] mi ha spiegato cosa è successo: [riepilogo in una riga]. Non devi ripetere niente. Ecco cosa posso fare: [decisione o prossimo passo, con un orario].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Non far mai raccontare di nuovo la storia al cliente. Nelle ricerche di Gartner i trasferimenti e il dover ripetere le informazioni sono fattori di disaffezione.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Regole per l’agente IA con clienti arrabbiati: quando passare la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Non la valuta l’agente IA · Impatto: Ogni chat a cui risponde l’agente IA · Canale: Sito e canali collegati · Referente: Chi modifica le “Instructions” · Prima risposta: Una persona entro 5 minuti · Escalation: Persona, minacce, azioni legali, sicurezza: passa la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Incolla queste regole nelle istruzioni del tuo agente IA. Sono regole scritte, non un rilevamento automatico: l’agente IA le applica a quello che scrive il cliente. Prova ogni caso di passaggio prima di farci affidamento.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Incolla in “Instructions”: </w:t>
      </w:r>
      <w:r>
        <w:rPr>
          <w:rFonts w:ascii="Calibri" w:hAnsi="Calibri" w:cs="Calibri" w:eastAsia="Calibri"/>
          <w:b w:val="0"/>
          <w:color w:val="15131F"/>
          <w:sz w:val="21"/>
        </w:rPr>
        <w:t>Quando un cliente è scontento o arrabbiato:</w:t>
        <w:br/>
        <w:t>1. Inizia con una frase breve che nomina il suo problema e chiedi scusa una volta sola. Non scrivere mai “calmati” e non ripetere le scuse.</w:t>
        <w:br/>
        <w:t>2. Fai una domanda alla volta, solo per quello che ti serve per trovare l’ordine: [numero d’ordine, email o telefono].</w:t>
        <w:br/>
        <w:t>3. Non discutere mai, non dare la colpa al cliente e non citare le regole per dimostrare che ha torto.</w:t>
        <w:br/>
        <w:t>4. Non promettere mai rimborsi, crediti, sconti, date di consegna o risarcimenti. Decide una persona del nostro team.</w:t>
        <w:br/>
        <w:t>5. Passa subito la chat a una persona quando il cliente chiede di parlare con una persona o con un responsabile; minaccia di annullare, di lasciare una recensione o di chiedere un chargeback; usa minacce o insulti; parla di un avvocato o di azioni legali; oppure parla di un infortunio o di un rischio per la sicurezza.</w:t>
        <w:br/>
        <w:t>6. Prima di passare la chat, riassumi in un solo messaggio cosa è successo, cosa vuole il cliente e il numero d’ordine.</w:t>
        <w:br/>
        <w:t>7. Di’ chi subentra e quando: [team o nome] entro [5 minuti] durante [orari di apertura]; fuori orario, entro [prossima apertura].</w:t>
        <w:br/>
        <w:t>8. Non offrire mai niente in cambio di una recensione.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passaggio dell’agente IA: </w:t>
      </w:r>
      <w:r>
        <w:rPr>
          <w:rFonts w:ascii="Calibri" w:hAnsi="Calibri" w:cs="Calibri" w:eastAsia="Calibri"/>
          <w:b w:val="0"/>
          <w:color w:val="15131F"/>
          <w:sz w:val="21"/>
        </w:rPr>
        <w:t>Capisco, e mi dispiace. Passo ora questa chat a [team o nome], con tutto quello che hai scritto, così non dovrai ripeterlo. Risposta prevista: entro [5 minuti].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Fuori orario: </w:t>
      </w:r>
      <w:r>
        <w:rPr>
          <w:rFonts w:ascii="Calibri" w:hAnsi="Calibri" w:cs="Calibri" w:eastAsia="Calibri"/>
          <w:b w:val="0"/>
          <w:color w:val="15131F"/>
          <w:sz w:val="21"/>
        </w:rPr>
        <w:t>Mi dispiace per quello che è successo. Il nostro team non è in linea fino a [prossima apertura]. Ho inoltrato il tuo messaggio e il numero d’ordine, e [team o nome] ti risponderà entro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Solo il 27% dei clienti riproverebbe un chatbot dopo un’esperienza negativa. Un passaggio rapido a una persona vale più di altre tre risposte dell’IA.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Risposte a un cliente arrabbiato in live chat, esempio compilato: una consegna mancata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Una cliente ha preso un giorno di ferie per la consegna di un divano da un negozio di arredamento fittizio, e il camion non è mai arrivato. L’agente IA passa la chat a una persona quando lei lo chiede. Owen segue i 4 passi e fa la chiamata promessa prima delle 7:30 del mattino dopo.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Ho preso un giorno di ferie per la consegna del divano, dalle 8 alle 12. Sono le 12:40. Niente camion, nessuna telefonata. È la seconda volta che mi spostate quest’ordine!!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Mi dispiace, Teresa. Aspettare tutta la mattina dopo aver preso un giorno di ferie non va bene. Per trovare la tua consegna, mi dai il numero d’ordine? Inizia con 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OR-58213. Ne ho abbastanza. Se non arriva oggi annullo l’ordine e scrivo recensioni ovunque. Passatemi una persona vera.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Capisco. Passo ora questa chat a Owen del nostro team consegne. Così non dovrà chiedertelo di nuovo: ordine OR-58213, fascia di oggi dalle 8:00 alle 12:00 saltata senza nessuna chiamata, seconda modifica a quest’ordine, e vuoi la consegna oggi. Risposta prevista: entro 5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(consegne): </w:t>
      </w:r>
      <w:r>
        <w:rPr>
          <w:rFonts w:ascii="Calibri" w:hAnsi="Calibri" w:cs="Calibri" w:eastAsia="Calibri"/>
          <w:b w:val="0"/>
          <w:color w:val="15131F"/>
          <w:sz w:val="21"/>
        </w:rPr>
        <w:t>Teresa, sono Owen dell’ufficio consegne. Hai preso un giorno di ferie e noi abbiamo saltato la fascia oraria senza chiamarti. È colpa nostra, e mi dispiace.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(consegne): </w:t>
      </w:r>
      <w:r>
        <w:rPr>
          <w:rFonts w:ascii="Calibri" w:hAnsi="Calibri" w:cs="Calibri" w:eastAsia="Calibri"/>
          <w:b w:val="0"/>
          <w:color w:val="15131F"/>
          <w:sz w:val="21"/>
        </w:rPr>
        <w:t>Il camion si è guastato alle 9:30 e nessuno ti ha chiamata. Una domanda: puoi ancora ricevere il divano oggi prima delle 18:00, o preferisci una fascia fissa domani mattina presto?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Non sto di nuovo ad aspettare tutto il giorno. Domani, ma presto.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(consegne): </w:t>
      </w:r>
      <w:r>
        <w:rPr>
          <w:rFonts w:ascii="Calibri" w:hAnsi="Calibri" w:cs="Calibri" w:eastAsia="Calibri"/>
          <w:b w:val="0"/>
          <w:color w:val="15131F"/>
          <w:sz w:val="21"/>
        </w:rPr>
        <w:t>Ecco cosa sto facendo: domani il tuo divano è il primo del giro, martedì 6 ottobre, dalle 8:00 alle 10:00. Ti sto anche rimborsando adesso sulla carta i 79 $ della consegna. Di solito i rimborsi compaiono entro 3-5 giorni lavorativi.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(consegne): </w:t>
      </w:r>
      <w:r>
        <w:rPr>
          <w:rFonts w:ascii="Calibri" w:hAnsi="Calibri" w:cs="Calibri" w:eastAsia="Calibri"/>
          <w:b w:val="0"/>
          <w:color w:val="15131F"/>
          <w:sz w:val="21"/>
        </w:rPr>
        <w:t>Martedì dalle 8:00 alle 10:00 ti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Sì. Dalle 8 alle 10. Se non arriva, annullo.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(consegne): </w:t>
      </w:r>
      <w:r>
        <w:rPr>
          <w:rFonts w:ascii="Calibri" w:hAnsi="Calibri" w:cs="Calibri" w:eastAsia="Calibri"/>
          <w:b w:val="0"/>
          <w:color w:val="15131F"/>
          <w:sz w:val="21"/>
        </w:rPr>
        <w:t>Confermato: martedì 6 ottobre, dalle 8:00 alle 10:00, e il rimborso di 79 $. Domani ti chiamo entro le 7:30 con il nome dell’autista. Se per quell’ora non hai mie notizie, scrivi a owen@oaklinehome.example.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Va bene. Grazie.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Campi di triage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Alta: minacce di annullare e di lasciare una recensione, ha chiesto una persona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ordine, divano da 1.840 $, seconda modifica della data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sito, lunedì 5 ottobre 2026, 12:40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Referente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 Hart, consegne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Prima 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Agente IA subito; Owen 3 minuti dopo il passaggio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necessaria: 79 $ rientra nel limite dell’operatore di 100 $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Referente e azioni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Azione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Referente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Scadenza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Spostare il divano alla prima fascia del 6 ottobre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ott., 13:00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Rimborsare i 79 $ della consegna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ott., 13:00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Attività: chiamata con il nome dell’autista, “Priority” “High”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ott., 7:30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 alle 7:24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 sul contatto, tag “Consegna”, riga nel registro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ott., 17:00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di chiusura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Registrato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Soluzione confermata dal cliente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“Sì. Dalle 8 alle 10.” 5 ott., 12:52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Ricontatto promesso avvenuto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il 6 ott. alle 7:24; consegnato alle 8:35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Riga del registro completa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Consegna in ritardo o mancata, alta, rimborso 79 $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Valutazione della soddisfazione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su 5 a fine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Stato nel registro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Negozio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Livelli di gravità per le chat accese: referente, tempi, escalation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Gravità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Come si presenta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Impatto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Prima risposta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Referente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Escalation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Bassa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Infastidito per un piccolo problema, nessun rischio per soldi o scadenze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cliente, poca cosa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1 minuto, agente IA o una persona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gestisce la chat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necessaria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Media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promessa mancata o un problema che si ripete, ma collabora ancora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cliente, un ordine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1 minuto, soluzione o prossimo passo entro 10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gestisce la chat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soluzione in chat: un referente con nome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Chiede una persona, minaccia di annullare o di lasciare una recensione, ci sono soldi in gioco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cliente che rischia di andarsene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persona entro 5 minuti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operatore con nome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Oltre il limite delle offerte: chi approva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Critica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Azioni legali, un problema di sicurezza, minacce o offese, o molti clienti coinvolti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Rischio legale, sicurezza o molti clienti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persona subito, il responsabile entro 15 minuti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responsabile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Subito il responsabile, il sostituto se è assente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Cosa dire a un cliente scontento, e cosa non scrivere mai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scrivere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Perché in chat è controproducente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Scrivi invece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Calmati.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 capire che il problema è la sua rabbia.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Mi dispiace. Lo risolvo subito.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 ho già detto...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Suona come un rimprovero, e il cliente torna su a controllare.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Riassumendo: il divano arriva martedì, dalle 8:00 alle 10:00.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Purtroppo la nostra politica aziendale prevede...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Mette la regola sopra la persona.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Ecco cosa posso fare: una sostituzione entro questa settimana.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Capisco la tua frustrazione.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Empatia copiata e incollata, spesso inviata due volte.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Aspettare tutta la mattina per niente non va bene.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breve, quanto prima, il prima possibile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Senza un orario, il cliente deve sollecitarti.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le 15:00 di oggi.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muro di testo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è arrabbiato legge di fretta e si perde la risposta.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punto per messaggio, al massimo tre righe.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LETTERE MAIUSCOLE o !!!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Sembra che urli anche tu.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Frasi semplici e un punto.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rispondere a un cliente arrabbiato in chat con questo modello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Fissa prima i tuoi limiti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Compila la tabella delle offerte nella scheda 4 e indica chi approva e un sostituto.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Salva le risposte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Sostituisci le [parentesi] e salva ogni risposta come scorciatoia, così la prima riga parte entro un minuto.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Incolla le regole per l’agente 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Aggiungi la scheda 8 alle istruzioni del tuo agente IA e prova ogni caso di passaggio.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Registra ogni chat accesa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riga per chat nel registro Excel, in giornata.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Fai una revisione ogni settimana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Controlla le cause principali e i ricontatti scaduti. Risolvi la causa più frequente.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Bots”, scegli il tuo bot e incolla la scheda 8 in “Instructions” nella sezione “Basics”. Fai clic su “Save Bot” e prova ogni caso di passaggio con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Nella sezione “Connect”, attiva “Send email notifications” e aggiungi il tuo team in “Assigned users”.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Le chat passate a una persona aspettano in “Live Support” con lo stato “Awaiting agent”. Fai clic su “Claim”, rispondi con lo storico sotto gli occhi e fai clic su “Resolve” dopo la conferma del cliente.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Per il ricontatto, apri “Tasks” &gt; “New Task”: “Task title”, “Assignee”, “Deadline” (l’orario promesso), “Priority” “High” o “Urgent”. Metti il riepilogo ed eventuali parole offensive nelle “Notes” del contatto.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Aggiungi un tag per ogni causa in “Settings” &gt; “Conversation Tags” &gt; “New tag”. Nella sezione “Behavior” del bot, attiva “Satisfaction Ratings”. Con Growth, salva le risposte in “Saved Replies”, per esempio /upset-ack.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Non c’è un rilevamento automatico della rabbia né una regola di escalation automatica: l’agente IA passa la chat in base alle tue “Instructions”. Passaggio a una persona: Launch, 19 $ al mese con fatturazione annuale per 8 utenti. Risposte salvate: Growth, 49 $. Free: chat IA e attività di base per 3 utenti.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di chiusura: chiudi una chat accesa solo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cliente ha confermato in chat la soluzione o il prossimo passo.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ricontatto promesso è avvenuto in orario ed è annotato.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riga del registro è completa: causa, gravità, offerta, importo, chi approva, esito.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eventuali offese sono registrate parola per parola e il responsabile ne è informato.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problema originale è risolto o ha una sua attività.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https://crmsoftware.pro/it/templates/angry-customer-live-chat-response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Risposte a un cliente arrabbiato in live chat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