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Modelli di prompt IA per prenotare appuntamenti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Regole per un agente IA che risponde alle domande sulle prenotazioni e invia il tuo link di prenotazione, più 6 prompt per risposte sulla disponibilità, spostamenti, conferme, promemoria, appuntamenti mancati e offerte dalla lista d’attesa. Con 10 messaggi di test e un esempio compilato.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Compila le parentesi con il tuo link di prenotazione, i servizi, le condizioni e i nomi. Incolla le regole della sezione 1 nel tuo agente ed esegui i 10 messaggi di test. Incolla i prompt per i messaggi in qualsiasi strumento di scrittura IA con i dati copiati dalla prenotazione e controlla data e ora prima di inviare.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 modelli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Prompt per receptionist IA: le regole per prenotare appuntamenti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Da superare: 10 su 10 · Responsabile e azione: [Nome] incolla le regole, esegue i 10 test e registra gli esiti nel foglio Excel dei test.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Questo prompt IA per prenotare appuntamenti va nelle istruzioni del tuo agente. L’agente invia il tuo link di prenotazione, ma non prenota, non blocca e non conferma mai un orario. Compila le parentesi, incolla, esegui i 10 test.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Regole di prenotazione per le “Instructions”: </w:t>
      </w:r>
      <w:r>
        <w:rPr>
          <w:rFonts w:ascii="Calibri" w:hAnsi="Calibri" w:cs="Calibri" w:eastAsia="Calibri"/>
          <w:b w:val="0"/>
          <w:color w:val="15131F"/>
          <w:sz w:val="21"/>
        </w:rPr>
        <w:t>REGOLE DI PRENOTAZIONE</w:t>
        <w:br/>
        <w:t>1. Non vedi il nostro calendario e non puoi prenotare, bloccare, spostare o annullare appuntamenti. Gli orari liberi sono solo nella pagina di prenotazione: [link di prenotazione].</w:t>
        <w:br/>
        <w:t>2. Quando qualcuno chiede un giorno o un orario, ripeti la sua richiesta, di’ che non vedi la disponibilità in tempo reale e invia il link. Non dire mai che un orario è libero, occupato o di solito tranquillo.</w:t>
        <w:br/>
        <w:t>3. Una richiesta non è una prenotazione. Di’: “Il tuo orario è prenotato quando la pagina di prenotazione lo conferma e arriva l’email di conferma.” Non scrivere mai “sei prenotato” o “te l’ho riservato”.</w:t>
        <w:br/>
        <w:t>4. Se l’orario che vuole non è nella pagina, proponi lì un altro orario oppure la lista d’attesa per [giorni e orari della lista d’attesa]. Un posto in lista d’attesa non è una prenotazione.</w:t>
        <w:br/>
        <w:t>5. Modifiche e disdette passano da [il link nell’email di conferma]. Condizioni: [condizioni di modifica e disdetta in una riga]. Dille una volta sola. Non togliere mai una penale.</w:t>
        <w:br/>
        <w:t>6. Per [servizi con consulenza], fai al massimo 3 domande brevi, una alla volta: di cosa ha bisogno, il suo fuso orario se non si trova a [città], quali giorni gli vanno bene. Poi suggerisci il servizio adatto.</w:t>
        <w:br/>
        <w:t>7. Servizi, durate e prezzi vengono solo dalla knowledge base. Tutti gli orari sono nel fuso orario [fuso orario].</w:t>
        <w:br/>
        <w:t>8. Non accettare mai dati della carta o pagamenti in chat. Non dare mai consigli medici o legali.</w:t>
        <w:br/>
        <w:t>9. Passa la chat a [nome] per i gruppi da [numero di persone] in su, acconti e pagamenti, eccezioni alle condizioni, domande mediche o legali e reclami. Chiedi un nome e [telefono o email], poi di’: “[Nome] ti risponde qui entro [tempo di risposta] in orario di apertura. Per ora non è prenotato nulla.”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Mettilo alla prova: 10 messaggi di test per le prenotazioni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Il cliente scrive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Superato se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deve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Avete qualcosa sabato mattina?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Ripete la richiesta, dice che non vede gli orari in tempo reale, invia [link di prenotazione].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Indicare un orario libero o occupato.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Prenotami per giovedì alle 15, per favore.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Dice che non può prenotare; è prenotato solo quando la pagina conferma.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Dire “sei prenotato” o “ti ho segnato”.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Mi tieni le 10:00 di domani per un’ora?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Dice che non può bloccare orari, invia il link.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Promettere di bloccare un orario.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Sabato non c’è niente. Riesci a trovarmi un buco?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Propone un altro orario o la lista d’attesa, che non è una prenotazione.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Promettere un posto in più.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Devo spostare il mio appuntamento alla settimana prossima.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 il link per le modifiche, dice le condizioni una volta.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Dire di aver spostato qualcosa.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 saltato l’appuntamento. Devo pagare comunque la penale?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Dice le condizioni una volta, passa a [nome] la domanda sulla penale.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Togliere, ridurre o confermare una penale.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Possiamo venire in 5 la mattina di un matrimonio?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 la chat a [nome], chiede un contatto.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Dare un prezzo per il gruppo.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pagare l’acconto qui? Il numero della mia carta è...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Ferma i dati della carta, passa il pagamento a una persona.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Accettare o ripetere i dati della carta.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[Il tuo servizio] è sicuro in gravidanza?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 consiglio; suggerisce un medico, propone [nome].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Dire che è sicuro.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Vorrei una consulenza, ma non so quale servizio mi serve.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 le domande per la consulenza una alla volta, suggerisce un servizio, invia il link.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Fare più di 3 domande.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Dove va: </w:t>
      </w:r>
      <w:r>
        <w:rPr>
          <w:rFonts w:ascii="Calibri" w:hAnsi="Calibri" w:cs="Calibri" w:eastAsia="Calibri"/>
          <w:b w:val="0"/>
          <w:color w:val="5D5A70"/>
          <w:sz w:val="21"/>
        </w:rPr>
        <w:t>Incolla le regole alla fine delle istruzioni. Ripeti tutti e 10 i test dopo ogni modifica alle regole, al link o alle tue condizioni.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compilare prima: </w:t>
      </w:r>
      <w:r>
        <w:rPr>
          <w:rFonts w:ascii="Calibri" w:hAnsi="Calibri" w:cs="Calibri" w:eastAsia="Calibri"/>
          <w:b w:val="0"/>
          <w:color w:val="5D5A70"/>
          <w:sz w:val="21"/>
        </w:rPr>
        <w:t>Link di prenotazione, Condizioni, Orari della lista d’attesa, Nome per il passaggio, Tempo di risposta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Domande sulla disponibilità: invia il link, non inventare mai un orario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Fonte di riferimento: Pagina di prenotazione · Responsabile e azione: L’agente invia il link. Prima di rispondere via email, [nome] copia gli orari liberi dal sistema di prenotazione.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“Avete qualcosa sabato?” è la domanda più comune sulle prenotazioni. L’agente non vede il tuo calendario, quindi ripete la richiesta, indica la fonte, invia il link e dice che non è ancora prenotato nulla.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Un giorno e un orario: “Sabato mattina?”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Data e ora richieste: </w:t>
      </w:r>
      <w:r>
        <w:rPr>
          <w:rFonts w:ascii="Calibri" w:hAnsi="Calibri" w:cs="Calibri" w:eastAsia="Calibri"/>
          <w:b w:val="0"/>
          <w:color w:val="5D5A70"/>
          <w:sz w:val="21"/>
        </w:rPr>
        <w:t>Il servizio, il giorno e l’orario, con le parole del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 della fonte: </w:t>
      </w:r>
      <w:r>
        <w:rPr>
          <w:rFonts w:ascii="Calibri" w:hAnsi="Calibri" w:cs="Calibri" w:eastAsia="Calibri"/>
          <w:b w:val="0"/>
          <w:color w:val="5D5A70"/>
          <w:sz w:val="21"/>
        </w:rPr>
        <w:t>Lo sa solo la pagina di prenotazione.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Stato: </w:t>
      </w:r>
      <w:r>
        <w:rPr>
          <w:rFonts w:ascii="Calibri" w:hAnsi="Calibri" w:cs="Calibri" w:eastAsia="Calibri"/>
          <w:b w:val="0"/>
          <w:color w:val="5D5A70"/>
          <w:sz w:val="21"/>
        </w:rPr>
        <w:t>Non prenotato finché la pagina non lo conferma.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Vorresti [servizio] [giorno] verso le [ora]. Non vedo il nostro calendario in tempo reale, quindi non tiro a indovinare. Tutti gli orari liberi per [servizio] ([durata], [prezzo]) sono qui: [link di prenotazione]. Il tuo orario è prenotato quando la pagina di prenotazione lo conferma e arriva l’email di conferma.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Niente di libero nella pagina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Alternative: </w:t>
      </w:r>
      <w:r>
        <w:rPr>
          <w:rFonts w:ascii="Calibri" w:hAnsi="Calibri" w:cs="Calibri" w:eastAsia="Calibri"/>
          <w:b w:val="0"/>
          <w:color w:val="5D5A70"/>
          <w:sz w:val="21"/>
        </w:rPr>
        <w:t>Un altro orario nella pagina, oppure la lista d’attesa per [giorni e orari della lista d’attesa].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Mi dispiace, non posso aggiungere né bloccare orari: può farlo solo la pagina di prenotazione. Puoi scegliere lì un altro orario libero, oppure entrare nella lista d’attesa per [giorno o orario]. Un posto in lista d’attesa non è una prenotazione: se si libera un orario, [nome] invia un link a tutti quelli in attesa e l’orario va al primo che lo prenota.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risposta via email sulla disponibilità: </w:t>
      </w:r>
      <w:r>
        <w:rPr>
          <w:rFonts w:ascii="Calibri" w:hAnsi="Calibri" w:cs="Calibri" w:eastAsia="Calibri"/>
          <w:b w:val="0"/>
          <w:color w:val="15131F"/>
          <w:sz w:val="21"/>
        </w:rPr>
        <w:t>Scrivi una risposta a un cliente che ha chiesto la disponibilità via [email o SMS].</w:t>
        <w:br/>
        <w:t>Attività: [attività], [tipo di attività] a [città]. Tutti gli orari sono nel fuso orario [fuso orario].</w:t>
        <w:br/>
        <w:t>Il suo messaggio: [incolla il suo messaggio].</w:t>
        <w:br/>
        <w:t>Servizio: [servizio], [durata], [prezzo].</w:t>
        <w:br/>
        <w:t>Orari liberi che ho copiato oggi dal nostro sistema di prenotazione: [2 o 3 orari liberi].</w:t>
        <w:br/>
        <w:t>Link di prenotazione: [link di prenotazione].</w:t>
        <w:br/>
        <w:t>Regole: proponi solo gli orari qui sopra e di’ che erano liberi nel momento in cui hai scritto. Di’ che l’orario è prenotato solo quando lo prenota tramite il link. Non bloccare nessun orario e non aggiungere prezzi né offerte. Meno di [100] parole, tono cordiale. Chiudi con un solo passo successivo.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Un buon risultato contiene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sua richiesta in poche parole: servizio, giorno, orario.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Solo orari copiati quel giorno dal sistema di prenotazione, con giorno della settimana, data e fuso orario.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link, e che l’orario è confermato solo prenotando tramite il link.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Non promettere 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orario ipotizzato.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 bloccare o riservare un orario.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Che un giorno è “di solito tranquillo”.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Domande per la consulenza: 3 domande prima del link di prenotazione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Domande prima del link: 3 al massimo · Responsabile e azione: [Nome] legge in chat le risposte alle domande prima della consulenza.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una prima consulenza, o per un servizio che la richiede, l’agente fa al massimo 3 domande brevi, una alla volta, poi suggerisce il servizio adatto e invia il link. Cinque campi: problema, servizio adatto, fuso orario, disponibilità, responsabile della conferma.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Problema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Decide quale servizio è adatto.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chiede: </w:t>
      </w:r>
      <w:r>
        <w:rPr>
          <w:rFonts w:ascii="Calibri" w:hAnsi="Calibri" w:cs="Calibri" w:eastAsia="Calibri"/>
          <w:b w:val="0"/>
          <w:color w:val="15131F"/>
          <w:sz w:val="21"/>
        </w:rPr>
        <w:t>Per cosa ti serve aiuto? Bastano una o due frasi.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Servizio adatto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Servizi e prezzi solo dalla knowledge base.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Da quello che descrivi, il servizio adatto è [servizio]: [durata], [prezzo]. [Cosa prevede, in una riga.]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Fuso orario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Per le consulenze in video o al telefono fuori da [città].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chiede: </w:t>
      </w:r>
      <w:r>
        <w:rPr>
          <w:rFonts w:ascii="Calibri" w:hAnsi="Calibri" w:cs="Calibri" w:eastAsia="Calibri"/>
          <w:b w:val="0"/>
          <w:color w:val="15131F"/>
          <w:sz w:val="21"/>
        </w:rPr>
        <w:t>In che città o fuso orario ti trovi? I nostri orari sono nel fuso orario [fuso orario]; controlla il fuso orario nella pagina di prenotazione prima di scegliere un orario.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Disponibilità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chiede: </w:t>
      </w:r>
      <w:r>
        <w:rPr>
          <w:rFonts w:ascii="Calibri" w:hAnsi="Calibri" w:cs="Calibri" w:eastAsia="Calibri"/>
          <w:b w:val="0"/>
          <w:color w:val="5D5A70"/>
          <w:sz w:val="21"/>
        </w:rPr>
        <w:t>Quali giorni o orari ti vanno bene di solito?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Grazie. Tutti gli orari liberi per [servizio] sono qui: [link di prenotazione]. Se [giorno] non mostra nulla, posso aggiungerti alla lista d’attesa.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Responsabile della conferma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Il cliente sa chi conferma.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Il tuo orario è prenotato quando la pagina di prenotazione lo conferma. [Nome] legge le tue risposte prima della consulenza e ti contatta se c’è qualcosa da cambiare.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nessun servizio è adatto: </w:t>
      </w:r>
      <w:r>
        <w:rPr>
          <w:rFonts w:ascii="Calibri" w:hAnsi="Calibri" w:cs="Calibri" w:eastAsia="Calibri"/>
          <w:b w:val="0"/>
          <w:color w:val="15131F"/>
          <w:sz w:val="21"/>
        </w:rPr>
        <w:t>Non sono sicuro che siamo le persone giuste per [la tua esigenza] e non voglio tirare a indovinare. [Nome] può consigliarti. Vuoi che inoltri la tua domanda?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fare mai più di 3 domande prima di inviare il link.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fare mai diagnosi, non dare consigli e non giudicare il caso del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scegliere mai un orario al posto suo.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Risposte a spostamenti e disdette secondo le tue condizioni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Condizioni: Dette una volta · Responsabile e azione: [Nome] risponde alle richieste di eccezione entro [tempo di risposta] e registra l’esito come Spostato o Annullato.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Le modifiche passano dal sistema di prenotazione, non dalla chat. L’agente invia il link per le modifiche e dice le tue condizioni una volta sola. Il vecchio orario resta prenotato finché il nuovo non è confermato.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Più di [24] ore prima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Condizioni: </w:t>
      </w:r>
      <w:r>
        <w:rPr>
          <w:rFonts w:ascii="Calibri" w:hAnsi="Calibri" w:cs="Calibri" w:eastAsia="Calibri"/>
          <w:b w:val="0"/>
          <w:color w:val="5D5A70"/>
          <w:sz w:val="21"/>
        </w:rPr>
        <w:t>Modifica o disdetta gratuita.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Nessun problema. Puoi spostarlo o disdirlo da solo con [il link nella tua email di conferma]. Il tuo orario attuale resta prenotato finché non ne scegli uno nuovo lì.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Meno di [24] ore prima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Condizioni: </w:t>
      </w:r>
      <w:r>
        <w:rPr>
          <w:rFonts w:ascii="Calibri" w:hAnsi="Calibri" w:cs="Calibri" w:eastAsia="Calibri"/>
          <w:b w:val="0"/>
          <w:color w:val="5D5A70"/>
          <w:sz w:val="21"/>
        </w:rPr>
        <w:t>[Penale per modifica tardiva o appuntamento mancato], detta una volta.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Approvazione di una persona: </w:t>
      </w:r>
      <w:r>
        <w:rPr>
          <w:rFonts w:ascii="Calibri" w:hAnsi="Calibri" w:cs="Calibri" w:eastAsia="Calibri"/>
          <w:b w:val="0"/>
          <w:color w:val="5D5A70"/>
          <w:sz w:val="21"/>
        </w:rPr>
        <w:t>Le eccezioni sulle penali vanno a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Puoi ancora spostarlo con [il link nella tua email di conferma]. Le nostre condizioni: le modifiche a meno di [24] ore dall’appuntamento comportano [penale]. Se hai avuto un imprevisto, sulle eccezioni decide [nome]. Vuoi che inoltri la richiesta?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risposta a una richiesta di spostamento: </w:t>
      </w:r>
      <w:r>
        <w:rPr>
          <w:rFonts w:ascii="Calibri" w:hAnsi="Calibri" w:cs="Calibri" w:eastAsia="Calibri"/>
          <w:b w:val="0"/>
          <w:color w:val="15131F"/>
          <w:sz w:val="21"/>
        </w:rPr>
        <w:t>Scrivi una risposta a un cliente che vuole spostare un appuntamento, via [email o SMS].</w:t>
        <w:br/>
        <w:t>Attività: [attività]. Tutti gli orari sono nel fuso orario [fuso orario].</w:t>
        <w:br/>
        <w:t>Prenotazione attuale: [servizio], [giorno, data, ora], con [nome del collaboratore].</w:t>
        <w:br/>
        <w:t>Cosa ha chiesto: [incolla il suo messaggio].</w:t>
        <w:br/>
        <w:t>Le nostre condizioni: [condizioni di modifica e disdetta in una riga].</w:t>
        <w:br/>
        <w:t>Orari liberi che ho copiato oggi dal nostro sistema di prenotazione: [2 orari liberi].</w:t>
        <w:br/>
        <w:t>Link per le modifiche: [link per le modifiche].</w:t>
        <w:br/>
        <w:t>Regole: di’ che l’orario attuale resta prenotato finché non ne conferma uno nuovo tramite il link. Indica le condizioni una volta, con gentilezza. Non togliere né aggiungere penali e non inventare orari. Meno di [100] parole. Chiudi con un solo passo successivo.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Non promettere 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“L’ho spostato” o “L’ho annullato”: lo fa solo il sistema di prenotazione.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 togliere una penale: decide una persona.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Prompt di conferma e promemoria per qualsiasi strumento di scrittura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Promemoria: 24 ore prima · Responsabile e azione: [Nome] controlla un risultato su una prenotazione reale, poi lo salva come email di conferma e di promemoria, oppure invia gli SMS a mano.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L’orario lo conferma la pagina di prenotazione. Questi due prompt scrivono il testo intorno. Incollali in qualsiasi strumento di scrittura IA, come ChatGPT, con i dati copiati dalla prenotazione, poi salva il risultato come email di prenotazione o invialo come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 A: conferma della prenotazione: </w:t>
      </w:r>
      <w:r>
        <w:rPr>
          <w:rFonts w:ascii="Calibri" w:hAnsi="Calibri" w:cs="Calibri" w:eastAsia="Calibri"/>
          <w:b w:val="0"/>
          <w:color w:val="15131F"/>
          <w:sz w:val="21"/>
        </w:rPr>
        <w:t>Scrivi [un’email o un SMS] di conferma della prenotazione per [attività], [tipo di attività] a [città].</w:t>
        <w:br/>
        <w:t>Usa solo questi dati della prenotazione:</w:t>
        <w:br/>
        <w:t>Cliente: [nome]</w:t>
        <w:br/>
        <w:t>Servizio: [servizio], [durata]</w:t>
        <w:br/>
        <w:t>Quando: [giorno, data, ora di inizio e di fine], [fuso orario]</w:t>
        <w:br/>
        <w:t>Con: [nome del collaboratore]</w:t>
        <w:br/>
        <w:t>Dove: [indirizzo, parcheggio o link della videochiamata]</w:t>
        <w:br/>
        <w:t>Prima della visita: [preparazione, o nessuna]</w:t>
        <w:br/>
        <w:t>Modifiche o disdette: [link per le modifiche]. Condizioni: [condizioni in una riga]</w:t>
        <w:br/>
        <w:t>Regole: apri con giorno, data e ora. Non aggiungere nulla che non sia elencato. Meno di [120] parole per un’email o [50] per un SMS. Tono caldo e semplice. Chiudi con un solo passo successivo.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 B: promemoria dell’appuntamento: </w:t>
      </w:r>
      <w:r>
        <w:rPr>
          <w:rFonts w:ascii="Calibri" w:hAnsi="Calibri" w:cs="Calibri" w:eastAsia="Calibri"/>
          <w:b w:val="0"/>
          <w:color w:val="15131F"/>
          <w:sz w:val="21"/>
        </w:rPr>
        <w:t>Scrivi [un’email o un SMS] di promemoria per [attività], da inviare [24 ore] prima dell’appuntamento.</w:t>
        <w:br/>
        <w:t>Usa solo questi dati della prenotazione: [nome], [servizio], [giorno, data, ora], [fuso orario], [indirizzo o link della videochiamata], [preparazione].</w:t>
        <w:br/>
        <w:t>Se non può venire: [link per le modifiche]. Chiedi di spostarlo per tempo, così qualcuno in lista d’attesa può avere l’orario.</w:t>
        <w:br/>
        <w:t>Regole: giorno e ora nella prima riga. Nessuna informazione nuova, nessun prezzo né offerta. Cordiale, non insistente. Meno di [50] parole per un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Secondo promemoria: </w:t>
      </w:r>
      <w:r>
        <w:rPr>
          <w:rFonts w:ascii="Calibri" w:hAnsi="Calibri" w:cs="Calibri" w:eastAsia="Calibri"/>
          <w:b w:val="0"/>
          <w:color w:val="5D5A70"/>
          <w:sz w:val="21"/>
        </w:rPr>
        <w:t>I fattori più spesso associati a un appuntamento mancato sono un lungo intervallo tra prenotazione e appuntamento e gli appuntamenti già mancati in passato. Per le prenotazioni fatte con settimane di anticipo, o per un cliente che ha già mancato un appuntamento, invia un secondo promemoria qualche giorno prima.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Un buon risultato contiene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Giorno della settimana, data, ora e fuso orario nella prima riga.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Servizio, luogo o link della videochiamata, preparazione.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Come modificare o disdire, e le condizioni in una riga.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copiare mai un orario a memoria: controllalo nell’elenco delle prenotazioni.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chiedere mai di rispondere SÌ se nessuno legge le risposte.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Dopo un appuntamento mancato: una chiamata, un messaggio, un responsabile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Ricontatto: Entro 2 ore · Responsabile e azione: [Nome] invia il messaggio, segna la prenotazione come “No Show” e registra Mancato come Esito.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Aspetta [15] minuti dopo l’inizio, chiama una volta, poi invia un solo messaggio entro [2] ore. Presumi la buona fede, indica le condizioni una volta e fai in modo che riprenotare richieda un solo passo.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Campi per l’appuntamento mancato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 compilare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Orario previsto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[servizio], [giorno, data, ora]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Tentativo di contatto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[chiamata o SMS, a che ora]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Condizioni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[condizioni per gli appuntamenti mancati in una riga]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Opzione per riprenotare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[link di prenotazione]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[nome], che invia il messaggio e decide sulle penali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messaggio dopo un appuntamento mancato: </w:t>
      </w:r>
      <w:r>
        <w:rPr>
          <w:rFonts w:ascii="Calibri" w:hAnsi="Calibri" w:cs="Calibri" w:eastAsia="Calibri"/>
          <w:b w:val="0"/>
          <w:color w:val="15131F"/>
          <w:sz w:val="21"/>
        </w:rPr>
        <w:t>Scrivi [un’email o un SMS] breve per un cliente che ha mancato un appuntamento.</w:t>
        <w:br/>
        <w:t>Attività: [attività]. Cliente: [nome del cliente].</w:t>
        <w:br/>
        <w:t>Orario previsto: [servizio], [giorno, data, ora].</w:t>
        <w:br/>
        <w:t>Tentativo di contatto: abbiamo chiamato alle [ora] e lasciato un messaggio.</w:t>
        <w:br/>
        <w:t>Le nostre condizioni: [condizioni per gli appuntamenti mancati in una riga].</w:t>
        <w:br/>
        <w:t>Per riprenotare: [link di prenotazione].</w:t>
        <w:br/>
        <w:t>Mittente: [nome].</w:t>
        <w:br/>
        <w:t>Regole: dai per scontato che abbia avuto un imprevisto. Niente colpe e niente minacce. Indica le condizioni una volta, in modo chiaro. Fai in modo che riprenotare richieda un solo passo. Meno di [80] parole. Chiudi con il link.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risponde con un motivo: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avercelo fatto sapere, [nome del cliente]. Spero che vada tutto bene. Sulla penale decide [Nome], che ti risponderà entro le [ora]. Intanto puoi già scegliere un nuovo orario qui: [link di prenotazione].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inviare mai più di un messaggio per lo stesso appuntamento mancato.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togliere né aggiungere mai una penale nel messaggio: decide il responsabile.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mettere mai in imbarazzo il cliente, né nel messaggio né nel registro.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Lista d’attesa e posti liberati all’ultimo minuto: al primo che prenota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Regola: Al primo che prenota · Responsabile e azione: [Nome] tiene la lista d’attesa nel registro delle richieste, con Esito Lista d’attesa e una data di ricontatto.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Quando la pagina non mostra nulla, l’agente propone la lista d’attesa e raccoglie un nome, un contatto e i giorni che vanno bene. Quando si libera un orario, [nome] invia un’unica offerta onesta a tutti quelli in attesa: l’orario va al primo che lo prenota tramite il link.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aggiunta alla lista d’attesa: </w:t>
      </w:r>
      <w:r>
        <w:rPr>
          <w:rFonts w:ascii="Calibri" w:hAnsi="Calibri" w:cs="Calibri" w:eastAsia="Calibri"/>
          <w:b w:val="0"/>
          <w:color w:val="15131F"/>
          <w:sz w:val="21"/>
        </w:rPr>
        <w:t>Posso aggiungerti alla lista d’attesa per [servizio], [giorni o orari]. Non è una prenotazione: se si libera un orario, [nome] invia un link a tutti quelli in attesa e l’orario va al primo che lo prenota. Qual è il [telefono o email] migliore per contattarti?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orario libero per la lista d’attesa: </w:t>
      </w:r>
      <w:r>
        <w:rPr>
          <w:rFonts w:ascii="Calibri" w:hAnsi="Calibri" w:cs="Calibri" w:eastAsia="Calibri"/>
          <w:b w:val="0"/>
          <w:color w:val="15131F"/>
          <w:sz w:val="21"/>
        </w:rPr>
        <w:t>Scrivi [un SMS o un’email] breve per offrire un orario appena liberato ai clienti in lista d’attesa.</w:t>
        <w:br/>
        <w:t>Attività: [attività]. Orario libero: [servizio], [giorno, data, ora], [fuso orario], con [nome del collaboratore].</w:t>
        <w:br/>
        <w:t>Link di prenotazione: [link di prenotazione].</w:t>
        <w:br/>
        <w:t>Fatti: il messaggio va a [numero] persone in lista d’attesa. L’orario va al primo che prenota tramite il link.</w:t>
        <w:br/>
        <w:t>Regole: di’ che non è tenuto da parte per nessuno. Niente falsa urgenza, nessun prezzo né offerta che non sia elencato. Meno di [50] parole. Chiudi con il link.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Un buon risultato contiene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L’orario esatto, il servizio e il nome del collaboratore.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“Al primo che prenota tramite il link”, detto chiaramente.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scrivere mai “riservato per te” o “è tuo”.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offrire mai un orario prima di aver controllato che sia libero nel sistema di prenotazione.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inventare mai urgenza, come “restano solo 10 minuti”.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Passaggio a una persona: eccezioni, gruppi e pagamenti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Responsabile e azione: [Nome] risponde entro [tempo di risposta], poi registra Serve l’approvazione di una persona: Sì, insieme all’esito.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Alcune richieste hanno bisogno dell’approvazione di una persona: eccezioni alle condizioni, gruppi, acconti e pagamenti, domande mediche o legali. L’agente raccoglie i fatti, non promette nulla e passa la chat a una persona con un nome e un tempo di risposta.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Gruppi da [numero di persone] in su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raccoglie: </w:t>
      </w:r>
      <w:r>
        <w:rPr>
          <w:rFonts w:ascii="Calibri" w:hAnsi="Calibri" w:cs="Calibri" w:eastAsia="Calibri"/>
          <w:b w:val="0"/>
          <w:color w:val="5D5A70"/>
          <w:sz w:val="21"/>
        </w:rPr>
        <w:t>Data, numero di persone, servizi, contatto.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Per i gruppi da [numero di persone] in su, orari e prezzo li organizza [nome]. Passo subito la richiesta a [nome]. Qual è il [telefono o email] migliore per contattarti? Per ora non è prenotato nulla.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Acconti e pagamenti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raccoglie: </w:t>
      </w:r>
      <w:r>
        <w:rPr>
          <w:rFonts w:ascii="Calibri" w:hAnsi="Calibri" w:cs="Calibri" w:eastAsia="Calibri"/>
          <w:b w:val="0"/>
          <w:color w:val="5D5A70"/>
          <w:sz w:val="21"/>
        </w:rPr>
        <w:t>A cosa serve, e un contatto. Mai i dati della carta.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Per favore, non condividere qui i dati della carta. [Nome] gestisce acconti e pagamenti tramite [link di pagamento o email]. Vuoi che inoltri la tua richiesta?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Eccezioni alle condizioni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raccoglie: </w:t>
      </w:r>
      <w:r>
        <w:rPr>
          <w:rFonts w:ascii="Calibri" w:hAnsi="Calibri" w:cs="Calibri" w:eastAsia="Calibri"/>
          <w:b w:val="0"/>
          <w:color w:val="5D5A70"/>
          <w:sz w:val="21"/>
        </w:rPr>
        <w:t>La prenotazione, cosa è successo, un contatto.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Le nostre condizioni prevedono [condizioni in una riga]. Io non posso fare eccezioni, ma su richieste come questa decide [nome], che ti risponderà entro le [ora]. Cos’è successo?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Domande mediche o legali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raccoglie: </w:t>
      </w:r>
      <w:r>
        <w:rPr>
          <w:rFonts w:ascii="Calibri" w:hAnsi="Calibri" w:cs="Calibri" w:eastAsia="Calibri"/>
          <w:b w:val="0"/>
          <w:color w:val="5D5A70"/>
          <w:sz w:val="21"/>
        </w:rPr>
        <w:t>Solo la domanda sul tuo servizio.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L’agente dice: </w:t>
      </w:r>
      <w:r>
        <w:rPr>
          <w:rFonts w:ascii="Calibri" w:hAnsi="Calibri" w:cs="Calibri" w:eastAsia="Calibri"/>
          <w:b w:val="0"/>
          <w:color w:val="15131F"/>
          <w:sz w:val="21"/>
        </w:rPr>
        <w:t>Non posso dare consigli medici o legali, quindi ti chiedo di rivolgerti al tuo [medico o avvocato]. Per domande su [il nostro servizio], [nome] può aiutarti. Vuoi che inoltri la domanda?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di passaggio per la persona: </w:t>
      </w:r>
      <w:r>
        <w:rPr>
          <w:rFonts w:ascii="Calibri" w:hAnsi="Calibri" w:cs="Calibri" w:eastAsia="Calibri"/>
          <w:b w:val="0"/>
          <w:color w:val="15131F"/>
          <w:sz w:val="21"/>
        </w:rPr>
        <w:t>Passaggio di una prenotazione</w:t>
        <w:br/>
        <w:t>Cliente: [nome], [telefono o email]</w:t>
        <w:br/>
        <w:t>Richiesta: [servizio], [data e ora], [numero di persone]</w:t>
        <w:br/>
        <w:t>Motivo per una persona: [gruppo, acconto, eccezione, domanda medica o legale]</w:t>
        <w:br/>
        <w:t>Prenotato tramite link: [sì o no]</w:t>
        <w:br/>
        <w:t>Promesso in chat: niente</w:t>
        <w:br/>
        <w:t>Risposta entro: [ora]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approvare mai in chat un gruppo, un acconto o un’eccezione, e non dare prezzi né sconti.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accettare mai i dati della carta.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passare mai la chat senza un nome, un contatto e un tempo di risposta.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Sempre una persona: </w:t>
      </w:r>
      <w:r>
        <w:rPr>
          <w:rFonts w:ascii="Calibri" w:hAnsi="Calibri" w:cs="Calibri" w:eastAsia="Calibri"/>
          <w:b w:val="0"/>
          <w:color w:val="5D5A70"/>
          <w:sz w:val="21"/>
        </w:rPr>
        <w:t>Eccezioni, Gruppi, Acconti, Pagamenti, Salute, Questioni legali, Reclami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L’agente di un salone invia il link di prenotazione e il calendario conferma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Come funzionano insieme questi modelli di prompt IA per prenotare appuntamenti. Wrenfield Hair Studio, un salone fittizio di Austin, in Texas, usa le regole della scheda 1. Venerdì 2 ottobre 2026 Leah ha chiesto un orario per la mattina dopo, ha prenotato tramite il link e ha ricevuto conferma e promemoria scritti con la scheda 5. La sua richiesta per un gruppo è andata a Mia.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Ciao! Avete qualcosa domani mattina per taglio e colore? Sabato 3 ottobre.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Ciao! Vorresti taglio e colore sabato 3 ottobre, di mattina. Non vedo il nostro calendario in tempo reale, quindi non tiro a indovinare. Tutti gli orari liberi per taglio e colore (2 ore e 30 minuti, da 160 $) sono qui: wrenfield.example/book. L’orario è prenotato quando la pagina lo conferma e arriva l’email.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Sabato è tutto pieno prima delle 15. Riesci a infilarmi alle 9?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Mi dispiace, non posso aggiungere né bloccare orari: può farlo solo la pagina di prenotazione. Puoi scegliere lì un altro orario libero, oppure entrare nella lista d’attesa per sabato mattina. Un posto in lista d’attesa non è una prenotazione: se si libera un orario, Mia invia un link a tutti quelli in attesa e l’orario va al primo che lo prenota.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Niente lista d’attesa. Ho appena prenotato martedì 6 ottobre alle 16:30 con Jo. Email arrivata!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Perfetto, è questa la prenotazione che conta. Per modificarla, usa il link nella tua email di conferma. Le modifiche a meno di 24 ore dall’appuntamento e gli appuntamenti mancati comportano una penale di 30 $.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Un’altra cosa: mia sorella si sposa sabato 24 ottobre. Potete occuparvi dei capelli per me e 4 damigelle quella mattina?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Congratulazioni a tua sorella! Per i gruppi da 3 persone in su, orari e acconto li organizza Mia, che risponde qui entro 30 minuti in orario di apertura. Qual è il numero di telefono migliore per contattarti? Per ora non è prenotato nulla per il 24 ottobre.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512 555 0147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Mia (titolare): </w:t>
      </w:r>
      <w:r>
        <w:rPr>
          <w:rFonts w:ascii="Calibri" w:hAnsi="Calibri" w:cs="Calibri" w:eastAsia="Calibri"/>
          <w:b w:val="0"/>
          <w:color w:val="15131F"/>
          <w:sz w:val="21"/>
        </w:rPr>
        <w:t>Ciao Leah, sono Mia. Per le mattine di matrimonio seguiamo fino a 5 persone, dalle 7:00: circa 4 ore per 5 persone, con un acconto di 100 $. Ti mando via email il programma e un link di pagamento entro le 16:30 di oggi. La mattina è prenotata quando l’acconto è pagato e te lo confermo 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Perfetto, grazie!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La richiesta di prenotazione, campo per campo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 e ora richieste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Taglio e colore, sabato 3 ottobre, mattina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 della fonte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Solo la pagina di prenotazione: sabato pieno prima delle 15:00; l’agente non ha indicato nessun orario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confermato in chat; prenotato quando la pagina ha confermato martedì 6 ottobre, 16:30, con Jo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Alternative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altro orario nella pagina, o la lista d’attesa di sabato (rifiutata)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Approvazione di una persona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Mattina del matrimonio per 5 persone il 24 ottobre: gruppo e acconto di 100 $, passata a Mia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 e azione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Mia: programma e link di pagamento entro le 16:30 (inviati alle 16:20), controllo dell’acconto venerdì 9 ottobre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Messaggi scritti con i prompt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Conferma, prompt 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Ciao Leah, sei prenotata: martedì 6 ottobre, dalle 16:30 alle 19:00, taglio e colore con Jo, 418 Alder Street, Austin. Ti chiediamo di venire con i capelli asciutti e senza piega. Per modificare o disdire, usa il link in questa email; le modifiche a meno di 24 ore dall’appuntamento e gli appuntamenti mancati comportano una penale di 30 $.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Promemoria, prompt B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Email, lunedì 5 ottobre, 16:30: Ciao Leah, ci vediamo domani, martedì 6 ottobre alle 16:30, con Jo. Parcheggio gratuito dietro il salone. Non puoi venire? Spostalo presto con il link nella tua email di conferma, così qualcuno in lista d’attesa può avere l’orario.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Controllato prima di salvare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Data, ora, indirizzo e penale confrontati con l’elenco delle prenotazioni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Cosa finisce nel registro e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“Bookings”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Taglio e colore, martedì 6 ottobre, 16:30, “Confirmed”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Registro delle richieste di prenotazione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righe: la prenotazione di martedì (Prenotato) e la mattina del matrimonio (serve approvazione, responsabile Mia, ricontatto entro il 9 ottobre)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“Chat History”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Leah, 512 555 0147, stato “Completed”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Salone e cliente fittizi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questi modelli di prompt IA per prenotare appuntamenti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Compila le parentesi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Link di prenotazione, servizi, prezzi, condizioni, orari della lista d’attesa, nome per il passaggio, tempo di risposta.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Incolla e prova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Incolla le regole della scheda 1 e scrivi i 10 messaggi di test. Devono essere superati tutti e 10.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Dai un responsabile a ogni prompt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Chi invia ciascuno dei 6 prompt per i messaggi, come e quando.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Registra le richieste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riga per richiesta, con un responsabile per ogni ricontatto.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Controlla ogni settimana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Tasso di appuntamenti mancati, ricontatti aperti, passaggi a una persona. Ripeti i test dopo ogni modifica.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Impostali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“Scheduling” &gt; “Event Types” &gt; “New Event Type”. Imposta “Event Name”, “Duration”, “Location”, “Buffer Time” e “Max bookings per day”. In “Reminders”, scegli “24 hours before”, “1 hour before” o “15 minutes before”.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In “Calendar Connections”, collega “Google Calendar” o “Outlook Calendar”, così gli impegni già presenti bloccano gli orari prenotabili.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Fai clic su “Copy Link” nel tipo di evento. In “My Bots”, scegli il bot e incolla il link e le regole in “Instructions”, nella scheda “Basics”. Fai clic su “Save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Fai clic su “Try Bot” e scrivi i 10 messaggi di test finché non sono tutti superati.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Per i servizi che richiedono una persona, attiva “Requires manual confirmation”: le prenotazioni restano in “Pending” finché qualcuno non fa clic su “Confirm” in “Bookings”. Segna come “No Show” le visite mancate.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I passaggi aspettano in “Live Support” con stato “Awaiting agent”; attiva “Send email notifications” nella scheda “Connect”. L’app invia email, non SMS.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Chat IA, “Instructions” e “Try Bot” sono nel piano Free: 3 utenti, senza carta di credito. Le prenotazioni con sincronizzazione del calendario arrivano con Launch, 19 $ al mese con fatturazione annuale per 8 utenti. Launch aggiunge anche le prenotazioni a pagamento tramite Stripe, i tipi di evento per il team (di gruppo, collettivi, a rotazione) e il passaggio a una persona.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 finale: l’agente di prenotazione è pronto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Tutti e 10 i messaggi di test sono superati, con la data nel foglio dei test.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Tutti e 6 i prompt per i messaggi hanno un responsabile, un canale e un momento di invio.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link nelle istruzioni apre la pagina di prenotazione giusta e la riga sulle condizioni corrisponde alle tue condizioni scritte.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nome per il passaggio e il tempo di risposta sono compilati e qualcuno riceve l’avviso via email.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https://crmsoftware.pro/it/templates/appointment-booking-ai-prompt-templates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Modelli di prompt IA per prenotare appuntamenti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