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Esempi di messaggi di benvenuto per chatbot per settore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Il primo messaggio che mostra un chatbot IA per 21 tipi di attività, ognuno con un avviso IA, 3 risposte rapide, una riga “non dire mai” e quando passare a una persona. Con la formula in 4 parti, le regole di benvenuto per le istruzioni del bot e un esempio compilato.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Scegli la sezione del tuo settore e sostituisci ogni parola tra [parentesi quadre] con i tuoi nomi, argomenti e numeri. Tieni per prima la frase sull’IA, resta entro 200 caratteri e usa 3 risposte rapide brevi. Prova il messaggio con 5 domande vere dei visitatori prima di andare online, poi registra una settimana alla volta nel registro dei test in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 messaggi di benvenuto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Esempi di messaggi di benvenuto per chatbot: la formula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Primo messaggio: 200 caratteri · Risposte rapide: 3, fino a 25 caratteri l’una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Questi esempi di messaggi di benvenuto per chatbot seguono una formula in 4 parti: un avviso IA, 2 o 3 cose in cui il bot può aiutare, chi subentra e infine una domanda aperta. Aggiungi 3 risposte rapide. Le schede da 2 a 8 la applicano a 21 tipi di attività.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 (da compilare):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[attività]. Posso aiutarti con [argomento 1], [argomento 2] e [argomento 3] o passarti a [nome] del nostro team. Come posso aiutarti?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 (3 pulsanti): </w:t>
      </w:r>
      <w:r>
        <w:rPr>
          <w:rFonts w:ascii="Calibri" w:hAnsi="Calibri" w:cs="Calibri" w:eastAsia="Calibri"/>
          <w:b w:val="0"/>
          <w:color w:val="15131F"/>
          <w:sz w:val="21"/>
        </w:rPr>
        <w:t>[Domanda più frequente]</w:t>
        <w:br/>
        <w:t>[Prenota, acquista o chiedi un preventivo]</w:t>
        <w:br/>
        <w:t>Parla con una persona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Regole per ogni settore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Entro 200 caratteri, così il messaggio sta sullo schermo di un telefono senza scorrere. È la regola di questo modello, non uno studio.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3 risposte rapide di 25 caratteri al massimo. I visitatori possono comunque scrivere.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Niente di privato nel primo messaggio: niente dati sanitari, numeri di carta o data di nascita.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 in chat risponde una persona, togli la frase sull’IA e usa il suo vero nome. Così funzionano anche come esempi di messaggi di benvenuto per live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 la frase sull’IA va per prima: </w:t>
      </w:r>
      <w:r>
        <w:rPr>
          <w:rFonts w:ascii="Calibri" w:hAnsi="Calibri" w:cs="Calibri" w:eastAsia="Calibri"/>
          <w:b w:val="0"/>
          <w:color w:val="5D5A70"/>
          <w:sz w:val="21"/>
        </w:rPr>
        <w:t>Nell’UE le persone devono essere informate che stanno interagendo con un sistema di IA al più tardi al momento della prima interazione, a meno che non sia evidente. L’obbligo vale dal 2 agosto 2026. In California, un avviso chiaro che si tratta di un bot esclude la responsabilità prevista dalla legge statale sui bot.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Regole di benvenuto per le istruzioni del bot: </w:t>
      </w:r>
      <w:r>
        <w:rPr>
          <w:rFonts w:ascii="Calibri" w:hAnsi="Calibri" w:cs="Calibri" w:eastAsia="Calibri"/>
          <w:b w:val="0"/>
          <w:color w:val="15131F"/>
          <w:sz w:val="21"/>
        </w:rPr>
        <w:t>REGOLE DI BENVENUTO</w:t>
        <w:br/>
        <w:t>Il primo messaggio è fisso. Se te lo chiedono, di’ che sei un assistente IA, mai una persona.</w:t>
        <w:br/>
        <w:t>Mai: [riga “non dire mai” del tuo settore].</w:t>
        <w:br/>
        <w:t>Passa la chat a [nome] per: [argomenti da passare], e ogni volta che il visitatore chiede di parlare con una persona.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 messaggi di benvenuto per pagina e fuori orario sono nei nostri esempi di messaggi di benvenuto per live chat. Il resto della chat è nei modelli di script per chatbot.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compilare prima: </w:t>
      </w:r>
      <w:r>
        <w:rPr>
          <w:rFonts w:ascii="Calibri" w:hAnsi="Calibri" w:cs="Calibri" w:eastAsia="Calibri"/>
          <w:b w:val="0"/>
          <w:color w:val="5D5A70"/>
          <w:sz w:val="21"/>
        </w:rPr>
        <w:t>Nome del bot, 3 argomenti, Chi subentra, 3 pulsanti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Messaggi di benvenuto per studi medici e dentistici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Consigli medici: Mai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 pazienti vogliono un appuntamento, i tuoi orari o l’elenco delle assicurazioni accettate. Dei sintomi si occupa il tuo team, mai il bot.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Studio medico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Prenota una visita · Orari di apertura · Assicurazioni accettate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Una diagnosi, un dosaggio o se un sintomo è grave.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Qualsiasi sintomo o esito di esami: la segreteria.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[studio]. Ti aiuto con appuntamenti, orari e assicurazioni, ma non do consigli medici. Emergenza? Chiama il [numero di emergenza]. Come posso aiutarti?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Studio dentistico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Prenota un controllo · Nuovi pazienti · Mal di denti oggi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Il prezzo di una cura prima della visita, o “sarà niente”.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Dolore, gonfiore o un dente rotto: la segreteria, per telefono.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[studio]. Posso prenotarti un controllo o una pulizia e rispondere ai nuovi pazienti. Hai dolore oggi? Chiama il [telefono]. Come posso aiutarti?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 il primo messaggio non fa domande sulla salute: </w:t>
      </w:r>
      <w:r>
        <w:rPr>
          <w:rFonts w:ascii="Calibri" w:hAnsi="Calibri" w:cs="Calibri" w:eastAsia="Calibri"/>
          <w:b w:val="0"/>
          <w:color w:val="5D5A70"/>
          <w:sz w:val="21"/>
        </w:rPr>
        <w:t>Nell’UE i dati sanitari sono una categoria particolare secondo il GDPR, con regole più rigide per il loro trattamento. Lascia che il bot prenoti; delle domande sui sintomi si occupa il tuo team.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chiedere mai sintomi, data di nascita o numero di assicurazione nel primo messaggio.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 per: </w:t>
      </w:r>
      <w:r>
        <w:rPr>
          <w:rFonts w:ascii="Calibri" w:hAnsi="Calibri" w:cs="Calibri" w:eastAsia="Calibri"/>
          <w:b w:val="0"/>
          <w:color w:val="5D5A70"/>
          <w:sz w:val="21"/>
        </w:rPr>
        <w:t>Sintomi, Esiti degli esami, Dolore oggi, Contestazioni di fatture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Messaggi di benvenuto per immobiliari, mutui e fotovoltaico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Tassi e risparmi: Mai promessi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bot dà fatti e prossimi passi. Prezzi, tassi e risparmi li comunica una persona.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Agenzia immobiliare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Compro la prima casa · Prenota una visita · Quanto vale casa mia?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Chi abita in un quartiere, o che una zona è adatta a “famiglie come la vostra”.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Offerte, valutazioni, contratti: [nome dell’agente].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[agenzia]. Posso aiutarti con annunci, visite e valutazioni, o passarti a [nome dell’agente], il nostro agente. Vuoi comprare, vendere o affittare?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Mediatore creditizio o banca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Preapprovazione mutuo · Tipi di mutuo · Parla con un consulente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Un tasso, una rata mensile o “il mutuo te lo danno”.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Qualsiasi tasso, approvazione o dato economico personale: [consulente del credito].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[azienda]. Posso spiegarti i tipi di mutuo e i passi per la preapprovazione. Tassi e approvazione li dà solo un consulente abilitato. Che obiettivo hai?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Installatore fotovoltaico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Chiedi un preventivo · Il mio tetto va bene? · Parla con un consulente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Risparmi, anni di rientro o incentivi fiscali presentati come promesse.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Preventivi, finanziamenti, domande sul tetto: [consulente].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[azienda]. Posso spiegarti come funziona il fotovoltaico su una casa come la tua, verificare la nostra zona e avviare un preventivo. Cosa vuoi sapere?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Parità di accesso alla casa negli USA: </w:t>
      </w:r>
      <w:r>
        <w:rPr>
          <w:rFonts w:ascii="Calibri" w:hAnsi="Calibri" w:cs="Calibri" w:eastAsia="Calibri"/>
          <w:b w:val="0"/>
          <w:color w:val="5D5A70"/>
          <w:sz w:val="21"/>
        </w:rPr>
        <w:t>È illegale scoraggiare qualcuno dal comprare o affittare una casa a causa di razza, colore, religione, sesso, disabilità, situazione familiare od origine nazionale delle persone che abitano in un quartiere. Dai al bot fatti sulle case, non sui vicini.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nel primo messaggio: </w:t>
      </w:r>
      <w:r>
        <w:rPr>
          <w:rFonts w:ascii="Calibri" w:hAnsi="Calibri" w:cs="Calibri" w:eastAsia="Calibri"/>
          <w:b w:val="0"/>
          <w:color w:val="5D5A70"/>
          <w:sz w:val="21"/>
        </w:rPr>
        <w:t>Reddito, Punteggio di credito, Numeri di documento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Messaggi di benvenuto per legali, consulenti e assicurazioni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Consulenza: Una persona abilitata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 visitatori leggono ogni parola come un consiglio, quindi la frase “niente consulenze” va nel primo messaggio.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Studio legale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Prenota una consulenza · Aree di attività · Onorari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Quanto vale una causa, se firmare o che questa chat lo rende già cliente dello studio.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Scadenze, udienze, qualsiasi urgenza: [nome della segreteria], per telefono.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[studio]. Non sono un avvocato e non posso dare consulenza legale, ma posso spiegarti le aree di attività e fissare una consulenza. Di cosa si tratta?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Consulente finanziario o commercialista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Prenota una chiamata · I nostri servizi · Onorari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Rendimenti, investimenti “sicuri”, o cosa comprare o vendere.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I soldi o le tasse del visitatore: [consulente].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[studio]. Non do consulenza su investimenti o tasse, ma posso spiegarti servizi e onorari o fissare una chiamata con un consulente. Come posso aiutarti?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Agenzia assicurativa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Chiedi un preventivo · Apri un sinistro · Parla con un agente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Un prezzo, o “sei coperto”, prima che un agente controlli la polizza.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Sinistri, disdette e “sono coperto?”: [agente].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[agenzia]. Posso spiegarti le coperture, avviare un preventivo o aprire un sinistro. Prezzi e coperture li conferma un agente abilitato. Cosa ti serve?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chiedere mai dettagli della causa, numeri di conto o numeri di polizza nel primo messaggio.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 per: </w:t>
      </w:r>
      <w:r>
        <w:rPr>
          <w:rFonts w:ascii="Calibri" w:hAnsi="Calibri" w:cs="Calibri" w:eastAsia="Calibri"/>
          <w:b w:val="0"/>
          <w:color w:val="5D5A70"/>
          <w:sz w:val="21"/>
        </w:rPr>
        <w:t>Scadenze, Sinistri, Dati economici personali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Messaggi di benvenuto per e-commerce, negozi e concessionari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Numeri di carta: Mai in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Chi fa acquisti vuole una risposta prima di comprare: taglia, consegna, disponibilità o prezzo.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Negozio online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Traccia il mio ordine · Taglie e vestibilità · Resi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Una data di consegna o una disponibilità che il bot non può vedere.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Ordini mancanti o danneggiati, rimborsi: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[negozio]. Posso aiutarti con taglie, consegna, resi e il tuo ordine. Cosa stai cercando oggi?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Negozio fisico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Orari di apertura · Prenota un articolo · Parla con il negozio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“È disponibile” quando il bot non vede le scorte in tempo reale.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Verifiche delle scorte, articoli da tenere da parte, ordini speciali: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[negozio]. Posso dirti orari, cosa vendiamo e come prenotare un articolo. [Nome] in negozio verifica la disponibilità. Come posso aiutarti?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Concessionaria auto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Prenota un test drive · Valuta il mio usato · Finanziamenti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Un prezzo finale, una rata mensile o “il finanziamento è approvato”.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Prezzi, finanziamenti e offerte di permuta: [nome] delle vendite.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[concessionaria]. Posso aiutarti a trovare un’auto, fissare un test drive o valutare il tuo usato, o passarti a [nome] delle vendite. Nuova o usata?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Nelle pagine di pagamento: </w:t>
      </w:r>
      <w:r>
        <w:rPr>
          <w:rFonts w:ascii="Calibri" w:hAnsi="Calibri" w:cs="Calibri" w:eastAsia="Calibri"/>
          <w:b w:val="0"/>
          <w:color w:val="5D5A70"/>
          <w:sz w:val="21"/>
        </w:rPr>
        <w:t>Non mostrare nessun messaggio di benvenuto nella pagina di pagamento. La frase per quella pagina è nei nostri esempi di messaggi di benvenuto per live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Pulsanti che i clienti toccano: </w:t>
      </w:r>
      <w:r>
        <w:rPr>
          <w:rFonts w:ascii="Calibri" w:hAnsi="Calibri" w:cs="Calibri" w:eastAsia="Calibri"/>
          <w:b w:val="0"/>
          <w:color w:val="5D5A70"/>
          <w:sz w:val="21"/>
        </w:rPr>
        <w:t>Traccia il mio ordine, Resi, Orari di apertura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Messaggi di benvenuto per SaaS, servizi IT e aziende B2B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Prossimo passo: Demo o chiamata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Chi compra per un’azienda vuole capire in fretta se fai al caso suo. Metti la demo o la chiamata in un pulsante.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SaaS e startup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Vedi i piani · Prenota una demo · Aiuto per configurare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Funzioni in programma come se esistessero già, o uno sconto.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Piani su misura, domande sulla sicurezza, contratti: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[prodotto]. Posso rispondere su funzioni, piani e configurazione o prenotare una demo con [nome]. Cosa stai cercando di fare?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Servizi IT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Assistenza urgente · I nostri servizi · Chiedi un preventivo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“Risolto” o “sicuro” su un sistema che il bot non può vedere.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Guasti e incidenti di sicurezza: [nome del reperibile], per telefono.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[azienda]. Qualcosa è fermo adesso? Tocca Assistenza urgente e [nome] ti richiama. Posso anche spiegarti i nostri servizi. Di cosa hai bisogno?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B2B e manifattura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Richiedi un preventivo · Schede tecniche · Parla con le vendite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Un prezzo o un tempo di consegna per un ordine su misura.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Preventivi, specifiche su misura, campioni: [nome] delle vendite.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un assistente IA di [azienda]. Posso aiutarti con schede tecniche, ordini minimi e tempi di consegna, o passarti a [nome] delle vendite. Cosa stai cercando?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Agenzie e consulenza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I nostri servizi · Vedi i nostri lavori · Prenota una chiamata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Risultati come “prima pagina su Google” o “raddoppia i tuoi lead”.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Proposte e budget: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[agenzia]. Posso mostrarti servizi e lavori passati, spiegarti come definiamo i prezzi o fissare una chiamata con [nome]. Su cosa stai lavorando?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 per: </w:t>
      </w:r>
      <w:r>
        <w:rPr>
          <w:rFonts w:ascii="Calibri" w:hAnsi="Calibri" w:cs="Calibri" w:eastAsia="Calibri"/>
          <w:b w:val="0"/>
          <w:color w:val="5D5A70"/>
          <w:sz w:val="21"/>
        </w:rPr>
        <w:t>Contratti, Sicurezza, Preventivi su misura, Guasti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Messaggi di benvenuto per hotel, ristoranti e palestre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Disponibile?: Lo dice la pagina di prenotazione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bot risponde e manda il link per prenotare. Non dice mai che una camera, un tavolo o un corso è libero.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Hotel o B&amp;B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Prenota una camera · Orari del check-in · Parcheggio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Che una camera o una tariffa è disponibile.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Prenotazioni di gruppo, richieste speciali, reclami: [reception].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[hotel]. Posso rispondere su camere, parcheggio, check-in e dintorni. Per prenotare usa [link di prenotazione]. Come posso aiutarti?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Ristorante o bar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Prenota un tavolo · Vedi il menu · Eventi privati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Che un piatto è sicuro per un’allergia.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Allergie, eventi, reclami: [responsabile].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[ristorante]. Posso aiutarti con tavoli, orari, menu ed eventi privati. Come posso aiutarti?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Palestra o studio fitness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Orari dei corsi · Abbonamenti · Prenota una prova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Consigli sugli infortuni, o risultati come “perdi 5 kg in un mese”.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Infortuni, disdette, sospensioni dell’abbonamento: [reception].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[palestra]. Posso aiutarti con orari dei corsi, abbonamenti e prenotazione di una lezione di prova. Cosa stai cercando?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 per: </w:t>
      </w:r>
      <w:r>
        <w:rPr>
          <w:rFonts w:ascii="Calibri" w:hAnsi="Calibri" w:cs="Calibri" w:eastAsia="Calibri"/>
          <w:b w:val="0"/>
          <w:color w:val="5D5A70"/>
          <w:sz w:val="21"/>
        </w:rPr>
        <w:t>Allergie, Gruppi, Reclami, Infortuni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Messaggi di benvenuto per scuole, non profit e recruiter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Dati personali: Non in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Questi visitatori raccontano in fretta cose personali. Il primo messaggio offre strade chiare e non chiede nulla di personale.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Scuola, corsi o ripetizioni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Corsi e date · Costi · Come iscriversi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Che qualcuno sarà ammesso, o che otterrà un voto o un lavoro.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Ammissioni, aiuti economici, qualsiasi cosa riguardi un minore: [nome per le ammissioni].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[scuola]. Posso aiutarti con corsi, date di inizio, costi e iscrizioni. Cosa ti piacerebbe imparare?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Organizzazione non profit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Dona · Fai volontariato · Chiedi aiuto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Consigli fiscali su una donazione, o quale aiuto riceverà una persona.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Persone in crisi: subito al [numero di aiuto]. Grandi donazioni: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un assistente IA di [organizzazione]. Posso aiutarti a donare, fare volontariato o trovare supporto. Per aiuto urgente, chiama il [numero di aiuto]. Cosa ti porta qui?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8.3 Recruiting e agenzie per il lavoro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rapide: </w:t>
      </w:r>
      <w:r>
        <w:rPr>
          <w:rFonts w:ascii="Calibri" w:hAnsi="Calibri" w:cs="Calibri" w:eastAsia="Calibri"/>
          <w:b w:val="0"/>
          <w:color w:val="5D5A70"/>
          <w:sz w:val="21"/>
        </w:rPr>
        <w:t>Offerte di lavoro · Cerco personale · Invia il mio CV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dire mai: </w:t>
      </w:r>
      <w:r>
        <w:rPr>
          <w:rFonts w:ascii="Calibri" w:hAnsi="Calibri" w:cs="Calibri" w:eastAsia="Calibri"/>
          <w:b w:val="0"/>
          <w:color w:val="5D5A70"/>
          <w:sz w:val="21"/>
        </w:rPr>
        <w:t>Domande su età, progetti familiari, religione, salute o disabilità.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persona: </w:t>
      </w:r>
      <w:r>
        <w:rPr>
          <w:rFonts w:ascii="Calibri" w:hAnsi="Calibri" w:cs="Calibri" w:eastAsia="Calibri"/>
          <w:b w:val="0"/>
          <w:color w:val="5D5A70"/>
          <w:sz w:val="21"/>
        </w:rPr>
        <w:t>Trattative sullo stipendio e offerte di lavoro: [selezionatore].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Primo messaggio: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[agenzia]. Posso mostrarti le offerte di lavoro, spiegarti come lavoriamo con le aziende e passarti a un selezionatore. Cerchi lavoro o personale?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 i bot di selezione chiedono meno: </w:t>
      </w:r>
      <w:r>
        <w:rPr>
          <w:rFonts w:ascii="Calibri" w:hAnsi="Calibri" w:cs="Calibri" w:eastAsia="Calibri"/>
          <w:b w:val="0"/>
          <w:color w:val="5D5A70"/>
          <w:sz w:val="21"/>
        </w:rPr>
        <w:t>Negli Stati Uniti, secondo l’EEOC, le domande prima dell’assunzione dovrebbero limitarsi a ciò che mostra se una persona è qualificata, e i datori di lavoro non possono fare domande sulla disabilità prima di un’offerta di lavoro.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a una persona per: </w:t>
      </w:r>
      <w:r>
        <w:rPr>
          <w:rFonts w:ascii="Calibri" w:hAnsi="Calibri" w:cs="Calibri" w:eastAsia="Calibri"/>
          <w:b w:val="0"/>
          <w:color w:val="5D5A70"/>
          <w:sz w:val="21"/>
        </w:rPr>
        <w:t>Crisi, Ammissioni, Offerte di lavoro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Il messaggio di benvenuto di un chatbot immobiliare, dal primo tocco al lead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Cobalt Coast Realty, un’agenzia immobiliare fittizia di Wilmington, in Carolina del Nord, usa il messaggio di benvenuto per agenzie immobiliari della scheda 3 con i propri nomi: Sky è l’agente IA, Hannah Pruitt l’agente che subentra. Giovedì 8 ottobre 2026 Avery Kowalski, che cerca la sua prima casa, ha toccato la prima risposta rapida.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Ciao, sono Sky, l’assistente IA di Cobalt Coast Realty. Posso aiutarti con annunci, visite e valutazioni, o passarti a Hannah, la nostra agente. Vuoi comprare, vendere o affittare?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Compro la prima casa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Perfetto, posso aiutarti con i primi passi. In quale zona di Wilmington stai cercando?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Ogden o Wrightsville Beach, fino a circa 350.000 $. Ogden è una buona zona per le famiglie?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Non posso dirti chi abita in una zona, ma posso darti dei fatti. I nostri annunci a Ogden sotto i 350.000 $: cobaltcoast.example/ogden. Le zone di competenza delle scuole sono sul sito del distretto scolastico. Vuoi vedere una casa di persona?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Sì. Ma posso permettermi 350.000 $? Guadagno circa 70.000 $ l’anno.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Non posso dirti quanto puoi farti prestare: lo decide una banca con la preapprovazione. Hannah, la nostra agente, può spiegarti i passi. Per questo mi servono il tuo nome e un numero di telefono o un’email, usati solo per la tua ricerca della casa. Informativa sulla privacy: cobaltcoast.example/privacy.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Certo. Avery Kowalski, 910-555-0148. Meglio un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Avery. Per Hannah: prima casa, Ogden o Wrightsville Beach, fino a 350.000 $, vuole vedere delle case e i passi per la preapprovazione, SMS al 910-555-0148. È corretto?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Sì.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Hannah ti risponde qui entro 15 minuti, fino alle 18:00 di oggi. Se esci dalla chat, ti scriverà un SMS.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Hannah (agente): </w:t>
      </w:r>
      <w:r>
        <w:rPr>
          <w:rFonts w:ascii="Calibri" w:hAnsi="Calibri" w:cs="Calibri" w:eastAsia="Calibri"/>
          <w:b w:val="0"/>
          <w:color w:val="15131F"/>
          <w:sz w:val="21"/>
        </w:rPr>
        <w:t>Ciao Avery, sono Hannah. Il primo passo è una lettera di preapprovazione di una banca; stasera ti mando per SMS tre istituti di credito della zona. Vuoi vedere due case a Ogden sotto i 350.000 $ sabato alle 10:00?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Sabato alle 10 va bene. Grazie!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Hannah (agente): </w:t>
      </w:r>
      <w:r>
        <w:rPr>
          <w:rFonts w:ascii="Calibri" w:hAnsi="Calibri" w:cs="Calibri" w:eastAsia="Calibri"/>
          <w:b w:val="0"/>
          <w:color w:val="15131F"/>
          <w:sz w:val="21"/>
        </w:rPr>
        <w:t>Perfetto. Ti ho mandato entrambi gli indirizzi per SMS. A sabato!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Il messaggio di benvenuto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Versione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Versione 3, di nuovo attiva da lunedì 5 ottobre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Lunghezza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180 di 200 caratteri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Avviso 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Prima frase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Risposte rapide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Compro la prima casa, Prenota una visita, Quanto vale casa mia?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Avery ha toccato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Compro la prima casa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Mai detto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abita a Ogden; quanto può farsi prestare Avery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Cosa arriva nell’app e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“Live Support”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“Awaiting agent” alle 17:42, presa in carico da Hannah alle 17:49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Aggiunto da Hannah: Avery Kowalski, prima casa, Ogden; “Source”: “Live Chat”; “Status”: “In Progress”; “Assigned To”: Hannah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Fino a 350.000 $; vuole i passi per la preapprovazione; SMS al 910-555-0148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Mandare per SMS i nomi di 3 istituti di credito, “Deadline”: oggi; visite a Ogden, sabato 10 ottobre, 10:00; “Assignee”: Hannah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Registro dei test, settimana del 5 ottobre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Versione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Chat avviate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Chat con risposta rapida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Versione 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27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14, cioè il 52%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Come testare il saluto del chatbot in 15 minuti a settimana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fare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Regola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Prima di andare online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Scrivi 5 domande vere prese dalla tua casella di posta, più “ciao” e “Sei una persona vera?”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risposta mantiene la promessa del primo messaggio; il bot dice di essere un’IA.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 le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lunedì conta le chat del bot della settimana precedente.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riga a settimana nel registro dei test.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 i tocchi sulle risposte rapide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 le chat in cui il primo messaggio del visitatore è uno dei tuoi pulsanti.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Conta ogni chat una sola volta.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Cambia una cosa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 pulsanti, gli argomenti o la domanda. Mai la frase sull’IA.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Mantieni se il tasso tiene o sale; torna alla precedente se scende.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Aspetta 20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 meno chat, 2 o 3 visitatori possono spostare il tasso per caso.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Sotto 20, tieni la stessa versione un’altra settimana.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Come usare questi modelli di messaggio di benvenuto per chatbot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Scegli il tuo settore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Apri la sua scheda, o la scheda 1 se non c’è.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Compila le parentesi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 tuoi nomi, argomenti e numeri. Tieni per prima la frase sull’IA.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Controlla la lunghezza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Entro 200 caratteri, 3 pulsanti brevi. Rileggilo su un telefono.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Prova 5 domande vere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Prima di andare online e dopo ogni modifica.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 una settimana alla volta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Chat e tocchi sulle risposte rapide, nel registro dei test in Excel.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In “My Bots” scegli il bot. Nella scheda “Basics” incolla il messaggio in “First Message” e le regole di benvenuto della scheda 1 in “Instructions”.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Nella scheda “Behavior” attiva “Quick Replies” e aggiungi 3 “Suggested Replies”.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Lascia disattivato “Collect User Data”, così i visitatori possono fare subito la loro domanda. Per studi medici, studi legali e finanza, attiva “Require privacy acknowledgment” (scheda “Advanced”) per mostrare prima la tua informativa in “Privacy notice”.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Fai clic su “Save Bot”, controlla il messaggio nell’anteprima “Mobile”, poi scrivi le tue 5 domande di prova in “Try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Ogni lunedì conta in “Chat History” le chat e i tocchi sulle risposte rapide della settimana precedente e registrali in Excel.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“First Message”, “Suggested Replies” e “Try Bot” sono nel piano Free: 3 utenti, 1 bot, senza carta di credito. Il passaggio a una persona in “Live Support” arriva con Launch, 19 $ al mese con fatturazione annuale, per 8 utenti e 2 bot.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Pronto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prima frase dice “assistente IA”.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Entro 200 caratteri, 3 pulsanti di 25 caratteri al massimo.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riga “non dire mai” è nelle istruzioni.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5 domande di prova vere sono superate, con la data nel registro dei test.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https://crmsoftware.pro/it/templates/chatbot-welcome-message-templates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Esempi di messaggi di benvenuto per chatbot per settore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