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Guida alla pipeline di vendita CRM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Sei fasi per le richieste dal sito con criteri di uscita, campi obbligatori, prossime azioni e un esempio compilato.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Copia le fasi nel tuo CRM o nel tuo foglio di calcolo. Adatta nomi e tempi al tuo modo di vendere, ma mantieni una regola di uscita per fase.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Fasi e criteri di uscita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Nuova richiesta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significa: </w:t>
      </w:r>
      <w:r>
        <w:rPr>
          <w:rFonts w:ascii="Calibri" w:hAnsi="Calibri" w:cs="Calibri" w:eastAsia="Calibri"/>
          <w:b w:val="0"/>
          <w:color w:val="15131F"/>
          <w:sz w:val="21"/>
        </w:rPr>
        <w:t>Qualcuno ha chiesto del tuo servizio tramite la chat del sito, un modulo, una chiamata o un messaggio. Nessuno ha ancora verificato se è adatto.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a Qualificata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Hai risposto e sai di cosa ha bisogno.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Hai il nome e un'email o un numero di telefono.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Conosci la zona, la fascia di budget e la data di inizio.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obbligatori: </w:t>
      </w:r>
      <w:r>
        <w:rPr>
          <w:rFonts w:ascii="Calibri" w:hAnsi="Calibri" w:cs="Calibri" w:eastAsia="Calibri"/>
          <w:b w:val="0"/>
          <w:color w:val="15131F"/>
          <w:sz w:val="21"/>
        </w:rPr>
        <w:t>Nome, Email o telefono, Fonte, Di cosa ha bisogno, Data di arrivo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Prossima azione: </w:t>
      </w:r>
      <w:r>
        <w:rPr>
          <w:rFonts w:ascii="Calibri" w:hAnsi="Calibri" w:cs="Calibri" w:eastAsia="Calibri"/>
          <w:b w:val="0"/>
          <w:color w:val="15131F"/>
          <w:sz w:val="21"/>
        </w:rPr>
        <w:t>Rispondi entro un'ora in orario di lavoro e fai le tue domande di qualificazione.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Tempo massimo: </w:t>
      </w:r>
      <w:r>
        <w:rPr>
          <w:rFonts w:ascii="Calibri" w:hAnsi="Calibri" w:cs="Calibri" w:eastAsia="Calibri"/>
          <w:b w:val="0"/>
          <w:color w:val="15131F"/>
          <w:sz w:val="21"/>
        </w:rPr>
        <w:t>1 giorno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Probabilità di chiusura: </w:t>
      </w:r>
      <w:r>
        <w:rPr>
          <w:rFonts w:ascii="Calibri" w:hAnsi="Calibri" w:cs="Calibri" w:eastAsia="Calibri"/>
          <w:b w:val="0"/>
          <w:color w:val="15131F"/>
          <w:sz w:val="21"/>
        </w:rPr>
        <w:t>10%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Errore comune: </w:t>
      </w:r>
      <w:r>
        <w:rPr>
          <w:rFonts w:ascii="Calibri" w:hAnsi="Calibri" w:cs="Calibri" w:eastAsia="Calibri"/>
          <w:b w:val="0"/>
          <w:color w:val="5D5A70"/>
          <w:sz w:val="21"/>
        </w:rPr>
        <w:t>Lasciare una richiesta senza risposta per tutta la notte. Una risposta breve adesso vale più di una perfetta domani.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Qualificata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significa: </w:t>
      </w:r>
      <w:r>
        <w:rPr>
          <w:rFonts w:ascii="Calibri" w:hAnsi="Calibri" w:cs="Calibri" w:eastAsia="Calibri"/>
          <w:b w:val="0"/>
          <w:color w:val="15131F"/>
          <w:sz w:val="21"/>
        </w:rPr>
        <w:t>Il contatto ha un'esigenza che risolvi, un budget nella tua fascia, una data di inizio e un decisore noto.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a Incontro fissato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C'è una chiamata, una demo o una visita fissata con data e ora.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Chi decide sa dell'incontro.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obbligatori: </w:t>
      </w:r>
      <w:r>
        <w:rPr>
          <w:rFonts w:ascii="Calibri" w:hAnsi="Calibri" w:cs="Calibri" w:eastAsia="Calibri"/>
          <w:b w:val="0"/>
          <w:color w:val="15131F"/>
          <w:sz w:val="21"/>
        </w:rPr>
        <w:t>Valore stimato, Chi decide, Data di inizio, Responsabile, Punteggio del contatto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Prossima azione: </w:t>
      </w:r>
      <w:r>
        <w:rPr>
          <w:rFonts w:ascii="Calibri" w:hAnsi="Calibri" w:cs="Calibri" w:eastAsia="Calibri"/>
          <w:b w:val="0"/>
          <w:color w:val="15131F"/>
          <w:sz w:val="21"/>
        </w:rPr>
        <w:t>Proponi due orari o invia il tuo link di prenotazione nella stessa conversazione.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Tempo massimo: </w:t>
      </w:r>
      <w:r>
        <w:rPr>
          <w:rFonts w:ascii="Calibri" w:hAnsi="Calibri" w:cs="Calibri" w:eastAsia="Calibri"/>
          <w:b w:val="0"/>
          <w:color w:val="15131F"/>
          <w:sz w:val="21"/>
        </w:rPr>
        <w:t>3 giorni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Probabilità di chiusura: </w:t>
      </w:r>
      <w:r>
        <w:rPr>
          <w:rFonts w:ascii="Calibri" w:hAnsi="Calibri" w:cs="Calibri" w:eastAsia="Calibri"/>
          <w:b w:val="0"/>
          <w:color w:val="15131F"/>
          <w:sz w:val="21"/>
        </w:rPr>
        <w:t>20%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Errore comune: </w:t>
      </w:r>
      <w:r>
        <w:rPr>
          <w:rFonts w:ascii="Calibri" w:hAnsi="Calibri" w:cs="Calibri" w:eastAsia="Calibri"/>
          <w:b w:val="0"/>
          <w:color w:val="5D5A70"/>
          <w:sz w:val="21"/>
        </w:rPr>
        <w:t>Spostare in Qualificata chiunque abbia risposto. Se non è adatto, chiudi la trattativa come persa con un motivo.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Incontro fissato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significa: </w:t>
      </w:r>
      <w:r>
        <w:rPr>
          <w:rFonts w:ascii="Calibri" w:hAnsi="Calibri" w:cs="Calibri" w:eastAsia="Calibri"/>
          <w:b w:val="0"/>
          <w:color w:val="15131F"/>
          <w:sz w:val="21"/>
        </w:rPr>
        <w:t>Una chiamata, una demo o un sopralluogo è in calendario o si è già svolto. Stai capendo il perimetro del lavoro e come decidono.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Passa a Proposta inviata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Avete concordato il perimetro del lavoro.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cliente ha chiesto un prezzo o una proposta.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Sai chi firma e quando vogliono decidere.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obbligatori: </w:t>
      </w:r>
      <w:r>
        <w:rPr>
          <w:rFonts w:ascii="Calibri" w:hAnsi="Calibri" w:cs="Calibri" w:eastAsia="Calibri"/>
          <w:b w:val="0"/>
          <w:color w:val="15131F"/>
          <w:sz w:val="21"/>
        </w:rPr>
        <w:t>Data dell'incontro, Note dell'incontro, Perimetro, Data della decisione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Prossima azione: </w:t>
      </w:r>
      <w:r>
        <w:rPr>
          <w:rFonts w:ascii="Calibri" w:hAnsi="Calibri" w:cs="Calibri" w:eastAsia="Calibri"/>
          <w:b w:val="0"/>
          <w:color w:val="15131F"/>
          <w:sz w:val="21"/>
        </w:rPr>
        <w:t>Invia lo stesso giorno un riepilogo con il perimetro e la data in cui arriverà la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Tempo massimo: </w:t>
      </w:r>
      <w:r>
        <w:rPr>
          <w:rFonts w:ascii="Calibri" w:hAnsi="Calibri" w:cs="Calibri" w:eastAsia="Calibri"/>
          <w:b w:val="0"/>
          <w:color w:val="15131F"/>
          <w:sz w:val="21"/>
        </w:rPr>
        <w:t>7 giorni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Probabilità di chiusura: </w:t>
      </w:r>
      <w:r>
        <w:rPr>
          <w:rFonts w:ascii="Calibri" w:hAnsi="Calibri" w:cs="Calibri" w:eastAsia="Calibri"/>
          <w:b w:val="0"/>
          <w:color w:val="15131F"/>
          <w:sz w:val="21"/>
        </w:rPr>
        <w:t>40%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Errore comune: </w:t>
      </w:r>
      <w:r>
        <w:rPr>
          <w:rFonts w:ascii="Calibri" w:hAnsi="Calibri" w:cs="Calibri" w:eastAsia="Calibri"/>
          <w:b w:val="0"/>
          <w:color w:val="5D5A70"/>
          <w:sz w:val="21"/>
        </w:rPr>
        <w:t>Mandare un prezzo prima di aver concordato il perimetro. Finisci a discutere del prezzo invece di ottenere una decisione.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Proposta inviata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significa: </w:t>
      </w:r>
      <w:r>
        <w:rPr>
          <w:rFonts w:ascii="Calibri" w:hAnsi="Calibri" w:cs="Calibri" w:eastAsia="Calibri"/>
          <w:b w:val="0"/>
          <w:color w:val="15131F"/>
          <w:sz w:val="21"/>
        </w:rPr>
        <w:t>Il cliente ha il tuo preventivo o la tua proposta con prezzo, condizioni e data di inizio.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Chiudi la trattativa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Vinta: ha firmato, versato un acconto o confermato l'ordine per iscritto.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Persa: ha rifiutato o non ha risposto dopo 3 solleciti.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obbligatori: </w:t>
      </w:r>
      <w:r>
        <w:rPr>
          <w:rFonts w:ascii="Calibri" w:hAnsi="Calibri" w:cs="Calibri" w:eastAsia="Calibri"/>
          <w:b w:val="0"/>
          <w:color w:val="15131F"/>
          <w:sz w:val="21"/>
        </w:rPr>
        <w:t>Valore della proposta, Data di invio, Data del sollecito, Data di chiusura prevista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Prossima azione: </w:t>
      </w:r>
      <w:r>
        <w:rPr>
          <w:rFonts w:ascii="Calibri" w:hAnsi="Calibri" w:cs="Calibri" w:eastAsia="Calibri"/>
          <w:b w:val="0"/>
          <w:color w:val="15131F"/>
          <w:sz w:val="21"/>
        </w:rPr>
        <w:t>Fissa il sollecito prima dell'invio: una chiamata 2 o 3 giorni dopo per esaminare insieme la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Tempo massimo: </w:t>
      </w:r>
      <w:r>
        <w:rPr>
          <w:rFonts w:ascii="Calibri" w:hAnsi="Calibri" w:cs="Calibri" w:eastAsia="Calibri"/>
          <w:b w:val="0"/>
          <w:color w:val="15131F"/>
          <w:sz w:val="21"/>
        </w:rPr>
        <w:t>14 giorni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Probabilità di chiusura: </w:t>
      </w:r>
      <w:r>
        <w:rPr>
          <w:rFonts w:ascii="Calibri" w:hAnsi="Calibri" w:cs="Calibri" w:eastAsia="Calibri"/>
          <w:b w:val="0"/>
          <w:color w:val="15131F"/>
          <w:sz w:val="21"/>
        </w:rPr>
        <w:t>60%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Errore comune: </w:t>
      </w:r>
      <w:r>
        <w:rPr>
          <w:rFonts w:ascii="Calibri" w:hAnsi="Calibri" w:cs="Calibri" w:eastAsia="Calibri"/>
          <w:b w:val="0"/>
          <w:color w:val="5D5A70"/>
          <w:sz w:val="21"/>
        </w:rPr>
        <w:t>Aspettare che sia il cliente a farsi vivo. Ogni proposta ha bisogno di una data di sollecito nel CRM.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Vinta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significa: </w:t>
      </w:r>
      <w:r>
        <w:rPr>
          <w:rFonts w:ascii="Calibri" w:hAnsi="Calibri" w:cs="Calibri" w:eastAsia="Calibri"/>
          <w:b w:val="0"/>
          <w:color w:val="15131F"/>
          <w:sz w:val="21"/>
        </w:rPr>
        <w:t>Il cliente ha firmato, versato un acconto o confermato l'ordine per iscritto.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Segnala come vinta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C'è una firma, un pagamento o un ordine scritto.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valore finale e la data di chiusura sono compilati.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obbligatori: </w:t>
      </w:r>
      <w:r>
        <w:rPr>
          <w:rFonts w:ascii="Calibri" w:hAnsi="Calibri" w:cs="Calibri" w:eastAsia="Calibri"/>
          <w:b w:val="0"/>
          <w:color w:val="15131F"/>
          <w:sz w:val="21"/>
        </w:rPr>
        <w:t>Valore finale, Data di chiusura, Responsabile del passaggio, Data di inizio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Prossima azione: </w:t>
      </w:r>
      <w:r>
        <w:rPr>
          <w:rFonts w:ascii="Calibri" w:hAnsi="Calibri" w:cs="Calibri" w:eastAsia="Calibri"/>
          <w:b w:val="0"/>
          <w:color w:val="15131F"/>
          <w:sz w:val="21"/>
        </w:rPr>
        <w:t>Passa il lavoro al team operativo con il perimetro e le note. Dopo la consegna chiedi una recensione o una segnalazione.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Tempo massimo: </w:t>
      </w:r>
      <w:r>
        <w:rPr>
          <w:rFonts w:ascii="Calibri" w:hAnsi="Calibri" w:cs="Calibri" w:eastAsia="Calibri"/>
          <w:b w:val="0"/>
          <w:color w:val="15131F"/>
          <w:sz w:val="21"/>
        </w:rPr>
        <w:t>Nessuno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Probabilità di chiusura: </w:t>
      </w:r>
      <w:r>
        <w:rPr>
          <w:rFonts w:ascii="Calibri" w:hAnsi="Calibri" w:cs="Calibri" w:eastAsia="Calibri"/>
          <w:b w:val="0"/>
          <w:color w:val="15131F"/>
          <w:sz w:val="21"/>
        </w:rPr>
        <w:t>100%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Errore comune: </w:t>
      </w:r>
      <w:r>
        <w:rPr>
          <w:rFonts w:ascii="Calibri" w:hAnsi="Calibri" w:cs="Calibri" w:eastAsia="Calibri"/>
          <w:b w:val="0"/>
          <w:color w:val="5D5A70"/>
          <w:sz w:val="21"/>
        </w:rPr>
        <w:t>Segnare una trattativa come vinta dopo un sì a voce. Aspetta la firma, il pagamento o l'ordine scritto.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Persa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significa: </w:t>
      </w:r>
      <w:r>
        <w:rPr>
          <w:rFonts w:ascii="Calibri" w:hAnsi="Calibri" w:cs="Calibri" w:eastAsia="Calibri"/>
          <w:b w:val="0"/>
          <w:color w:val="15131F"/>
          <w:sz w:val="21"/>
        </w:rPr>
        <w:t>Il cliente ha rifiutato, ha scelto qualcun altro o ha smesso di rispondere.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Chiudi come persa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 rifiutato, oppure 3 solleciti sono rimasti senza risposta.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È stato scelto un motivo di perdita dall'elenco.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Campi obbligatori: </w:t>
      </w:r>
      <w:r>
        <w:rPr>
          <w:rFonts w:ascii="Calibri" w:hAnsi="Calibri" w:cs="Calibri" w:eastAsia="Calibri"/>
          <w:b w:val="0"/>
          <w:color w:val="15131F"/>
          <w:sz w:val="21"/>
        </w:rPr>
        <w:t>Motivo di perdita, Fase in cui è stata persa, Data per ricontattare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Prossima azione: </w:t>
      </w:r>
      <w:r>
        <w:rPr>
          <w:rFonts w:ascii="Calibri" w:hAnsi="Calibri" w:cs="Calibri" w:eastAsia="Calibri"/>
          <w:b w:val="0"/>
          <w:color w:val="15131F"/>
          <w:sz w:val="21"/>
        </w:rPr>
        <w:t>Fai una sola domanda breve: cosa li ha portati a scegliere diversamente? Se il problema era il momento, fissa una data per ricontattarli.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Tempo massimo: </w:t>
      </w:r>
      <w:r>
        <w:rPr>
          <w:rFonts w:ascii="Calibri" w:hAnsi="Calibri" w:cs="Calibri" w:eastAsia="Calibri"/>
          <w:b w:val="0"/>
          <w:color w:val="15131F"/>
          <w:sz w:val="21"/>
        </w:rPr>
        <w:t>Nessuno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Probabilità di chiusura: </w:t>
      </w:r>
      <w:r>
        <w:rPr>
          <w:rFonts w:ascii="Calibri" w:hAnsi="Calibri" w:cs="Calibri" w:eastAsia="Calibri"/>
          <w:b w:val="0"/>
          <w:color w:val="15131F"/>
          <w:sz w:val="21"/>
        </w:rPr>
        <w:t>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Motivi di perdita: </w:t>
      </w:r>
      <w:r>
        <w:rPr>
          <w:rFonts w:ascii="Calibri" w:hAnsi="Calibri" w:cs="Calibri" w:eastAsia="Calibri"/>
          <w:b w:val="0"/>
          <w:color w:val="15131F"/>
          <w:sz w:val="21"/>
        </w:rPr>
        <w:t>Nessun budget, Ha scelto un concorrente, Nessuna risposta, Non adatto, Momento sbagliato, Altro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Errore comune: </w:t>
      </w:r>
      <w:r>
        <w:rPr>
          <w:rFonts w:ascii="Calibri" w:hAnsi="Calibri" w:cs="Calibri" w:eastAsia="Calibri"/>
          <w:b w:val="0"/>
          <w:color w:val="5D5A70"/>
          <w:sz w:val="21"/>
        </w:rPr>
        <w:t>Cancellare le trattative perse. I motivi di perdita mostrano dove la pipeline perde clienti e cosa sistemare per primo.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alla successiva quando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Campi obbligatori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Tempo massimo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Probabilità di chiusura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1. Nuova richiesta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Hai risposto e sai di cosa ha bisogno. Hai il nome e un'email o un numero di telefono. Conosci la zona, la fascia di budget e la data di inizio.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Nome, Email o telefono, Fonte, Di cosa ha bisogno, Data di arrivo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giorno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2. Qualificata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C'è una chiamata, una demo o una visita fissata con data e ora. Chi decide sa dell'incontro.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Valore stimato, Chi decide, Data di inizio, Responsabile, Punteggio del contatto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giorni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3. Incontro fissato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Avete concordato il perimetro del lavoro. Il cliente ha chiesto un prezzo o una proposta. Sai chi firma e quando vogliono decidere.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dell'incontro, Note dell'incontro, Perimetro, Data della decisione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giorni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4. Proposta inviata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Vinta: ha firmato, versato un acconto o confermato l'ordine per iscritto. Persa: ha rifiutato o non ha risposto dopo 3 solleciti.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Valore della proposta, Data di invio, Data del sollecito, Data di chiusura prevista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 giorni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5. Vinta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C'è una firma, un pagamento o un ordine scritto. Il valore finale e la data di chiusura sono compilati.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Valore finale, Data di chiusura, Responsabile del passaggio, Data di inizio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6. Persa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rifiutato, oppure 3 solleciti sono rimasti senza risposta. È stato scelto un motivo di perdita dall'elenco.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Motivo di perdita, Fase in cui è stata persa, Data per ricontattare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0%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32"/>
        </w:rPr>
        <w:t>Una richiesta dal sito, dalla prima chat alla vendita</w:t>
      </w:r>
    </w:p>
    <w:p>
      <w:pPr>
        <w:spacing w:after="160"/>
      </w:pPr>
      <w:r>
        <w:rPr>
          <w:rFonts w:ascii="Calibri" w:hAnsi="Calibri" w:cs="Calibri" w:eastAsia="Calibri"/>
          <w:b w:val="0"/>
          <w:color w:val="5D5A70"/>
          <w:sz w:val="21"/>
        </w:rPr>
        <w:t>Maria L., dal nostro esempio di script di qualificazione dei lead, diventa una trattativa per un'impresa di ristrutturazioni fittizia. Più sotto trovi l'intera pipeline di esempio del foglio Excel.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Giorno 1, 10:12 · Nuova richiesta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Maria chiede nella chat del sito una ristrutturazione della cucina. L'agente IA le chiede cosa vuole cambiare, dove si trova la casa, quando iniziare, il budget e chi decide.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Esigenza, zona, data di inizio e budget raccolti. Punteggio 9 su 10.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Giorno 1, 10:20 · Qualificata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Nella zona servita, un budget di 35.000 $ nella fascia da 25.000 a 45.000 $, inizio a marzo, ed entrambi i decisori saranno alla chiamata.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Chiamata con Dan prenotata per martedì alle 17:30.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Giorno 2 · Incontro fissato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Una chiamata di 30 minuti con Maria e suo marito, poi un sopralluogo il giorno 4 per misurare la cucina.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Perimetro concordato. Chiedono un preventivo scritto.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Giorno 6 · Proposta inviata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 preventivo da 34.800 $: mobili e piani di lavoro nuovi e spostamento del lavello, con inizio il 2 marzo.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Chiamata di sollecito fissata per il giorno 9. Chiusura prevista: giorno 20.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Giorno 13 · Vinta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Maria firma il contratto e versa un acconto del 30%.</w:t>
      </w:r>
    </w:p>
    <w:p>
      <w:pPr>
        <w:spacing w:after="160"/>
      </w:pPr>
      <w:r>
        <w:rPr>
          <w:rFonts w:ascii="Calibri" w:hAnsi="Calibri" w:cs="Calibri" w:eastAsia="Calibri"/>
          <w:b/>
          <w:color w:val="1F8A5B"/>
          <w:sz w:val="21"/>
        </w:rPr>
        <w:t>Passata alla squadra di cantiere con il perimetro e le note.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Scheda della trattativa al giorno 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Ristrutturazione cucina · Maria L.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inviata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34.800 $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Probabilità di chiusura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Valore ponderato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20.880 $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Fonte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Prossima 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sul preventivo, giorno 9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Chiusura prevista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20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Pipeline di esempio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Valore ponderato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Avviso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Ristrutturazione cucina · Maria L.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inviata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34.800 $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20.880 $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linea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Rinnovo del bagno · Owen P.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Incontro fissato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12.500 $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linea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Finitura del seminterrato · Lena K.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Qualificata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28.000 $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5.600 $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linea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Nuova terrazza · Raj S.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Nuova richiesta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9.000 $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Ferma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Sostituzione finestre · Chen W.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Nuova richiesta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6.400 $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640 $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linea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Studio in casa · Sara M.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inviata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15.200 $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9.120 $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ritardo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Isola per la cucina · Tom B.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7.900 $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7.900 $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Chiusa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Trasformazione del garage · Ana R.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Persa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22.000 $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0 $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Chiusa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Trattative aperte: </w:t>
      </w:r>
      <w:r>
        <w:rPr>
          <w:rFonts w:ascii="Calibri" w:hAnsi="Calibri" w:cs="Calibri" w:eastAsia="Calibri"/>
          <w:b w:val="0"/>
          <w:color w:val="15131F"/>
          <w:sz w:val="21"/>
        </w:rPr>
        <w:t>6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Pipeline aperta: </w:t>
      </w:r>
      <w:r>
        <w:rPr>
          <w:rFonts w:ascii="Calibri" w:hAnsi="Calibri" w:cs="Calibri" w:eastAsia="Calibri"/>
          <w:b w:val="0"/>
          <w:color w:val="15131F"/>
          <w:sz w:val="21"/>
        </w:rPr>
        <w:t>105.900 $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Previsione ponderata: </w:t>
      </w:r>
      <w:r>
        <w:rPr>
          <w:rFonts w:ascii="Calibri" w:hAnsi="Calibri" w:cs="Calibri" w:eastAsia="Calibri"/>
          <w:b w:val="0"/>
          <w:color w:val="15131F"/>
          <w:sz w:val="21"/>
        </w:rPr>
        <w:t>42.140 $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Tasso di chiusura: </w:t>
      </w:r>
      <w:r>
        <w:rPr>
          <w:rFonts w:ascii="Calibri" w:hAnsi="Calibri" w:cs="Calibri" w:eastAsia="Calibri"/>
          <w:b w:val="0"/>
          <w:color w:val="15131F"/>
          <w:sz w:val="21"/>
        </w:rPr>
        <w:t>50%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Azioni scadute: </w:t>
      </w:r>
      <w:r>
        <w:rPr>
          <w:rFonts w:ascii="Calibri" w:hAnsi="Calibri" w:cs="Calibri" w:eastAsia="Calibri"/>
          <w:b w:val="0"/>
          <w:color w:val="15131F"/>
          <w:sz w:val="21"/>
        </w:rPr>
        <w:t>1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Trattative ferme: </w:t>
      </w:r>
      <w:r>
        <w:rPr>
          <w:rFonts w:ascii="Calibri" w:hAnsi="Calibri" w:cs="Calibri" w:eastAsia="Calibri"/>
          <w:b w:val="0"/>
          <w:color w:val="15131F"/>
          <w:sz w:val="21"/>
        </w:rPr>
        <w:t>1</w:t>
      </w:r>
    </w:p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trattative fittizie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32"/>
        </w:rPr>
        <w:t>Imposta la tua pipeline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Dai un nome alle fasi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Usa quello che ha fatto il cliente: ha chiesto, è adatto, ci siamo incontrati, ha ricevuto il preventivo, ha firmato. Resta tra 5 e 7 fasi, così ognuna ha una prossima azione diversa.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Una regola di uscita per fase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Usa un fatto che chiunque può verificare, come un incontro con la data fissata. Se due persone metterebbero la stessa trattativa in fasi diverse, la regola è troppo vaga.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Pochi campi obbligatori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Da 3 a 5 campi per fase. Chiedi il valore della trattativa in Qualificata, non nel primo messaggio.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Una prossima azione per ogni trattativa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Ogni trattativa aperta ha bisogno di un prossimo passo e di una data. Rispondi alle nuove richieste entro un'ora.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Fai il punto ogni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Sistema le trattative in ritardo e ferme e leggi i motivi di perdita. Dopo circa 20 trattative chiuse, adegua le probabilità ai tuoi tassi di chiusura reali.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Impostala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Trattative in Progetti, nel menu a sinistra.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Apri il menu delle pipeline, scegli Nuova pipeline e dalle un nome, per esempio Richieste dal sito.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Aggiungi le fasi di questo modello con Aggiungi fase.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Fai clic su Nuova trattativa e compila titolo, valore, fase, data di chiusura prevista, contatto principale, azienda e responsabile.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Scrivi la prossima azione nelle note della trattativa. Quando la regola di uscita è soddisfatta, trascina la scheda nella fase successiva. I totali per fase e della pipeline si aggiornano da soli.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Quando una trattativa si chiude, cambiane lo stato. Le viste delle trattative vinte e perse conservano lo storico.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I contatti dalla chat e dai moduli del tuo sito arrivano nella casella dei contatti. Trasformane uno in persona, azienda e trattativa con un clic.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6"/>
        </w:rPr>
        <w:t>Revisione settimanale della pipeline,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Prossime azioni scadute: falle o fissa una nuova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Trattative ferme: falle avanzare o chiudile come perse con un motivo.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Proposte senza data di sollecito: aggiungine una.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Nuove richieste più vecchie di un giorno: rispondi adesso.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Motivi di perdita del mese: risolvi il più frequente.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Copialo, modificalo e usalo nella tua attività.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https://crmsoftware.pro/it/templates/crm-sales-pipeline-template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 alla pipeline di vendita CRM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