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per il servizio clienti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Script per telefono e chat in un unico flusso: apertura, verifica, comprensione, soluzione o inoltro, conferma, chiusura. Con campi di triage, limiti di tempo e cosa non promettere mai.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dati, poi mantieni l’ordine dei passi in ogni chiamata e chat. Registra ogni contatto nel registro dei contatti Excel e valutane alcuni ogni settimana con la griglia di valutazione QA.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Gli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Apertura e saluto: le prime frasi al telefono e in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Valutala nella scheda 3 · Impatto: Chiedilo nella scheda 3 · Canale: Telefono o chat · Responsabile: Chi risponde · Prima risposta: Telefono: 3 squilli. Chat: 2 minuti · Escalation: Cliente già arrabbiato: prima calmalo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Ogni script per il servizio clienti di questa pagina segue gli stessi sei passi, al telefono e in chat. Ogni scheda elenca i suoi campi di triage: gravità, impatto, canale, responsabile, prima risposta ed escalation. Registrali per ogni contatto (scheda 8).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Il flusso di ogni script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Apertura: Il tuo nome, l’azienda, un’offerta di aiuto.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Verifica: Due dati prima di qualsiasi dettaglio dell’account. Scheda 2.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Comprensione: Fai domande, poi riepiloga in una frase. Scheda 3.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Soluzione o inoltro: Risolvi, oppure passa il caso con un riepilogo. Schede da 4 a 7.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Conferma: Il prossimo passo, chi e quando, e un sì. Scheda 8.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6. Chiusura: Ringrazia, chiudi, registra. Scheda 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rispondi alla chiamata: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 chiamato [azienda], sono [il tuo nome]. Come posso aiutarti oggi?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prima della verifica: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Ti aiuto volentieri. Prima però devo controllare due dati.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prima 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Grazie per il messaggio su [argomento]. Lo sto guardando proprio 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presa in carico dall’agente IA: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del team di [azienda]. Ho letto la tua chat con il nostro assistente, quindi non devi ripetere nulla.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chiami tu il cliente: </w:t>
      </w:r>
      <w:r>
        <w:rPr>
          <w:rFonts w:ascii="Calibri" w:hAnsi="Calibri" w:cs="Calibri" w:eastAsia="Calibri"/>
          <w:b w:val="0"/>
          <w:color w:val="15131F"/>
          <w:sz w:val="21"/>
        </w:rPr>
        <w:t>Buongiorno [nome], sono [il tuo nome] di [azienda] e ti chiamo per la tua [chat o chiamata] di [giorno]. È un buon momento per parlare?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tempo di attesa o una soluzione prima di conoscere il problema. Prometti solo quello che farai subito dopo.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Verifica del cliente: mai numeri di carta completi o password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Critica se c’è rischio di furto dell’account · Impatto: Di chi sono i dati a rischio · Canale: Telefono, chat o email · Responsabile: Chi gestisce il contatto · Prima risposta: Prima di ogni dettaglio · Escalation: Sospetta frode: supervisore entro un’ora · Perché niente segreti: La FTC raccomanda alle aziende di chiarire al personale che nessuno dovrebbe chiedere loro di rivelare le proprie password. I codici di sicurezza delle carte non possono essere conservati dopo l’autorizzazione di un pagamento.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Verifica prima di aprire, discutere o modificare qualsiasi cosa in un account. Chiedi due dati che puoi controllare, mai dei segreti.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chiedere e cosa non chiedere mai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Chiedi due di questi dati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chiedere mai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Numero di account o d’ordine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numero completo della carta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o numero di telefono registrati sull’account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codice di sicurezza della carta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CAP o indirizzo di fatturazione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password o un PIN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Ultime 4 cifre della carta, oppure data e importo di un addebito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codice monouso inviato via SMS o email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</w:t>
      </w:r>
      <w:r>
        <w:rPr>
          <w:rFonts w:ascii="Calibri" w:hAnsi="Calibri" w:cs="Calibri" w:eastAsia="Calibri"/>
          <w:b w:val="0"/>
          <w:color w:val="15131F"/>
          <w:sz w:val="21"/>
        </w:rPr>
        <w:t>Prima di aprire il tuo account devo verificare che sia proprio tu. Mi dici il tuo [numero di account] e l’[indirizzo email] registrato sull’account?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Prima di controllare il tuo account, confermami il tuo [numero d’ordine] e l’[indirizzo email] che hai usato. Non inviare mai qui numeri di carta o password: non te li chiederemo.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inizia a leggere un numero di carta: </w:t>
      </w:r>
      <w:r>
        <w:rPr>
          <w:rFonts w:ascii="Calibri" w:hAnsi="Calibri" w:cs="Calibri" w:eastAsia="Calibri"/>
          <w:b w:val="0"/>
          <w:color w:val="15131F"/>
          <w:sz w:val="21"/>
        </w:rPr>
        <w:t>Puoi fermarti qui, non mi serve il numero completo. Bastano le ultime 4 cifre.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la verifica non va a buon fine: </w:t>
      </w:r>
      <w:r>
        <w:rPr>
          <w:rFonts w:ascii="Calibri" w:hAnsi="Calibri" w:cs="Calibri" w:eastAsia="Calibri"/>
          <w:b w:val="0"/>
          <w:color w:val="15131F"/>
          <w:sz w:val="21"/>
        </w:rPr>
        <w:t>Mi dispiace, questi dati non corrispondono, quindi non posso discutere né modificare l’account. Posso però richiamarti al numero registrato sull’account.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Chiami tu e il cliente non si fida: </w:t>
      </w:r>
      <w:r>
        <w:rPr>
          <w:rFonts w:ascii="Calibri" w:hAnsi="Calibri" w:cs="Calibri" w:eastAsia="Calibri"/>
          <w:b w:val="0"/>
          <w:color w:val="15131F"/>
          <w:sz w:val="21"/>
        </w:rPr>
        <w:t>Ottima domanda. Riattacca e chiamaci al [numero di telefono del tuo sito], poi chiedi di [il tuo nome].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Lascia che sia il cliente a dire i dati. Non leggerli mai tu: “È in via dei Tigli 12?” rivela l’indirizzo a uno sconosciuto.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 cambiare email, telefono o indirizzo, conferma anche tramite il contatto già registrato.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scrivere mai numeri di carta, codici o password nelle note o in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modifica all’account prima che la verifica sia superata, nemmeno “solo per questa volta”.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Capire il problema: quattro domande e un riepilogo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Valutala dopo il riepilogo · Impatto: Quanto gli costa, entro quando · Canale: Lo stesso canale · Responsabile: Tu, finché non lo inoltri · Prima risposta: Domande entro 2 minuti · Escalation: Critica: supervisore subito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Chiedi prima di risolvere. Quattro domande coprono la maggior parte dei contatti. Poi riepiloga in una frase e aspetta un sì.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Quattro domande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Cosa è successo?: Con le sue parole.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Da quando, quanto spesso?: Una data e una frequenza.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Cosa hai già provato?: Così non lo chiedi di nuovo.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Cosa ti serve, ed entro quando?: L’impatto: una chiamata con un cliente, una consegna, una fattura.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Telefono, o un messaggio per domanda in chat: </w:t>
      </w:r>
      <w:r>
        <w:rPr>
          <w:rFonts w:ascii="Calibri" w:hAnsi="Calibri" w:cs="Calibri" w:eastAsia="Calibri"/>
          <w:b w:val="0"/>
          <w:color w:val="15131F"/>
          <w:sz w:val="21"/>
        </w:rPr>
        <w:t>Cosa succede, e quando è iniziato?</w:t>
        <w:br/>
        <w:t>Cosa hai provato finora?</w:t>
        <w:br/>
        <w:t>C’è una data o un’ora entro cui deve funzionare?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(telefono e chat): </w:t>
      </w:r>
      <w:r>
        <w:rPr>
          <w:rFonts w:ascii="Calibri" w:hAnsi="Calibri" w:cs="Calibri" w:eastAsia="Calibri"/>
          <w:b w:val="0"/>
          <w:color w:val="15131F"/>
          <w:sz w:val="21"/>
        </w:rPr>
        <w:t>Vediamo se ho capito bene: da [quando], [cosa succede], e ti serve che funzioni entro [data o ora]. È così?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Valuta la gravità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Gravità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risposta ed escalation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Rischio per la sicurezza, sospetto furto dell’account o molti clienti coinvolti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Subito. Telefona ora al supervisore.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cliente non può usare il servizio, soldi addebitati per errore o una data a rischio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responsabile risponde entro 2 ore, in orario di lavoro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Esiste una soluzione alternativa, una domanda o una richiesta di modifica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 giorno lavorativo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causa prima di averla verificata, come “Sarà sicuramente il tuo router”.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Script per la risoluzione dei problemi: un passo, una verifica, un risultato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Alta se non può usarlo per niente · Impatto: Cosa non riesce a fare · Canale: Telefono per i passi pratici · Responsabile: Tu, fino alla regola di stop · Prima risposta: Primo passo entro 5 minuti · Escalation: 3 passi senza progressi: scheda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Usalo quando qualcosa non funziona ed esiste una soluzione nota: un passo, chiedi cosa vede, annota il risultato, poi il passo successivo.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</w:t>
      </w:r>
      <w:r>
        <w:rPr>
          <w:rFonts w:ascii="Calibri" w:hAnsi="Calibri" w:cs="Calibri" w:eastAsia="Calibri"/>
          <w:b w:val="0"/>
          <w:color w:val="15131F"/>
          <w:sz w:val="21"/>
        </w:rPr>
        <w:t>Proviamo una cosa alla volta. Per prima cosa, [passo]. Dimmi quando hai finito e cosa vedi.</w:t>
        <w:br/>
        <w:t>Grazie. Così escludiamo [causa]. Adesso, [passo].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Proviamo un passo alla volta.</w:t>
        <w:br/>
        <w:t>Passo 1: [passo]. Quando hai finito, scrivimi cosa vedi.</w:t>
        <w:br/>
        <w:t>Grazie, così escludiamo [causa]. Passo 2: [passo].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ha funzionato: </w:t>
      </w:r>
      <w:r>
        <w:rPr>
          <w:rFonts w:ascii="Calibri" w:hAnsi="Calibri" w:cs="Calibri" w:eastAsia="Calibri"/>
          <w:b w:val="0"/>
          <w:color w:val="15131F"/>
          <w:sz w:val="21"/>
        </w:rPr>
        <w:t>Ha funzionato. Se il problema si ripresenta, contattaci con il riferimento [riferimento] e ripartiamo da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non può fare il passo adesso: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Posso chiamarti alle [ora] al [numero di telefono] per provarlo insieme. Va bene?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di stop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3 passi senza progressi, o 15 minuti: fermati e inoltra il caso (scheda 6 o 7).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Avvisa prima di qualsiasi passo che può cancellare dati o impostazioni.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Annota ogni passo e il suo risultato, così nessuno lo chiede di nuovo.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il prossimo passo risolverà il problema. Di’ “Proviamo così”, poi controlla il risultato.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Rimborso, reso o cambio: opzioni, limiti e tempi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Normale; Alta se addebitato per errore · Impatto: L’importo in gioco · Canale: Accordo al telefono o in chat, conferma via email · Responsabile: Tu, fino al tuo limite · Prima risposta: Una decisione nello stesso contatto · Escalation: Oltre il limite: supervisore, in giornata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Usalo quando un cliente vuole indietro i soldi, fare un reso o avere un altro articolo o piano. Controlla le tue condizioni, offri quello che la tabella dei limiti consente e di’ cosa succede dopo e quando.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 tuoi limiti (da compilare una volta)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Richiesta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Puoi offrire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Oltre questo limite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entro le condizioni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completo sul metodo di pagamento originale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serve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fuori dalle condizioni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[50 $]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Supervisore, entro il [giorno lavorativo successivo]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 o cambio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Etichetta prepagata; cambio a parità di prezzo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Danneggiato, usato o con differenza di prezzo: supervisore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Credito per un disservizio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[25 $] sulla prossima fattura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Supervisore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</w:t>
      </w:r>
      <w:r>
        <w:rPr>
          <w:rFonts w:ascii="Calibri" w:hAnsi="Calibri" w:cs="Calibri" w:eastAsia="Calibri"/>
          <w:b w:val="0"/>
          <w:color w:val="15131F"/>
          <w:sz w:val="21"/>
        </w:rPr>
        <w:t>Il tuo [ordine o piano] del [data] rientra nelle nostre condizioni di [30] giorni, quindi puoi scegliere un rimborso di [importo] sul metodo di pagamento originale oppure un cambio con [articolo]. Cosa preferisci?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L’ordine [numero d’ordine] rientra nelle nostre condizioni di [30] giorni. Puoi scegliere:</w:t>
        <w:br/>
        <w:t>1. Un rimborso di [importo] sul metodo di pagamento originale</w:t>
        <w:br/>
        <w:t>2. Un cambio con [articolo]</w:t>
        <w:br/>
        <w:t>Cosa preferisci?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Dopo averlo emesso: </w:t>
      </w:r>
      <w:r>
        <w:rPr>
          <w:rFonts w:ascii="Calibri" w:hAnsi="Calibri" w:cs="Calibri" w:eastAsia="Calibri"/>
          <w:b w:val="0"/>
          <w:color w:val="15131F"/>
          <w:sz w:val="21"/>
        </w:rPr>
        <w:t>Ho emesso oggi il rimborso di [importo] e riceverai una conferma via email. Quando compare lo decide la tua banca, di solito entro [giorni indicati dal tuo fornitore di pagamenti].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Oltre il tuo limite: </w:t>
      </w:r>
      <w:r>
        <w:rPr>
          <w:rFonts w:ascii="Calibri" w:hAnsi="Calibri" w:cs="Calibri" w:eastAsia="Calibri"/>
          <w:b w:val="0"/>
          <w:color w:val="15131F"/>
          <w:sz w:val="21"/>
        </w:rPr>
        <w:t>Un rimborso di questo importo richiede l’approvazione del mio supervisore. L’ho chiesta a [nome del supervisore] e ti faremo sapere entro [ora e giorno] se è un sì o un 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la risposta è no: </w:t>
      </w:r>
      <w:r>
        <w:rPr>
          <w:rFonts w:ascii="Calibri" w:hAnsi="Calibri" w:cs="Calibri" w:eastAsia="Calibri"/>
          <w:b w:val="0"/>
          <w:color w:val="15131F"/>
          <w:sz w:val="21"/>
        </w:rPr>
        <w:t>Mi dispiace, non posso rimborsarlo perché [motivo in una frase]. Quello che posso fare invece: [alternativa entro i tuoi limiti].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rimborso oltre il tuo limite, o il giorno in cui arrivano i soldi. Prometti quando lo emetti.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Attesa, trasferimento e richiamata: limiti di tempo e cosa dire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Come valutata nella scheda 3 · Impatto: Quanto aspetta il cliente · Canale: Telefono; chat per i messaggi di attesa · Responsabile: La persona indicata nella richiamata · Prima risposta: Torna entro 2 minuti · Escalation: Richiamata saltata: il supervisore chiama in giornata · Con CRMsoftware.pro: L’app non ha code di chiamata né trasferimenti di chiamata. Una richiamata è un’attività con “Assignee”, “Deadline” e un riepilogo dello stato quando è completata.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Chiedi prima di mettere in attesa, di’ quanto durerà, torna in orario. Trasferisci solo con un riepilogo. Prometti una richiamata solo con un orario, un numero e un’attività.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Limiti di tempo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Situazione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Limite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fai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Attesa al telefono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Torna anche se non hai novità.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Attesa totale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minuti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Offri invece una richiamata.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Silenzio in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Di’ cosa stai facendo e quanto ci vorrà.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Trasferimento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minuto per raggiungere il collega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risposta: torna e offri una richiamata.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Richiamata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fascia di 1 ora al massimo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Crea l’attività prima della fine del contatto.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prima dell’attesa: </w:t>
      </w:r>
      <w:r>
        <w:rPr>
          <w:rFonts w:ascii="Calibri" w:hAnsi="Calibri" w:cs="Calibri" w:eastAsia="Calibri"/>
          <w:b w:val="0"/>
          <w:color w:val="15131F"/>
          <w:sz w:val="21"/>
        </w:rPr>
        <w:t>Posso metterti in attesa per circa [2 minuti] mentre [controllo il tuo account]?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di ritorno dall’attesa: </w:t>
      </w:r>
      <w:r>
        <w:rPr>
          <w:rFonts w:ascii="Calibri" w:hAnsi="Calibri" w:cs="Calibri" w:eastAsia="Calibri"/>
          <w:b w:val="0"/>
          <w:color w:val="15131F"/>
          <w:sz w:val="21"/>
        </w:rPr>
        <w:t>Grazie per l’attesa, [nome]. [Cosa hai trovato, o quanto tempo ti serve ancora].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Trasferimento assistito: al cliente: </w:t>
      </w:r>
      <w:r>
        <w:rPr>
          <w:rFonts w:ascii="Calibri" w:hAnsi="Calibri" w:cs="Calibri" w:eastAsia="Calibri"/>
          <w:b w:val="0"/>
          <w:color w:val="15131F"/>
          <w:sz w:val="21"/>
        </w:rPr>
        <w:t>Di [argomento] si occupa [nome]. Prima gli passo io tutti i dettagli, così non dovrai ripetere nulla.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Trasferimento assistito: al collega: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ho in linea [nome del cliente], identità verificata, per [problema in una riga]. Ha già provato [passi] e ha bisogno di [richiesta] entro [ora]. Puoi prendere tu la chiamata adesso?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Promessa di richiamata (telefono e chat): </w:t>
      </w:r>
      <w:r>
        <w:rPr>
          <w:rFonts w:ascii="Calibri" w:hAnsi="Calibri" w:cs="Calibri" w:eastAsia="Calibri"/>
          <w:b w:val="0"/>
          <w:color w:val="15131F"/>
          <w:sz w:val="21"/>
        </w:rPr>
        <w:t>[Nome] ti chiamerà [giorno] tra le [ora di inizio] e le [ora di fine], al numero che termina con [ultime 4 cifre].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quando ti serve tempo: </w:t>
      </w:r>
      <w:r>
        <w:rPr>
          <w:rFonts w:ascii="Calibri" w:hAnsi="Calibri" w:cs="Calibri" w:eastAsia="Calibri"/>
          <w:b w:val="0"/>
          <w:color w:val="15131F"/>
          <w:sz w:val="21"/>
        </w:rPr>
        <w:t>Sto controllando adesso. Ci vorranno circa [5 minuti] e ti scrivo qui appena ho la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orario di richiamata di cui nessuno è responsabile. Niente attività, niente promessa.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Escalation e passaggio: prima di tutto il riepilogo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Alta o Critica · Impatto: Serve un’autorità che non hai · Canale: Telefono per Critica, altrimenti lo stesso canale · Responsabile: Una persona indicata per nome · Prima risposta: Critica subito, Alta 2 ore · Escalation: Nessuna risposta: il suo sostituto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Fai un’escalation quando la soluzione richiede un’autorità o un accesso che non hai, quando il cliente chiede un supervisore o quando la gravità è Critica. Prima il riepilogo al responsabile, poi informa il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per il passaggio (interno): </w:t>
      </w:r>
      <w:r>
        <w:rPr>
          <w:rFonts w:ascii="Calibri" w:hAnsi="Calibri" w:cs="Calibri" w:eastAsia="Calibri"/>
          <w:b w:val="0"/>
          <w:color w:val="15131F"/>
          <w:sz w:val="21"/>
        </w:rPr>
        <w:t>Cliente: [nome], [numero di account o d’ordine], verificato: [sì o no]</w:t>
        <w:br/>
        <w:t>Canale e ora: [telefono o chat], [data e ora]</w:t>
        <w:br/>
        <w:t>Problema: [il riepilogo confermato dal cliente]</w:t>
        <w:br/>
        <w:t>Già provato: [passi e risultati]</w:t>
        <w:br/>
        <w:t>Gravità e impatto: [gravità], [quanto gli costa, entro quando]</w:t>
        <w:br/>
        <w:t>Promesso finora: [cosa è stato detto al cliente, con gli orari]</w:t>
        <w:br/>
        <w:t>Responsabile: [nome]. Rispondere entro: [ora]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informa il cliente: </w:t>
      </w:r>
      <w:r>
        <w:rPr>
          <w:rFonts w:ascii="Calibri" w:hAnsi="Calibri" w:cs="Calibri" w:eastAsia="Calibri"/>
          <w:b w:val="0"/>
          <w:color w:val="15131F"/>
          <w:sz w:val="21"/>
        </w:rPr>
        <w:t>Passo il tuo caso a [nome del responsabile], il nostro [ruolo], che può [cosa può fare]. Ha già tutto quello che ci siamo detti, quindi non dovrai ripeterlo. Ti contatterà entro [ora e giorno].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informa il cliente: </w:t>
      </w:r>
      <w:r>
        <w:rPr>
          <w:rFonts w:ascii="Calibri" w:hAnsi="Calibri" w:cs="Calibri" w:eastAsia="Calibri"/>
          <w:b w:val="0"/>
          <w:color w:val="15131F"/>
          <w:sz w:val="21"/>
        </w:rPr>
        <w:t>Ho passato il tuo caso a [nome del responsabile], il nostro [ruolo], con questa chat e i passi che abbiamo provato. Ti risponderemo entro [ora e giorno]. Il tuo riferimento è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cliente chiede un supervisore: </w:t>
      </w:r>
      <w:r>
        <w:rPr>
          <w:rFonts w:ascii="Calibri" w:hAnsi="Calibri" w:cs="Calibri" w:eastAsia="Calibri"/>
          <w:b w:val="0"/>
          <w:color w:val="15131F"/>
          <w:sz w:val="21"/>
        </w:rPr>
        <w:t>Certo. Posso passarti subito [nome del supervisore], oppure può richiamarti entro le [ora]. Cosa preferisci? Passerò tutto quello che ci siamo detti, così avrà già il quadro completo.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Prima il riepilogo. Il cliente non racconta mai la storia due volte.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solo responsabile, indicato per nome, non un team.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Critica: telefona subito al responsabile, non mandare un’email.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Cosa deciderà la persona successiva. Prometti chi se ne occupa e quando il cliente riceverà una risposta.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Script di chiusura e cosa registrare dopo ogni contatto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Gravità: Come valutata nella scheda 3 · Impatto: Una riga nel registro · Canale: Lo stesso del contatto · Responsabile: Chi ha il prossimo passo · Prima risposta: Registrata in minuti · Escalation: Registrata come Trasferito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contatto è chiuso solo quando il prossimo passo è stato confermato con il cliente, la riga del registro è completa e ogni richiamata promessa ha un’attività.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Telefono: conferma e chiudi: </w:t>
      </w:r>
      <w:r>
        <w:rPr>
          <w:rFonts w:ascii="Calibri" w:hAnsi="Calibri" w:cs="Calibri" w:eastAsia="Calibri"/>
          <w:b w:val="0"/>
          <w:color w:val="15131F"/>
          <w:sz w:val="21"/>
        </w:rPr>
        <w:t>Prima di salutarci, ricapitoliamo: [prossimo passo], a cura di [chi], entro [quando]. È così?</w:t>
        <w:br/>
        <w:t>Posso aiutarti in qualcos’altro oggi?</w:t>
        <w:br/>
        <w:t>Grazie per aver chiamato,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conferma e chiudi: </w:t>
      </w:r>
      <w:r>
        <w:rPr>
          <w:rFonts w:ascii="Calibri" w:hAnsi="Calibri" w:cs="Calibri" w:eastAsia="Calibri"/>
          <w:b w:val="0"/>
          <w:color w:val="15131F"/>
          <w:sz w:val="21"/>
        </w:rPr>
        <w:t>Ricapitolando: [prossimo passo], a cura di [chi], entro [quando]. Ti va bene?</w:t>
        <w:br/>
        <w:t>Posso aiutarti in qualcos’altro?</w:t>
        <w:br/>
        <w:t>Grazie, [nome]. Puoi rispondere qui quando vuoi indicando il riferimento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ancora risolto: </w:t>
      </w:r>
      <w:r>
        <w:rPr>
          <w:rFonts w:ascii="Calibri" w:hAnsi="Calibri" w:cs="Calibri" w:eastAsia="Calibri"/>
          <w:b w:val="0"/>
          <w:color w:val="15131F"/>
          <w:sz w:val="21"/>
        </w:rPr>
        <w:t>Ecco esattamente cosa succede ora: [nome del responsabile] [azione] entro [ora]. Se entro quell’ora non ti abbiamo contattato, rispondi qui o chiama il [numero di telefono] indicando [riferimento].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Riga del registro (una per contatto): </w:t>
      </w:r>
      <w:r>
        <w:rPr>
          <w:rFonts w:ascii="Calibri" w:hAnsi="Calibri" w:cs="Calibri" w:eastAsia="Calibri"/>
          <w:b w:val="0"/>
          <w:color w:val="15131F"/>
          <w:sz w:val="21"/>
        </w:rPr>
        <w:t>[Data e ora], [canale], [cliente], [motivo], [gravità], [impatto in una riga]</w:t>
        <w:br/>
        <w:t>Verificato, risolto al primo contatto, trasferito: [sì o no per ciascuno]. Prima risposta: [minuti]</w:t>
        <w:br/>
        <w:t>Richiamata promessa entro: [ora o nessuna]. Richiamata effettuata: [ora]</w:t>
        <w:br/>
        <w:t>Prossimo passo: [passo]. Confermato con il cliente: [sì o no]. Responsabile: [nome]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Controllo di completamento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Fatto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 confermato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 hai ripetuto con chi e quando, e il cliente ha detto sì.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Riga del registro completa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campo compilato, compresi Verificato e Responsabile.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Richiamata con 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 e “Deadline” all’orario promesso, prima della fine del contatto.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“Qualcuno ti ricontatterà.” Indica la persona, il canale e l’orario.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Esempio compilato: una chat serale, una richiamata al mattino, una riga di registro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 esempio di script per il servizio clienti dall’inizio alla fine: una chat che si chiude con una richiamata promessa, la telefonata che mantiene la promessa e la riga del registro. Alderbank Fiber è un piccolo provider internet fittizio.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Ciao, la connessione mi cade di continuo la sera, 5 o 6 volte a sera da sabato. Giovedì alle 9 ho una videochiamata con un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dispiace, è stressante prima di una chiamata importante. Cosa fa la spia del router quando cade la connessione? Succede su tutti i dispositivi?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Diventa rossa per circa un minuto, poi torna verde. Su tutti i dispositivi.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Passo questa chat al nostro team con i tuoi messaggi, così non dovrai ripetere nulla.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(assistenza): </w:t>
      </w:r>
      <w:r>
        <w:rPr>
          <w:rFonts w:ascii="Calibri" w:hAnsi="Calibri" w:cs="Calibri" w:eastAsia="Calibri"/>
          <w:b w:val="0"/>
          <w:color w:val="15131F"/>
          <w:sz w:val="21"/>
        </w:rPr>
        <w:t>Ciao Maya, sono Nina di Alderbank Fiber. Prima di aprire il tuo account, confermami il numero di account e l’email registrata.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AB-20417, e l’email è maya.c@example.com.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(assistenza): </w:t>
      </w:r>
      <w:r>
        <w:rPr>
          <w:rFonts w:ascii="Calibri" w:hAnsi="Calibri" w:cs="Calibri" w:eastAsia="Calibri"/>
          <w:b w:val="0"/>
          <w:color w:val="15131F"/>
          <w:sz w:val="21"/>
        </w:rPr>
        <w:t>Grazie, i dati corrispondono. Quindi: da sabato la connessione cade 5 o 6 volte ogni sera, la spia diventa rossa, su tutti i dispositivi, e ti serve una linea stabile entro giovedì alle 9:00. È così?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Sì, esatto.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(assistenza): </w:t>
      </w:r>
      <w:r>
        <w:rPr>
          <w:rFonts w:ascii="Calibri" w:hAnsi="Calibri" w:cs="Calibri" w:eastAsia="Calibri"/>
          <w:b w:val="0"/>
          <w:color w:val="15131F"/>
          <w:sz w:val="21"/>
        </w:rPr>
        <w:t>Una spia rossa indica un problema sulla linea. Il nostro reparto rete prova le linee dalle 8:00: Tom ti chiamerà domani tra le 9:00 e le 10:00, al numero che termina con 4471.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Sì. Riesce a sistemarla prima di giovedì?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(assistenza): </w:t>
      </w:r>
      <w:r>
        <w:rPr>
          <w:rFonts w:ascii="Calibri" w:hAnsi="Calibri" w:cs="Calibri" w:eastAsia="Calibri"/>
          <w:b w:val="0"/>
          <w:color w:val="15131F"/>
          <w:sz w:val="21"/>
        </w:rPr>
        <w:t>Non posso prometterti una soluzione prima del test, ma Tom ti dirà cosa ha trovato e quali sono i passi successivi. Quindi: Tom ti chiama domani, tra le 9:00 e le 10:00. Ti serve altro?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No, grazie.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richiamata al telefono, mercoledì 7 ottobre, 9:32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Apertura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“Buongiorno Maya, sono Tom di Alderbank Fiber e ti chiamo per la chat di ieri sera con Nina. È un buon momento per parlare?”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Numero di account ed email confermati. “Per verificare che siamo davvero noi, chiama il numero sul nostro sito.”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Comprensione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Riepilogo letto dalle note. Altre due cadute ieri sera, alle 20:15 e alle 21:40.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Attesa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“Posso metterti in attesa per circa 2 minuti mentre provo la linea?” Di ritorno dopo 90 secondi.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Perdita di segnale sulla porta nell’armadio stradale. Linea spostata su una nuova porta; test senza errori.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Conferma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“Rifaccio il test stasera alle 21:00 e ti scrivo via email entro le 21:30. Riceverai anche un credito di 10 $ per le quattro serate.” Maya: sì.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Chiusura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“Ti serve altro prima della chiamata di giovedì?” No. Chiamata conclusa alle 9:44.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riga del registro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Data, canale,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ottobre 2026, 21:04, chat, Maya Collins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Motivo, gravità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tecnico, Alta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Cadute ogni sera; chiamata con un cliente giovedì alle 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Verificato, prima 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1 minuto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Risolto al primo contatto, trasferito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/ 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Richiamata promessa entro, effettuata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ottobre 10:00, effettuata alle 9:32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passo, confermato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Nuovo test alle 21:00, email entro le 21:30. Sì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Responsabile, 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Tom Reyes, Chiuso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di completamento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Voce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Registrato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 confermato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21:12 (richiamata), chiamata 9:43 (nuovo test, credito)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Riga del registro completa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campo compilato, Stato Chiuso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Attività di richiamata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 Tom, “Deadline” 7 ottobre 10:00, “Mark done” alle 9:44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Adatta gli script al tuo settore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Il flusso resta lo stesso. Cambiano cosa verifichi, cosa puoi promettere e chi è responsabile del prossimo passo.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Clinica o studio dentistico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con nome completo e data di nascita prima di parlare di qualsiasi cosa. Le domande cliniche vanno a un medico, con un orario di richiamata. Se chi chiama descrive un’emergenza, digli di chiamare subito il numero di emergenza locale.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diagnosi, il costo di una cura o quanto pagherà l’assicurazione.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Negozio online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con il numero d’ordine e l’email usata per l’acquisto. Chiedi una foto quando un articolo arriva danneggiato. Tieni il link di tracciamento e i giorni per il reso nelle risposte salvate.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data di consegna che il corriere non ha comunicato.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Servizio B2B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che chi chiama sia un referente autorizzato dell’account, non solo qualcuno dell’azienda. Chiedi quanti utenti sono coinvolti. Le domande su contratto, prezzo e rinnovo vanno al responsabile dell’account.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funzione, una data o un credito che non è nel contratto.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Hotel, ristorante o location per eventi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Verifica con il codice di prenotazione e il cognome, e metti la data nel riepilogo. Non prendere mai i dati della carta via chat o email; usa la pagina di pagamento del tuo sistema di prenotazione.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camera o un check-out posticipato non confermati nel sistema di prenotazione.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Versioni per settore per studi dentistici, negozi online e servizi B2B: vedi Modelli correlati.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Valuta una chiamata o una chat: la griglia QA con 8 controlli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Sì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Apertura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 e azienda detti, aiuto offerto; chat con risposta entro 2 minuti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 Verifica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Due dati controllati prima di qualsiasi dettaglio dell’account; nessun numero di carta, codice o password richiesto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3. Comprensione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riepilogo in una frase, e il cliente ha detto sì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 Soluzione o inoltro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passo alla volta con il risultato controllato, oppure inoltro a un responsabile indicato per nome con un riepilogo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 Attesa e trasferimento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Chiesto prima dell’attesa, di ritorno entro 2 minuti, trasferimento assistito con un riepilogo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6. Conferma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passo, chi e quando ripetuti, e il cliente è d’accordo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7. Chiusura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Chiesto se serve altro; niente promesso oltre i limiti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8. Registro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Riga del registro completa, e un’attività per ogni richiamata promessa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script per il servizio clienti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Compila una volta i segnaposto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Azienda, orari, telefono, i tuoi limiti (scheda 5) e i responsabili (scheda 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Fai pratica in tre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Simula l’esempio: cliente, operatore e una terza persona che valuta con gli 8 controlli.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Mantieni l’ordine, usa parole tue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Al telefono non saltare mai un passo. In chat incolla le frasi e compila le parentesi.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Registra ogni contatto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per contatto. Una richiamata promessa ha la sua attività prima della fine del contatto.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Valuta 5 contatti a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Per persona. Cambia lo script dove lo stesso controllo continua a fallire.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Impostali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Le chat passate al team compaiono in “Live Support” come “Awaiting agent”. Fai clic su “Claim”, leggi lo storico, usa le frasi per la chat e fai clic su “Resolve” dopo il controllo di completamento.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Con Growth: “Settings” &gt; “Saved Replies” &gt; “New reply”, con “Shortcut” (per esempio /verify), “Title”, “Reply body” e “Share with team”. Digita la scorciatoia nella casella di risposta della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Per ogni richiamata promessa: “Tasks” &gt; “New Task” con “Assignee”, “Deadline” e “Priority”; attiva “Status summary required on completion”. Ogni mattina controlla “Due today” e “Overdue”.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Scrivi il riepilogo e il prossimo passo nelle “Notes” del contatto. Aggiungi un tag per ogni motivo di contatto: “Settings” &gt; “Conversation Tags” &gt; “New tag”.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“My Bots” &gt; scegli il bot &gt; sezione “Behavior” &gt; “Satisfaction Ratings”: una valutazione a stelle alla fine della chat, visibile in “Analytics” alla voce “Satisfaction”.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ha un sistema telefonico da call center: niente code di chiamata, trasferimenti di chiamata o registrazione delle chiamate. Usa il tuo telefono e annota le chiamate nel registro. Passaggio a una persona: Launch, 19 $ al mese con fatturazione annuale per 8 utenti. Risposte salvate: Growth, 49 $. Free: chat IA e attività di base per 3 utenti.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settimanale, 20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richiamate in ritardo sono zero, oppure ognuna ha una nuova attività.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Lavora prima sul motivo con la risoluzione al primo contatto più bassa.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controllo QA mancato più spesso diventa l’esercitazione della settimana successiva.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https://crmsoftware.pro/it/templates/customer-service-script-templates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per il servizio clienti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