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Modelli di email di sollecito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Email di sollecito per 8 situazioni in cui un cliente o un potenziale cliente non si fa più sentire: richiesta, preventivo, incontro o chiamata, chiamata persa, informazioni mancanti, caso di assistenza risolto, appuntamento mancato e l’email di chiusura.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Scegli il modello adatto a quello che è successo e sostituisci ogni parola tra [parentesi quadre]. Conta i giorni lavorativi dal Giorno 0, il primo messaggio rimasto senza risposta, invia un sollecito alla volta con una sola richiesta chiara e fermati alla prima risposta. Registra ogni pratica nel registro Excel dei solleciti.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 modelli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Email di sollecito senza risposta dopo una richiesta di informazioni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Rispondi entro: 1 ora · Solleciti: Giorni lavorativi 2 e 5 · Email di chiusura: Giorno lavorativo 10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Usala quando qualcuno ti ha chiesto informazioni sul tuo servizio, tu hai risposto e poi più niente. Invia quella prima risposta entro 1 ora lavorativa. In uno studio su 1,25 milioni di lead commerciali, le aziende che avevano provato a contattare un lead entro un’ora avevano quasi 7 volte più probabilità di qualificarlo rispetto a quelle che ci avevano provato un’ora dopo.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1° sollecito, oggetto: </w:t>
      </w:r>
      <w:r>
        <w:rPr>
          <w:rFonts w:ascii="Calibri" w:hAnsi="Calibri" w:cs="Calibri" w:eastAsia="Calibri"/>
          <w:b w:val="0"/>
          <w:color w:val="15131F"/>
          <w:sz w:val="21"/>
        </w:rPr>
        <w:t>Re: la tua domanda su [servizio]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1° sollecito, giorno lavorativo 2: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una cosa che non ti ho detto [giorno]: [un dettaglio nuovo e utile, per esempio la prima data di inizio possibile o cosa scelgono di solito i clienti nella tua situazione].</w:t>
        <w:br/>
        <w:br/>
        <w:t>Vuoi che procediamo con [un prossimo passo, per esempio un sopralluogo gratuito giovedì]? Mi basta un sì o un no.</w:t>
        <w:br/>
        <w:br/>
        <w:t>[Il tuo nome], [azienda]</w:t>
        <w:br/>
        <w:t>[telefono]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2° sollecito, oggetto: </w:t>
      </w:r>
      <w:r>
        <w:rPr>
          <w:rFonts w:ascii="Calibri" w:hAnsi="Calibri" w:cs="Calibri" w:eastAsia="Calibri"/>
          <w:b w:val="0"/>
          <w:color w:val="15131F"/>
          <w:sz w:val="21"/>
        </w:rPr>
        <w:t>Tengo aperta la tua richiesta, [nome]?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2° sollecito, giorno lavorativo 5: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non voglio riempirti la casella di posta, quindi ti faccio una sola domanda: stai ancora cercando [servizio]?</w:t>
        <w:br/>
        <w:br/>
        <w:t>Rispondi “sì” e procedo con [prossimo passo] entro il [data].</w:t>
        <w:br/>
        <w:t>Rispondi “no” e chiudo la tua richiesta. Mi sono utili entrambe le risposte.</w:t>
        <w:br/>
        <w:br/>
        <w:t>[Il tuo nome],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 aspettare 2 giorni lavorativi: </w:t>
      </w:r>
      <w:r>
        <w:rPr>
          <w:rFonts w:ascii="Calibri" w:hAnsi="Calibri" w:cs="Calibri" w:eastAsia="Calibri"/>
          <w:b w:val="0"/>
          <w:color w:val="5D5A70"/>
          <w:sz w:val="21"/>
        </w:rPr>
        <w:t>In un ampio studio sulle email, oltre il 90% delle risposte è arrivato entro un giorno dal messaggio. Dopo due giorni di silenzio, un sollecito con qualcosa di nuovo è giusto; un “volevo solo sapere se ci sono novità” 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Fermati se c’è: </w:t>
      </w:r>
      <w:r>
        <w:rPr>
          <w:rFonts w:ascii="Calibri" w:hAnsi="Calibri" w:cs="Calibri" w:eastAsia="Calibri"/>
          <w:b w:val="0"/>
          <w:color w:val="5D5A70"/>
          <w:sz w:val="21"/>
        </w:rPr>
        <w:t>Qualsiasi risposta, Un no, Un sopralluogo fissato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Dopo un preventivo: cambia spunto, poi chiedi se andare avanti o chiudere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Primo sollecito: Giorno 3 · Secondo: Giorno lavorativo 7 · Email di chiusura: Giorno lavorativo 12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usarlo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Hai mandato un prezzo per un lavoro che il cliente ti aveva chiesto e sono passati 3 giorni lavorativi senza risposta.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 una proposta più grande, con un incontro in cui si decide, usa la sequenza di 5 email di ricontatto commerciale.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1° sollecito, oggetto: </w:t>
      </w:r>
      <w:r>
        <w:rPr>
          <w:rFonts w:ascii="Calibri" w:hAnsi="Calibri" w:cs="Calibri" w:eastAsia="Calibri"/>
          <w:b w:val="0"/>
          <w:color w:val="15131F"/>
          <w:sz w:val="21"/>
        </w:rPr>
        <w:t>Il tuo preventivo per [lavoro]: la domanda che fanno quasi tutti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1° sollecito, giorno lavorativo 3: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su un preventivo come il tuo quasi tutti i clienti chiedono una cosa: [domanda frequente, per esempio se i vecchi condotti vanno sostituiti]. Per casa tua, la risposta è [risposta breve].</w:t>
        <w:br/>
        <w:br/>
        <w:t>Il tuo preventivo di [prezzo] è valido fino al [data]. C’è qualcosa che vorresti cambiare?</w:t>
        <w:br/>
        <w:br/>
        <w:t>[Il tuo nome],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2° sollecito, oggetto: </w:t>
      </w:r>
      <w:r>
        <w:rPr>
          <w:rFonts w:ascii="Calibri" w:hAnsi="Calibri" w:cs="Calibri" w:eastAsia="Calibri"/>
          <w:b w:val="0"/>
          <w:color w:val="15131F"/>
          <w:sz w:val="21"/>
        </w:rPr>
        <w:t>Tengo aperto il tuo preventivo o lo chiudo?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2° sollecito, giorno lavorativo 7: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tengo aperto il tuo preventivo per [lavoro]? Basta una parola:</w:t>
        <w:br/>
        <w:br/>
        <w:t>Avanti: ti chiamo il [data] per fissare la data di inizio.</w:t>
        <w:br/>
        <w:t>Rimanda: dimmi il mese e ti ricontatto allora.</w:t>
        <w:br/>
        <w:t>Chiudi: nessun problema, e grazie per averci chiesto un preventivo.</w:t>
        <w:br/>
        <w:br/>
        <w:t>[Il tuo nome],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Abbassare il prezzo solo per avere una risposta. Se il problema è il prezzo, il cliente te lo dice appena dire di no diventa facile.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Registra la risposta come: </w:t>
      </w:r>
      <w:r>
        <w:rPr>
          <w:rFonts w:ascii="Calibri" w:hAnsi="Calibri" w:cs="Calibri" w:eastAsia="Calibri"/>
          <w:b w:val="0"/>
          <w:color w:val="5D5A70"/>
          <w:sz w:val="21"/>
        </w:rPr>
        <w:t>Procede, Non ora, Ha detto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Email di follow-up dopo un incontro: riepilogo e una sola richiesta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Riepilogo: In giornata · Solleciti: Giorni lavorativi 2 e 5 · Email di chiusura: Giorno lavorativo 10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Inviala il giorno stesso, quando entrambi ricordate ancora i dettagli. A differenza del riepilogo di una proposta, qui non c’è ancora un prezzo: cosa hai capito, cosa succede dopo e l’unica cosa che ti serve dal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Grazie per oggi: il prossimo passo per [progetto]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Giorno 0: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grazie per il tempo che mi hai dedicato oggi. Ecco cosa ho capito:</w:t>
        <w:br/>
        <w:t>- [il problema principale del cliente, con le sue parole]</w:t>
        <w:br/>
        <w:t>- [cosa conta di più, per esempio un impianto silenzioso o il budget]</w:t>
        <w:br/>
        <w:t>- [i tempi, per esempio prima che arrivi il freddo]</w:t>
        <w:br/>
        <w:br/>
        <w:t>Prossimo passo: mi occupo di [cosa farai] entro il [data]. Per farlo mi serve una sola cosa da te: [l’elemento, per esempio una foto del quadro elettrico].</w:t>
        <w:br/>
        <w:br/>
        <w:t>Ho frainteso qualcosa? Rispondi pure e correggimi.</w:t>
        <w:br/>
        <w:br/>
        <w:t>[Il tuo nome],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1° sollecito, giorno lavorativo 2: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ti riscrivo brevemente dopo [il nostro incontro o la nostra chiamata] di [giorno]. Potresti mandarmi [l’elemento]? Con quello posso [prossimo passo] entro il [data].</w:t>
        <w:br/>
        <w:br/>
        <w:t>Se i tuoi programmi sono cambiati, basta una riga di risposta.</w:t>
        <w:br/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Indica il prossimo passo, chi se ne occupa e la data. Un riepilogo che finisce con “fammi sapere” non dà al lettore niente a cui rispondere.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Una richiesta, per esempio: </w:t>
      </w:r>
      <w:r>
        <w:rPr>
          <w:rFonts w:ascii="Calibri" w:hAnsi="Calibri" w:cs="Calibri" w:eastAsia="Calibri"/>
          <w:b w:val="0"/>
          <w:color w:val="5D5A70"/>
          <w:sz w:val="21"/>
        </w:rPr>
        <w:t>Una foto, Una data, Un sì o un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Dopo una chiamata persa: richiama, lascia un messaggio, scrivi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Richiama entro: 1 ora · Seconda chiamata: Giorno lavorativo 1 · Email di chiusura: Giorno lavorativo 3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Entro 1 ora lavorativa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Richiama: Al numero da cui ti hanno chiamato.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Lascia un messaggio in segreteria: Chi sei, perché chiami e come contattarti. Meno di 20 secondi.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Scrivi una sola volta: Via email se hai l’indirizzo. Via SMS o WhatsApp solo se il cliente ha accettato di essere contattato su quel canale.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in segreteria: </w:t>
      </w:r>
      <w:r>
        <w:rPr>
          <w:rFonts w:ascii="Calibri" w:hAnsi="Calibri" w:cs="Calibri" w:eastAsia="Calibri"/>
          <w:b w:val="0"/>
          <w:color w:val="15131F"/>
          <w:sz w:val="21"/>
        </w:rPr>
        <w:t>Ciao, sono [il tuo nome] di [azienda] e ti richiamo per la chiamata delle [ora] di oggi. Mi dispiace che non ti abbiamo risposto. Puoi richiamarmi al [telefono] fino alle [ora], oppure rispondere all’email che ti mando adesso. Grazie.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oggetto: </w:t>
      </w:r>
      <w:r>
        <w:rPr>
          <w:rFonts w:ascii="Calibri" w:hAnsi="Calibri" w:cs="Calibri" w:eastAsia="Calibri"/>
          <w:b w:val="0"/>
          <w:color w:val="15131F"/>
          <w:sz w:val="21"/>
        </w:rPr>
        <w:t>Ci dispiace di non averti risposto, [nome]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Giorno 0: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oggi alle [ora] hai chiamato [azienda] e mi dispiace che non ti abbiamo risposto. Ti ho richiamato alle [ora].</w:t>
        <w:br/>
        <w:br/>
        <w:t>Come possiamo aiutarti? Rispondi con una riga, oppure dimmi un orario comodo per una chiamata e ti ricontatto oggi stesso.</w:t>
        <w:br/>
        <w:br/>
        <w:t>[Il tuo nome], [azienda]</w:t>
        <w:br/>
        <w:t>[telefono], [orari di apertura]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Consenso: </w:t>
      </w:r>
      <w:r>
        <w:rPr>
          <w:rFonts w:ascii="Calibri" w:hAnsi="Calibri" w:cs="Calibri" w:eastAsia="Calibri"/>
          <w:b w:val="0"/>
          <w:color w:val="5D5A70"/>
          <w:sz w:val="21"/>
        </w:rPr>
        <w:t>Una chiamata persa non è un consenso. Le regole di WhatsApp per le aziende permettono di scrivere solo a chi ti ha dato il suo numero e ha accettato di essere contattato, e impongono di rispettare ogni richiesta di stop.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Dieci chiamate, Messaggi senza consenso, Proposte commerciali in segreteria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In attesa del cliente: indica esattamente cosa manca, una volta sola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Primo sollecito: Giorno 3 · Secondo sollecito: Giorno lavorativo 7 · In sospeso fino al: Giorno lavorativo 12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Usala quando non puoi andare avanti finché il cliente non ti manda qualcosa: foto, un numero di modello, un modulo firmato, delle misure o una data per accedere ai locali. Un’email di sollecito cortese indica esattamente cosa manca, perché ti serve e cosa succede quando arriva.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Per [lavoro] manca solo una cosa: [elemento]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1° sollecito, giorno lavorativo 3: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per [prossimo passo, per esempio confermare il prezzo della nuova unità] mi serve ancora:</w:t>
        <w:br/>
        <w:t>1. [elemento, per esempio una foto della targhetta della caldaia]</w:t>
        <w:br/>
        <w:t>2. [secondo elemento, se c’è]</w:t>
        <w:br/>
        <w:br/>
        <w:t>Come inviarlo: rispondi a questa email con [l’elemento]. Appena arriva, procedo con [prossimo passo] entro [1] giorno lavorativo.</w:t>
        <w:br/>
        <w:br/>
        <w:t>Nessuna fretta da parte nostra: [il tuo preventivo o la tua prenotazione] resta in sospeso fino al [data].</w:t>
        <w:br/>
        <w:br/>
        <w:t>[Il tuo nome],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2° sollecito, giorno lavorativo 7: </w:t>
      </w:r>
      <w:r>
        <w:rPr>
          <w:rFonts w:ascii="Calibri" w:hAnsi="Calibri" w:cs="Calibri" w:eastAsia="Calibri"/>
          <w:b w:val="0"/>
          <w:color w:val="15131F"/>
          <w:sz w:val="21"/>
        </w:rPr>
        <w:t>Ciao [nome], tengo ancora in sospeso [lavoro] per te. Se [elemento] è difficile da trovare, posso [un’opzione più semplice, per esempio fare la foto durante il sopralluogo]. Ti sarebbe d’aiuto?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Minacciare di annullare. Tieni la richiesta in sospeso e chiudila il giorno dell’email di chiusura, con un modo semplice per riprenderla.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Scrivi in ogni sollecito: </w:t>
      </w:r>
      <w:r>
        <w:rPr>
          <w:rFonts w:ascii="Calibri" w:hAnsi="Calibri" w:cs="Calibri" w:eastAsia="Calibri"/>
          <w:b w:val="0"/>
          <w:color w:val="5D5A70"/>
          <w:sz w:val="21"/>
        </w:rPr>
        <w:t>Cosa manca, Perché ti serve, Cosa succede dopo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Dopo un caso di assistenza: verifica, conferma, modo per riaprirlo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Chiedi conferma: Giorno 0 · Ricontatto: Giorno lavorativo 2 · Chiudi il caso: Giorno lavorativo 5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Prima di inviare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Verifica tu stesso la soluzione: provala, guarda il risultato o fattela confermare dal tecnico sul posto.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Tieni pronto il modo per riaprire il caso: una risposta a questa email o una chiamata con il riferimento del caso.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Risolto: [problema], conferma per favore, rif. [riferimento del caso]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Giorno 0: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abbiamo risolto [il problema]. Cosa abbiamo fatto: [cosa è cambiato, in una riga]. Come l’abbiamo verificato: [per esempio, abbiamo fatto funzionare l’impianto per 30 minuti dopo la riparazione].</w:t>
        <w:br/>
        <w:br/>
        <w:t>Puoi confermarci che da te funziona? Basta una parola: “risolto” o “non ancora”.</w:t>
        <w:br/>
        <w:br/>
        <w:t>Se il problema si ripresenta, rispondi a questa email o chiama il [telefono] indicando il riferimento [riferimento del caso]. Il caso si riapre con la stessa persona e non dovrai spiegare tutto di nuovo.</w:t>
        <w:br/>
        <w:br/>
        <w:t>Possiamo farti una sola breve domanda su come abbiamo lavorato? Rispondi “sì” se ti va bene. Altrimenti, non te la faremo.</w:t>
        <w:br/>
        <w:br/>
        <w:t>[Il tuo nome],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1° sollecito, giorno lavorativo 2: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[il problema] è ancora risolto? Se sì, non devi fare niente. Se no, rispondi “non ancora” e ti chiamo oggi stesso.</w:t>
        <w:br/>
        <w:br/>
        <w:t>Chiuderò il caso il [data]. Una tua risposta lo riapre in qualsiasi momento.</w:t>
        <w:br/>
        <w:br/>
        <w:t>[Il tuo nome], rif. [riferimento del caso]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Chiudi il caso al giorno lavorativo 5 se nessuno risponde. I software di assistenza clienti funzionano allo stesso modo: per impostazione predefinita Zendesk chiude un ticket risolto 4 giorni dopo la risoluzione, e una risposta del cliente prima di allora lo riapre.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 niente offerte: </w:t>
      </w:r>
      <w:r>
        <w:rPr>
          <w:rFonts w:ascii="Calibri" w:hAnsi="Calibri" w:cs="Calibri" w:eastAsia="Calibri"/>
          <w:b w:val="0"/>
          <w:color w:val="5D5A70"/>
          <w:sz w:val="21"/>
        </w:rPr>
        <w:t>L’autorità britannica per la protezione dei dati afferma che un messaggio di servizio che promuove anche i tuoi servizi conta come marketing diretto. Prima chiedi il permesso per una domanda di feedback, e manda il questionario solo a chi ha detto sì.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Esito: </w:t>
      </w:r>
      <w:r>
        <w:rPr>
          <w:rFonts w:ascii="Calibri" w:hAnsi="Calibri" w:cs="Calibri" w:eastAsia="Calibri"/>
          <w:b w:val="0"/>
          <w:color w:val="5D5A70"/>
          <w:sz w:val="21"/>
        </w:rPr>
        <w:t>Risolto, confermato, Riaperto, Nessuna risposta, chiusa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Dopo un appuntamento mancato: nessuna colpa, due nuovi orari, un sollecito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Invia entro: 1 ora · Sollecito: Giorno lavorativo 2 · Email di chiusura: Giorno lavorativo 5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cliente ha mancato un sopralluogo, una chiamata o una videochiamata. Aspetta 15 minuti, chiama una volta, poi invia questa email entro l’ora. Dai per scontato che abbia avuto un imprevisto.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Ci dispiace non averti trovato oggi, [nome]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Giorno 0: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[Nome del collega] era pronto per [appuntamento] oggi alle [ora], ma non siamo riusciti a raggiungerti. Spero che vada tutto bene.</w:t>
        <w:br/>
        <w:br/>
        <w:t>Ti andrebbe bene uno di questi orari?</w:t>
        <w:br/>
        <w:t>- [giorno] alle [ora]</w:t>
        <w:br/>
        <w:t>- [giorno] alle [ora]</w:t>
        <w:br/>
        <w:t>Oppure scegli un orario qui: [link di prenotazione].</w:t>
        <w:br/>
        <w:br/>
        <w:t>Se [servizio] non ti serve più, rispondi “annulla” e chiudo la richiesta. Nessun problema.</w:t>
        <w:br/>
        <w:br/>
        <w:t>[Il tuo nome],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1° sollecito, giorno lavorativo 2: </w:t>
      </w:r>
      <w:r>
        <w:rPr>
          <w:rFonts w:ascii="Calibri" w:hAnsi="Calibri" w:cs="Calibri" w:eastAsia="Calibri"/>
          <w:b w:val="0"/>
          <w:color w:val="15131F"/>
          <w:sz w:val="21"/>
        </w:rPr>
        <w:t>Ciao [nome], posso ancora tenere per te [giorno] alle [ora], fino alle [ora] di domani. Te lo prenoto? Basta un sì o un no.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Addebitare una penale per l’appuntamento mancato che non avevi indicato al momento della prenotazione, o mandare più di un sollecito.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Proponi: </w:t>
      </w:r>
      <w:r>
        <w:rPr>
          <w:rFonts w:ascii="Calibri" w:hAnsi="Calibri" w:cs="Calibri" w:eastAsia="Calibri"/>
          <w:b w:val="0"/>
          <w:color w:val="5D5A70"/>
          <w:sz w:val="21"/>
        </w:rPr>
        <w:t>Due nuovi orari, Un link di prenotazione, Un modo facile per annullare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Email di chiusura: l’ultimo sollecito, in tono cordiale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Chiudi la pratica dopo: 3 giorni · Tono: Cordiale e definitivo · Mai: Sensi di colpa, finte scadenze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Inviala l’ultimo giorno del calendario. È l’unico sollecito che dice che ti fermerai, e rende facile qualsiasi risposta, anche il 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Chiudo la tua richiesta per [servizio]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Oppure: </w:t>
      </w:r>
      <w:r>
        <w:rPr>
          <w:rFonts w:ascii="Calibri" w:hAnsi="Calibri" w:cs="Calibri" w:eastAsia="Calibri"/>
          <w:b w:val="0"/>
          <w:color w:val="15131F"/>
          <w:sz w:val="21"/>
        </w:rPr>
        <w:t>Chiudo qui per ora, [nome]?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non avendo avuto notizie su [richiesta], il [data] chiuderò la pratica da parte mia e smetterò di scriverti.</w:t>
        <w:br/>
        <w:br/>
        <w:t>Se [servizio] ti serve ancora, rispondi a questa email o chiama il [telefono] e riprenderemo da dove eravamo rimasti. Se hai già trovato quello che ti serviva, ne sono felice.</w:t>
        <w:br/>
        <w:br/>
        <w:t>Grazie per aver pensato a [azienda].</w:t>
        <w:br/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per l’assistenza: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non avendo avuto notizie, oggi chiudo il caso [riferimento del caso]. Se [il problema] si ripresenta, rispondi a questa email e il caso si riapre con me. Grazie.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Dopo l’invio: </w:t>
      </w:r>
      <w:r>
        <w:rPr>
          <w:rFonts w:ascii="Calibri" w:hAnsi="Calibri" w:cs="Calibri" w:eastAsia="Calibri"/>
          <w:b w:val="0"/>
          <w:color w:val="5D5A70"/>
          <w:sz w:val="21"/>
        </w:rPr>
        <w:t>Nessuna risposta in 3 giorni lavorativi: chiudi la pratica come “Nessuna risposta, chiusa” e non iscrivere la persona alla newsletter. Se qualcuno ti chiede di smettere, smetti subito: la FTC impone di rispettare la cancellazione dalle email commerciali entro 10 giorni lavorativi, senza eccezioni per le email tra aziende.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Chiudi la pratica come: </w:t>
      </w:r>
      <w:r>
        <w:rPr>
          <w:rFonts w:ascii="Calibri" w:hAnsi="Calibri" w:cs="Calibri" w:eastAsia="Calibri"/>
          <w:b w:val="0"/>
          <w:color w:val="5D5A70"/>
          <w:sz w:val="21"/>
        </w:rPr>
        <w:t>Nessuna risposta, chiusa, Non ora, Ha detto no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Un preventivo rimasto senza risposta, ripreso sulla chat del sito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Harrowgate Heating &amp; Air, un’azienda fittizia di riscaldamento e climatizzazione, manda il preventivo per una pompa di calore e non riceve risposta. In questo esempio di email di sollecito senza risposta, il 2° sollecito ottiene la risposta la sera stessa sulla chat del sito, dove risponde per primo l’agente 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Mar 15 set, 21:40: La nostra caldaia ha 22 anni. Installate pompe di calore? E quanto costano?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Sì, installiamo pompe di calore canalizzate. Il prezzo dipende dalla casa, quindi Ben, il nostro tecnico per i preventivi, fa un preventivo a prezzo fisso dopo un sopralluogo gratuito di 45 minuti. Mi lasci nome, email e telefono, così domattina l’ufficio ti fissa il sopralluogo?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(ufficio): </w:t>
      </w:r>
      <w:r>
        <w:rPr>
          <w:rFonts w:ascii="Calibri" w:hAnsi="Calibri" w:cs="Calibri" w:eastAsia="Calibri"/>
          <w:b w:val="0"/>
          <w:color w:val="15131F"/>
          <w:sz w:val="21"/>
        </w:rPr>
        <w:t>1° sollecito, mer 23 set: Su un preventivo come il tuo quasi tutti chiedono una cosa: i condotti vanno sostituiti? I tuoi hanno superato il controllo di Ben, quindi restano. C’è qualcosa nel preventivo che vorresti cambiare?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(ufficio): </w:t>
      </w:r>
      <w:r>
        <w:rPr>
          <w:rFonts w:ascii="Calibri" w:hAnsi="Calibri" w:cs="Calibri" w:eastAsia="Calibri"/>
          <w:b w:val="0"/>
          <w:color w:val="15131F"/>
          <w:sz w:val="21"/>
        </w:rPr>
        <w:t>2° sollecito, mar 29 set: Tengo aperto il tuo preventivo per la pompa di calore? Basta una parola: Avanti, Rimanda o Chiudi.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Mar 29 set, 21:12: Ciao, sono Dana Whitfield. Avanti, ma non possiamo fare l’installazione prima del 20 ottobre. Il prezzo è ancora valido?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Dana. I nostri preventivi sono validi 30 giorni e le date di installazione le fissa l’ufficio. Ho passato il tuo messaggio a Nora con la data che ti serve. Ti risponderà entro le 10:00 di domani, mercoledì.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(ufficio): </w:t>
      </w:r>
      <w:r>
        <w:rPr>
          <w:rFonts w:ascii="Calibri" w:hAnsi="Calibri" w:cs="Calibri" w:eastAsia="Calibri"/>
          <w:b w:val="0"/>
          <w:color w:val="15131F"/>
          <w:sz w:val="21"/>
        </w:rPr>
        <w:t>Mer 30 set, 09:02: Buongiorno Dana, sono Nora. Il prezzo resta di 9.850 $ per un’installazione dopo il 20 ottobre. Ben può venire giovedì 22 ottobre o martedì 27 ottobre. Quale preferisci?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Martedì 27 ottobre, grazie.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Nora (ufficio): </w:t>
      </w:r>
      <w:r>
        <w:rPr>
          <w:rFonts w:ascii="Calibri" w:hAnsi="Calibri" w:cs="Calibri" w:eastAsia="Calibri"/>
          <w:b w:val="0"/>
          <w:color w:val="15131F"/>
          <w:sz w:val="21"/>
        </w:rPr>
        <w:t>Fissato per martedì 27 ottobre dalle 8:00. Ti mando subito via email la conferma e il link per l’acconto.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Pratica di sollecito: Dana Whitfield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Dopo un preventivo: pompa di calore, 9.850 $, valido 30 giorni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Giorno 0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 18 set, preventivo via email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1° sollecito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 23 set, giorno lavorativo 3: la domanda sui condotti. Nessuna risposta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2° sollecito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29 set, giorno lavorativo 7: avanti, rimanda o chiudi?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29 set, 21:12, sulla chat del sito, dopo il 2° sollecito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 di chiusura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Prevista per mar 6 ott, non necessaria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Responsabile, altro canale consentito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Nora; telefono: sì, consenso dato in chat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Procede: installazione mar 27 ott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Attività in CRMsoftware.pro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Scadenza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 23 set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1° sollecito: Dana Whitfield, preventivo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Inviato, nessuna risposta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29 set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2° sollecito: Dana Whitfield, preventivo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Inviato, risposta la sera stessa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 30 set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Rispondere a Dana: data di installazione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Fissata per il 27 ott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 1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Controllare l’acconto: Dana Whitfield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Pagato il 30 set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Le stesse settimane nel registro dei solleciti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Situazione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Contatto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persa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Raymond Ortiz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Richiamato in 40 minuti, sopralluogo fissato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attesa di informazioni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Helen Brooks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Foto arrivata dopo il 1° sollecito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Caso di assistenza risolto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Sofia Reyes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“Risolto” al Giorno 0, questionario: sì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Appuntamento mancato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Alan Price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risposta dopo 2 email, pratica chiusa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Quando inviare un secondo sollecito senza risposta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Situazione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Giorno 0: primo messaggio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Solleciti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 di chiusura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Fermati o cambia quando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Richiesta, nessuna risposta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tua risposta, entro 1 ora lavorativa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Giorni lavorativi 2 e 5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lavorativo 10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risposta, un sopralluogo fissato o un no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Dopo un preventivo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preventivo via email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Giorni lavorativi 3 e 7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lavorativo 12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risposta. Per una proposta più grande, usa la sequenza di 5 email di ricontatto commerciale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Dopo un incontro o una chiamata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riepilogo, in giornata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Giorni lavorativi 2 e 5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lavorativo 10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cliente manda l’elemento richiesto o conferma il prossimo passo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persa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Richiamata, messaggio in segreteria ed email entro 1 ora lavorativa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seconda chiamata al giorno lavorativo 1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lavorativo 3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cliente richiama o risponde. SMS o WhatsApp solo con consenso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attesa di informazioni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L’elenco esatto di cosa manca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Giorni lavorativi 3 e 7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lavorativo 12, in sospeso fino ad allora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Arriva l’elemento richiesto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Caso di assistenza risolto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Soluzione verificata, richiesta di conferma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lavorativo 2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lavorativo 5: caso chiuso, una risposta lo riapre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“Risolto” o “non ancora”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Appuntamento mancato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Due nuovi orari, entro 1 ora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lavorativo 2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lavorativo 5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cliente prenota di nuovo o annulla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Sei regole per un’email di sollecito cortese che ottiene risposta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Valgono per qualsiasi email di follow-up ai clienti, nelle vendite come nell’assistenza. Concordatele una volta, per tutto il team.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Una sola richiesta chiara per email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Una domanda a cui il lettore può rispondere in poche parole: sì o no, uno di due orari, un elemento mancante. Con due richieste, si risponde a quella più facile.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Richiesta: </w:t>
      </w:r>
      <w:r>
        <w:rPr>
          <w:rFonts w:ascii="Calibri" w:hAnsi="Calibri" w:cs="Calibri" w:eastAsia="Calibri"/>
          <w:b w:val="0"/>
          <w:color w:val="15131F"/>
          <w:sz w:val="21"/>
        </w:rPr>
        <w:t>Per il sopralluogo ti va bene martedì alle 10:00 o giovedì alle 14:00?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Rendi facile dire no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Proponi il no come una risposta normale e di’ cosa succede dopo. Un no chiaro chiude il calendario e ti libera tempo.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Frase: </w:t>
      </w:r>
      <w:r>
        <w:rPr>
          <w:rFonts w:ascii="Calibri" w:hAnsi="Calibri" w:cs="Calibri" w:eastAsia="Calibri"/>
          <w:b w:val="0"/>
          <w:color w:val="15131F"/>
          <w:sz w:val="21"/>
        </w:rPr>
        <w:t>Se non è il momento giusto, rispondi pure “non ora” e chiudo la tua richiesta.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Cambia spunto, non il volume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Mai “volevo solo sapere se ci sono novità”. Ogni sollecito aggiunge una cosa nuova: la risposta a una domanda frequente, una nuova data, un’opzione più semplice o la foto di un lavoro simile.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Cambia canale solo con il consenso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Fai il sollecito dove è iniziata la conversazione. Chiama, manda un SMS o scrivi su WhatsApp solo se il cliente ti ha dato quel numero per questo e ha accettato. Le regole di WhatsApp richiedono un consenso esplicito e il rispetto di ogni richiesta di stop.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Fermati alla prima risposta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Qualsiasi risposta ferma il calendario, anche “non ora”. Uno “stop” chiude subito ogni sollecito. Negli Stati Uniti, la cancellazione dalle email commerciali va rispettata entro 10 giorni lavorativi.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 responsabile, una data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Ogni sollecito aperto ha un solo responsabile e una sola data per il prossimo contatto, nel CRM o nel registro. Senza una data, il secondo sollecito è quello che non parte mai.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Questa pagina non è una consulenza legale. Le regole per email, chiamate e messaggi cambiano da paese a paese, quindi verifica le norme ufficiali del paese in cui vivono i tuoi clienti.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questi modelli di email di follow-up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Scegli la situazione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Apri la scheda di quello che è successo e compila le parentesi.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Registra il Giorno 0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riga nel registro Excel o un’attività nel CRM. Le scadenze seguono il calendario.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Un contatto alla volta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Alla scadenza, invia l’email successiva con uno spunto nuovo e una sola richiesta.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Fermati alla prima risposta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Registra la data della risposta e l’esito. Un no o uno stop chiudono tutto subito.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Invia l’email di chiusura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Manda l’ultima email, poi chiudi la pratica dopo 3 giorni lavorativi.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“Tasks” nel menu a sinistra e fai clic su “New Task”. Inserisci un “Task title” come “1° sollecito: Dana Whitfield, preventivo”, scegli la persona in “Assignee”, imposta in “Deadline” la data del prossimo contatto e, per una vendita, seleziona la trattativa in “Linked deal”.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Scrivi il Giorno 0, cosa hai inviato e l’eventuale consenso a chiamate o messaggi in “Notes” sul contatto, sul lead o sulla trattativa.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Ogni mattina apri “My Tasks” e smaltisci per prime le attività in “Due today” e “Overdue”. Invia l’email dalla tua casella di posta, scrivi il risultato in “Status summary”, fai clic su “Mark done” e crea l’attività successiva.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Con Growth, salva le versioni per la chat come risposte salvate: “Settings” &gt; “Saved Replies” &gt; “New reply”, con uno “Shortcut” come /noshow, un “Title” e il “Reply body”. Digita la scorciatoia nel campo di risposta della chat per inserirla.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Quando un cliente sparito torna sulla chat del sito, l’agente IA risponde in base alla tua “Knowledge Base”. In “My Bots”, sezione “Basics”, aggiungi alle “Instructions” chi fa i solleciti sui preventivi ed entro quando. Con Launch, le chat per una persona aspettano in “Live Support” come “Awaiting agent”.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non invia email di sollecito o sequenze al posto tuo: ogni email la invii dalla tua casella di posta e le attività tengono le date. Chat IA e attività di base sono gratuite per 3 utenti. Il passaggio a una persona in “Live Support” arriva con Launch, 19 $ al mese con fatturazione annuale; le risposte salvate con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 dei solleciti, 10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pratica aperta ha un solo responsabile e una data per il prossimo contatto.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In ritardo: invia oggi, oppure sposta la data e scrivi perché.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 chiudere: chiudi la pratica come Nessuna risposta, chiusa.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Ha risposto ma senza esito: registra l’esito oggi.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Tasso di risposta più basso per situazione: riscrivi quel primo messaggio.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https://crmsoftware.pro/it/templates/follow-up-email-templates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Modelli di email di sollecito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