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per le richieste di prenotazione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Script per le richieste di prenotazione di un soggiorno in hotel, un gruppo o una location per eventi, un tour e un noleggio yacht, con risposte per date al completo, dati mancanti e cambi di lingua, un riepilogo di passaggio e un esempio compilato.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dati. Tieni gli script delle prenotazioni che vendi e tieni sempre la regola della richiesta della sezione 7, così la tua IA non conferma mai una prenotazione. Incolla il risultato nelle istruzioni dell’IA o negli appunti per la chat del tuo team.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Gli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Soggiorno in hotel: camere per ospiti singoli, coppie e famiglie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6 · Passa a: Ufficio prenotazioni · Rispondi entro: 2 ore lavorative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un ospite, una coppia o una famiglia, fino a [4] camere. Fai una domanda per messaggio e salta tutto ciò che l’ospite ha già detto.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Campi indispensabili, in quest’ordine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Date di arrivo e di partenza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Adulti e bambini, con le età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Numero di camere e tipologia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Budget a notte, come fascia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Richieste particolari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ed email o telefono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Date e notti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Tariffe e disponibilità cambiano da una notte all’altra.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“verso maggio”: </w:t>
      </w:r>
      <w:r>
        <w:rPr>
          <w:rFonts w:ascii="Calibri" w:hAnsi="Calibri" w:cs="Calibri" w:eastAsia="Calibri"/>
          <w:b w:val="0"/>
          <w:color w:val="5D5A70"/>
          <w:sz w:val="21"/>
        </w:rPr>
        <w:t>Proponi due possibilità, per esempio [da venerdì 7 a domenica 9 maggio] o [da venerdì 14 a domenica 16 maggio].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In che date vorresti arrivare e ripartire?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Adulti, bambini ed età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L’età decide i letti e spesso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“siamo una famiglia”: </w:t>
      </w:r>
      <w:r>
        <w:rPr>
          <w:rFonts w:ascii="Calibri" w:hAnsi="Calibri" w:cs="Calibri" w:eastAsia="Calibri"/>
          <w:b w:val="0"/>
          <w:color w:val="5D5A70"/>
          <w:sz w:val="21"/>
        </w:rPr>
        <w:t>Chiedi i numeri, non un’etichetta.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Quanti adulti e quanti bambini siete? Quanti anni hanno i bambini?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Camere e tipologia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L’ospite sceglie la soluzione. Una persona la conferma.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cosa avete: </w:t>
      </w:r>
      <w:r>
        <w:rPr>
          <w:rFonts w:ascii="Calibri" w:hAnsi="Calibri" w:cs="Calibri" w:eastAsia="Calibri"/>
          <w:b w:val="0"/>
          <w:color w:val="5D5A70"/>
          <w:sz w:val="21"/>
        </w:rPr>
        <w:t>Indica [2] o [3] tipologie di camera con le tariffe di partenza. Mai un totale.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Preferisci [tipologia A] o [tipologia B]? Le tariffe partono da [prezzo] a notte.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Budget a notte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Pochi ospiti rispondono a una domanda aperta sul budget, ma quasi tutti scelgono una fascia.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preferisce non dirlo: </w:t>
      </w:r>
      <w:r>
        <w:rPr>
          <w:rFonts w:ascii="Calibri" w:hAnsi="Calibri" w:cs="Calibri" w:eastAsia="Calibri"/>
          <w:b w:val="0"/>
          <w:color w:val="5D5A70"/>
          <w:sz w:val="21"/>
        </w:rPr>
        <w:t>Scrivi “non indicato” e prosegui.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Il budget a notte che hai in mente è sotto i [150 $], [da 150 a 250 $] o sopra i [250 $]?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Richieste particolari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sola domanda aperta fa emergere ciò che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il check-in anticipato: </w:t>
      </w:r>
      <w:r>
        <w:rPr>
          <w:rFonts w:ascii="Calibri" w:hAnsi="Calibri" w:cs="Calibri" w:eastAsia="Calibri"/>
          <w:b w:val="0"/>
          <w:color w:val="5D5A70"/>
          <w:sz w:val="21"/>
        </w:rPr>
        <w:t>Annotalo come richiesta. Risponde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C’è qualcosa che dovremmo sapere, come esigenze di accessibilità, una culla, il parcheggio o un arrivo in tarda serata?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1.6 Recapiti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Senza recapito, niente offerta.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esita: </w:t>
      </w:r>
      <w:r>
        <w:rPr>
          <w:rFonts w:ascii="Calibri" w:hAnsi="Calibri" w:cs="Calibri" w:eastAsia="Calibri"/>
          <w:b w:val="0"/>
          <w:color w:val="5D5A70"/>
          <w:sz w:val="21"/>
        </w:rPr>
        <w:t>Spiega che l’offerta arriva via email o per telefono e lascia scegliere all’ospite.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A quale email o numero di telefono [collega] può inviarti l’offerta?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Chiudi con: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La tua richiesta: dal [arrivo] al [partenza], [adulti] adulti e [bambini] bambini, [tipologia di camera], circa [budget] a notte. È una richiesta, non una prenotazione. [Collega] verificherà la disponibilità e ti invierà un’offerta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di passaggio: </w:t>
      </w:r>
      <w:r>
        <w:rPr>
          <w:rFonts w:ascii="Calibri" w:hAnsi="Calibri" w:cs="Calibri" w:eastAsia="Calibri"/>
          <w:b w:val="0"/>
          <w:color w:val="15131F"/>
          <w:sz w:val="21"/>
        </w:rPr>
        <w:t>Richiesta di soggiorno in hotel per [operatore]. Stato: richiesta, non confermata. Date: dal [arrivo] al [partenza], [notti] notti. Ospiti: [adulti] adulti, [bambini] bambini (età [età]). Camere: [camere] x [tipologia di camera]. Budget: [fascia] a notte. Richieste: [richieste]. Mancanti: [campi o nessuno]. Lingua: [lingua]. Contatto: [email o 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scrivere mai che una camera è libera o prenotata. Un’azienda è responsabile di ciò che il suo chatbot dice ai clienti.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Gruppi e location per eventi: matrimoni, riunioni e blocchi di camere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6 · Passa a: Responsabile eventi · Rispondi entro: Fine giornata lavorativa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matrimoni, feste, riunioni, ritiri e soggiorni da [10] camere in su.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Campi indispensabili, in quest’ordine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Tipo di evento, data e una data alternativa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Ospiti, e camere a notte se pernottano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Orari e allestimento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Cibo, bevande ed extra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Budget totale o a persona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 decide, ed entro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Nome, azienda ed email o telefono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Evento e data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Le location vendono date. Una data alternativa è una seconda possibilità.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la data non è ancora fissata: </w:t>
      </w:r>
      <w:r>
        <w:rPr>
          <w:rFonts w:ascii="Calibri" w:hAnsi="Calibri" w:cs="Calibri" w:eastAsia="Calibri"/>
          <w:b w:val="0"/>
          <w:color w:val="5D5A70"/>
          <w:sz w:val="21"/>
        </w:rPr>
        <w:t>Chiedi il mese e il giorno della settimana preferito.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Che cosa stai organizzando, e per quale data? Hai una data alternativa?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Ospiti e camere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Il numero di persone decide lo spazio. Chi pernotta aggiunge un blocco di camere.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“tra 60 e 80”: </w:t>
      </w:r>
      <w:r>
        <w:rPr>
          <w:rFonts w:ascii="Calibri" w:hAnsi="Calibri" w:cs="Calibri" w:eastAsia="Calibri"/>
          <w:b w:val="0"/>
          <w:color w:val="5D5A70"/>
          <w:sz w:val="21"/>
        </w:rPr>
        <w:t>Annota entrambi i numeri. Il team pianifica sul più alto.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Quanti ospiti prevedi, e qualcuno si fermerà a dormire? Più o meno quante camere a notte?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Orari e allestimento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cena seduta per 80 persone richiede uno spazio diverso da un ricevimento in piedi per 80.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è sicuro: </w:t>
      </w:r>
      <w:r>
        <w:rPr>
          <w:rFonts w:ascii="Calibri" w:hAnsi="Calibri" w:cs="Calibri" w:eastAsia="Calibri"/>
          <w:b w:val="0"/>
          <w:color w:val="5D5A70"/>
          <w:sz w:val="21"/>
        </w:rPr>
        <w:t>Proponi i [2] allestimenti che usi di più.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A che ora inizierebbe e finirebbe? Immagini un pranzo o una cena seduti, un ricevimento in piedi o sedie a platea?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Cibo, bevande ed extra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Il catering cambia molto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porta un catering esterno: </w:t>
      </w:r>
      <w:r>
        <w:rPr>
          <w:rFonts w:ascii="Calibri" w:hAnsi="Calibri" w:cs="Calibri" w:eastAsia="Calibri"/>
          <w:b w:val="0"/>
          <w:color w:val="5D5A70"/>
          <w:sz w:val="21"/>
        </w:rPr>
        <w:t>Annotalo. Decide il team eventi.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Dobbiamo occuparci noi di cibo e bevande? Ti serve altro, come uno schermo o dei microfoni?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Budget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sola fascia significa un’offerta invece di 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vuole dirlo: </w:t>
      </w:r>
      <w:r>
        <w:rPr>
          <w:rFonts w:ascii="Calibri" w:hAnsi="Calibri" w:cs="Calibri" w:eastAsia="Calibri"/>
          <w:b w:val="0"/>
          <w:color w:val="5D5A70"/>
          <w:sz w:val="21"/>
        </w:rPr>
        <w:t>Indica prima la tua fascia: “Eventi come questo costano di solito [fascia]. È in linea?”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Hai in mente un budget totale o un budget a persona? Va benissimo una cifra indicativa.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2.6 Decisione e tempi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Spesso chi scrive non è chi firma.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decide qualcun altro: </w:t>
      </w:r>
      <w:r>
        <w:rPr>
          <w:rFonts w:ascii="Calibri" w:hAnsi="Calibri" w:cs="Calibri" w:eastAsia="Calibri"/>
          <w:b w:val="0"/>
          <w:color w:val="5D5A70"/>
          <w:sz w:val="21"/>
        </w:rPr>
        <w:t>Chiedi se inviare l’offerta anche a quella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Chi altro partecipa alla decisione, ed entro quando devi scegliere la location?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Chiudi con: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La tua richiesta: [evento] il [data], data alternativa [data], [ospiti] ospiti, [allestimento], budget [fascia]. È una richiesta e la data non è ancora bloccata. [Collega], il nostro responsabile eventi, ti invierà la disponibilità e una prima offerta entro le [ora]. Qual è l’email o il numero di telefono migliore per contattarti?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Proponi una visita: </w:t>
      </w:r>
      <w:r>
        <w:rPr>
          <w:rFonts w:ascii="Calibri" w:hAnsi="Calibri" w:cs="Calibri" w:eastAsia="Calibri"/>
          <w:b w:val="0"/>
          <w:color w:val="15131F"/>
          <w:sz w:val="21"/>
        </w:rPr>
        <w:t>Vuoi vedere prima lo spazio? Scegli un orario con [collega] qui: [link di prenotazione].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di passaggio: </w:t>
      </w:r>
      <w:r>
        <w:rPr>
          <w:rFonts w:ascii="Calibri" w:hAnsi="Calibri" w:cs="Calibri" w:eastAsia="Calibri"/>
          <w:b w:val="0"/>
          <w:color w:val="15131F"/>
          <w:sz w:val="21"/>
        </w:rPr>
        <w:t>Richiesta di evento per [operatore]. Stato: richiesta, non confermata. Evento: [tipo] il [data], data alternativa [data]. Ospiti: [numero]. Camere: [camere] a notte, [notti] notti. Orari e allestimento: [orari], [allestimento]. Cibo ed extra: [dettagli]. Budget: [fascia]. Decide: [chi], entro il [data]. Mancanti: [campi o nessuno]. Lingua: [lingua]. Contatto: [recapiti].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Tour o attività: escursioni in giornata, gite in barca e corsi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6 · Passa a: Ufficio tour · Rispondi entro: 2 ore, 15 min se è per oggi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tour, gite in barca e corsi con un orario di partenza fisso. Qui contano età, punto di ritiro e sicurezza, non le camere.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Campi indispensabili, in quest’ordine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Tour, data e orario di partenza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Persone, ed età degli eventuali bambini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Punto di ritiro o di ritrovo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 gruppo o privato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Note sulla sicurezza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 un cellulare per il giorno del tour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Tour, data e orario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 tour partono a orari fissi e con posti limitati.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“questo fine settimana”: </w:t>
      </w:r>
      <w:r>
        <w:rPr>
          <w:rFonts w:ascii="Calibri" w:hAnsi="Calibri" w:cs="Calibri" w:eastAsia="Calibri"/>
          <w:b w:val="0"/>
          <w:color w:val="5D5A70"/>
          <w:sz w:val="21"/>
        </w:rPr>
        <w:t>Ripetilo come data completa: “Sabato 10 ottobre, alle [10:00] o alle [16:00]?”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Quale tour ti interessa, e per quale data? Partiamo alle [orari].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Persone ed età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Molte attività hanno un’età minima o un prezzo per i bambini.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un bambino è sotto il tuo limite di età: </w:t>
      </w:r>
      <w:r>
        <w:rPr>
          <w:rFonts w:ascii="Calibri" w:hAnsi="Calibri" w:cs="Calibri" w:eastAsia="Calibri"/>
          <w:b w:val="0"/>
          <w:color w:val="5D5A70"/>
          <w:sz w:val="21"/>
        </w:rPr>
        <w:t>Dillo e proponi un tour adatto a tutte le età: [altro tour].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Quante persone partecipano, e quanti anni hanno gli eventuali bambini?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Punto di ritiro o di ritrovo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Senza questo dato, la guida chiama la mattina del tour e la partenza slitta.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sa ancora in che hotel alloggia: </w:t>
      </w:r>
      <w:r>
        <w:rPr>
          <w:rFonts w:ascii="Calibri" w:hAnsi="Calibri" w:cs="Calibri" w:eastAsia="Calibri"/>
          <w:b w:val="0"/>
          <w:color w:val="5D5A70"/>
          <w:sz w:val="21"/>
        </w:rPr>
        <w:t>Indica il punto di ritrovo e chiedi il nome dell’hotel più avanti.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Dove passiamo a prenderti? Puoi anche raggiungerci a [punto di ritrovo].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Di gruppo o privato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Per i tour, è questa la domanda sul budget.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il prezzo: </w:t>
      </w:r>
      <w:r>
        <w:rPr>
          <w:rFonts w:ascii="Calibri" w:hAnsi="Calibri" w:cs="Calibri" w:eastAsia="Calibri"/>
          <w:b w:val="0"/>
          <w:color w:val="5D5A70"/>
          <w:sz w:val="21"/>
        </w:rPr>
        <w:t>Indica il prezzo a persona del tour di gruppo. Il preventivo per i tour privati lo fa il team.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Preferisci unirti a un tour di gruppo o fare un tour privato solo per voi?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Note sulla sicurezza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Difficoltà di movimento, allergie o chi non sa nuotare cambiano quale tour è sicuro.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parla di un problema di salute: </w:t>
      </w:r>
      <w:r>
        <w:rPr>
          <w:rFonts w:ascii="Calibri" w:hAnsi="Calibri" w:cs="Calibri" w:eastAsia="Calibri"/>
          <w:b w:val="0"/>
          <w:color w:val="5D5A70"/>
          <w:sz w:val="21"/>
        </w:rPr>
        <w:t>Non dare consigli. Annotalo e lascia decidere l’operatore.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C’è qualcosa che la guida dovrebbe sapere, come difficoltà di movimento, allergie o qualcuno che non sa nuotare?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3.6 Cellulare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Il giorno del tour i programmi cambiano in fretta.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lascia solo l’email: </w:t>
      </w:r>
      <w:r>
        <w:rPr>
          <w:rFonts w:ascii="Calibri" w:hAnsi="Calibri" w:cs="Calibri" w:eastAsia="Calibri"/>
          <w:b w:val="0"/>
          <w:color w:val="5D5A70"/>
          <w:sz w:val="21"/>
        </w:rPr>
        <w:t>Chiedi ancora una volta, poi accetta l’email.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A quale cellulare può contattarti la guida durante il tour? Va bene anche WhatsApp.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Chiudi con: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La tua richiesta: [tour] il [data] alle [ora], [adulti] adulti e [bambini] bambini (età [età]), ritiro a [luogo]. È una richiesta, non un posto confermato. [Collega] confermerà posti e prezzo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Tour oggi o domani: </w:t>
      </w:r>
      <w:r>
        <w:rPr>
          <w:rFonts w:ascii="Calibri" w:hAnsi="Calibri" w:cs="Calibri" w:eastAsia="Calibri"/>
          <w:b w:val="0"/>
          <w:color w:val="15131F"/>
          <w:sz w:val="21"/>
        </w:rPr>
        <w:t>Per un tour con così poco preavviso, chiama il [telefono]. Ho comunque inviato la tua richiesta a [collega].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di passaggio: </w:t>
      </w:r>
      <w:r>
        <w:rPr>
          <w:rFonts w:ascii="Calibri" w:hAnsi="Calibri" w:cs="Calibri" w:eastAsia="Calibri"/>
          <w:b w:val="0"/>
          <w:color w:val="15131F"/>
          <w:sz w:val="21"/>
        </w:rPr>
        <w:t>Richiesta di tour per [operatore]. Stato: richiesta, non confermata. Urgente: [sì o no]. Tour: [tour], [di gruppo o privato], [data], [ora]. Persone: [adulti] adulti, [bambini] bambini (età [età]). Ritiro: [luogo]. Note sulla sicurezza: [note o nessuna]. Mancanti: [campi o nessuno]. Lingua: [lingua]. Cellulare: [numero].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Noleggio yacht: giornata o settimana, con o senza equipaggio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6 · Passa a: Responsabile noleggi · Rispondi entro: 24 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noleggi giornalieri o settimanali, con o senza equipaggio. Per un noleggio servono il porto, gli ospiti a bordo e chi conduce la barca.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Campi indispensabili, in quest’ordine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Date, e se in giornata o con pernottamento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Porto di partenza, e porto di arrivo se è solo andata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Ospiti a bordo: adulti e bambini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 o senza equipaggio, e la patente nautica dello skipper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Yacht o tipo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Budget per la tariffa di noleggio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ed email o telefono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Date e tipo di noleggio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 noleggi settimanali vanno spesso da [sabato] a [sabato]. Quelli giornalieri hanno prezzi diversi.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vuole una settimana più corta: </w:t>
      </w:r>
      <w:r>
        <w:rPr>
          <w:rFonts w:ascii="Calibri" w:hAnsi="Calibri" w:cs="Calibri" w:eastAsia="Calibri"/>
          <w:b w:val="0"/>
          <w:color w:val="5D5A70"/>
          <w:sz w:val="21"/>
        </w:rPr>
        <w:t>Annotalo. Decide il responsabile noleggi.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A quali date stai pensando? È un’uscita in giornata o dormirete a bordo?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Porti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Con la sola andata lo yacht deve poi rientrare, e questo può cambiare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indica un porto che non servite: </w:t>
      </w:r>
      <w:r>
        <w:rPr>
          <w:rFonts w:ascii="Calibri" w:hAnsi="Calibri" w:cs="Calibri" w:eastAsia="Calibri"/>
          <w:b w:val="0"/>
          <w:color w:val="5D5A70"/>
          <w:sz w:val="21"/>
        </w:rPr>
        <w:t>Proponi il tuo porto più vicino: [porto].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Vuoi partire e rientrare a [porto base] o finire altrove?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Ospiti a bordo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Ogni yacht ha un limite certificato di ospiti, spesso più basso per la notte.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il gruppo supera il limite: </w:t>
      </w:r>
      <w:r>
        <w:rPr>
          <w:rFonts w:ascii="Calibri" w:hAnsi="Calibri" w:cs="Calibri" w:eastAsia="Calibri"/>
          <w:b w:val="0"/>
          <w:color w:val="5D5A70"/>
          <w:sz w:val="21"/>
        </w:rPr>
        <w:t>Non promettere nulla. Proponi [due yacht] o un [noleggio giornaliero] e lascia verificare 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Quanti ospiti saranno a bordo, e quanti di loro sono bambini?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Con o senza equipaggio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Chi noleggia senza equipaggio conduce lo yacht da solo, quindi prima si verifica lo skipper.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sceglie senza equipaggio: </w:t>
      </w:r>
      <w:r>
        <w:rPr>
          <w:rFonts w:ascii="Calibri" w:hAnsi="Calibri" w:cs="Calibri" w:eastAsia="Calibri"/>
          <w:b w:val="0"/>
          <w:color w:val="5D5A70"/>
          <w:sz w:val="21"/>
        </w:rPr>
        <w:t>Chiedi la patente nautica e l’esperienza dello skipper. Decide il responsabile noleggi.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Preferisci un noleggio con skipper ed equipaggio, o senza equipaggio, con il tuo gruppo al timone?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Yacht o tipo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Per una prima offerta basta uno yacht preciso o un tipo.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indica uno yacht preciso: </w:t>
      </w:r>
      <w:r>
        <w:rPr>
          <w:rFonts w:ascii="Calibri" w:hAnsi="Calibri" w:cs="Calibri" w:eastAsia="Calibri"/>
          <w:b w:val="0"/>
          <w:color w:val="5D5A70"/>
          <w:sz w:val="21"/>
        </w:rPr>
        <w:t>Annotalo come “o simile”, nel caso sia già occupato.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Hai in mente uno yacht in particolare o un tipo che preferisci: barca a vela, catamarano o yacht a motore?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4.6 Tariffa di noleggio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Le tariffe variano per yacht e stagione, e gli extra sono indicati nell’offerta.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sotto la tua tariffa più bassa: </w:t>
      </w:r>
      <w:r>
        <w:rPr>
          <w:rFonts w:ascii="Calibri" w:hAnsi="Calibri" w:cs="Calibri" w:eastAsia="Calibri"/>
          <w:b w:val="0"/>
          <w:color w:val="5D5A70"/>
          <w:sz w:val="21"/>
        </w:rPr>
        <w:t>Proponi uno yacht più piccolo, meno giorni o un’uscita in giornata.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Che budget hai in mente per la tariffa di noleggio? Gli extra, come cibo, carburante e tasse portuali, sono indicati a parte nell’offerta.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Chiudi con: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La tua richiesta: [yacht o tipo], [con o senza equipaggio], dal [data di inizio] al [data di fine], partenza da [porto], [adulti] adulti e [bambini] bambini, tariffa di noleggio di circa [budget]. È una richiesta, non una prenotazione. [Collega] verificherà la disponibilità e ti invierà un’offerta con prezzo e condizioni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di passaggio: </w:t>
      </w:r>
      <w:r>
        <w:rPr>
          <w:rFonts w:ascii="Calibri" w:hAnsi="Calibri" w:cs="Calibri" w:eastAsia="Calibri"/>
          <w:b w:val="0"/>
          <w:color w:val="15131F"/>
          <w:sz w:val="21"/>
        </w:rPr>
        <w:t>Richiesta di noleggio per [operatore]. Stato: richiesta, non confermata. Yacht: [yacht o tipo], [con o senza equipaggio]. Date: dal [inizio] al [fine], [notti] notti. Porti: da [porto di partenza] a [porto di arrivo]. Ospiti: [adulti] adulti, [bambini] bambini (età [età]). Patente dello skipper: [patente o non necessaria]. Tariffa di noleggio: [fascia]. Mancanti: [campi o nessuno]. Lingua: [lingua]. Contatto: [email o 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Gli yacht commerciali di 24 metri e oltre che rientrano nel Red Ensign Group Yacht Code trasportano al massimo 12 passeggeri, e chi noleggia all’estero deve in genere dimostrare la propria competenza. Indica il limite di ogni yacht nella tua knowledge base.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Quando date, camera, tour o yacht non sono disponibili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Alternative: Max 2 · Lista d’attesa: Sempre con una data · Se l’ospite rifiuta: Stato Persa, con il motivo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tua IA non vede la disponibilità in tempo reale. Sa solo quello che dice la tua knowledge base: periodi di chiusura, limiti di ospiti e date che hai segnato come al completo. Il resto lo verifica una persona. Non scrivere mai “probabilmente è libero”.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proporre, in quest’ordine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Altre date: Le date libere più vicine, o una settimana prima o dopo.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Un’altra soluzione: Un’altra camera, un altro spazio, un altro orario del tour o un altro yacht a un prezzo simile.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Lista d’attesa: Solo con una data entro cui risponderai, mai come prenotazione.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Indirizza altrove: A un partner di cui ti fidi, se non puoi aiutare tu.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data segnata come chiusa o al completo: </w:t>
      </w:r>
      <w:r>
        <w:rPr>
          <w:rFonts w:ascii="Calibri" w:hAnsi="Calibri" w:cs="Calibri" w:eastAsia="Calibri"/>
          <w:b w:val="0"/>
          <w:color w:val="15131F"/>
          <w:sz w:val="21"/>
        </w:rPr>
        <w:t>[Struttura] è [chiusa o al completo] nelle date [date]. Le date libere più vicine sono [date]. Vuoi che invii a [collega] una richiesta per quelle date?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oltre il limite di ospiti: </w:t>
      </w:r>
      <w:r>
        <w:rPr>
          <w:rFonts w:ascii="Calibri" w:hAnsi="Calibri" w:cs="Calibri" w:eastAsia="Calibri"/>
          <w:b w:val="0"/>
          <w:color w:val="15131F"/>
          <w:sz w:val="21"/>
        </w:rPr>
        <w:t>[Soluzione] accoglie fino a [12] ospiti. Per [14], [collega] può verificare [alternativa]. Vuoi che lo aggiunga alla tua richiesta?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chiede se è libero: </w:t>
      </w:r>
      <w:r>
        <w:rPr>
          <w:rFonts w:ascii="Calibri" w:hAnsi="Calibri" w:cs="Calibri" w:eastAsia="Calibri"/>
          <w:b w:val="0"/>
          <w:color w:val="15131F"/>
          <w:sz w:val="21"/>
        </w:rPr>
        <w:t>Non vedo la disponibilità in tempo reale, ma posso inviare subito la tua richiesta a [collega], che ti risponderà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due alternative: </w:t>
      </w:r>
      <w:r>
        <w:rPr>
          <w:rFonts w:ascii="Calibri" w:hAnsi="Calibri" w:cs="Calibri" w:eastAsia="Calibri"/>
          <w:b w:val="0"/>
          <w:color w:val="15131F"/>
          <w:sz w:val="21"/>
        </w:rPr>
        <w:t>Grazie per l’attesa, [nome]. [Soluzione] non è disponibile nelle date [date]. Posso proporti [alternativa 1] o [alternativa 2]. Vuoi un’offerta per una delle due?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lista d’attesa: </w:t>
      </w:r>
      <w:r>
        <w:rPr>
          <w:rFonts w:ascii="Calibri" w:hAnsi="Calibri" w:cs="Calibri" w:eastAsia="Calibri"/>
          <w:b w:val="0"/>
          <w:color w:val="15131F"/>
          <w:sz w:val="21"/>
        </w:rPr>
        <w:t>Sei in lista d’attesa per [soluzione] nelle date [date]. Non è una prenotazione. Se si libera, ti scrivo subito. Altrimenti, ti aggiorno entro il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rifiuta tutto: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averci considerato. Se i tuoi programmi cambiano, scrivici qui. [Partner] potrebbe avere disponibilità nelle tue date: [link].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Dati mancanti e cambio di lingua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 per lacuna: 1 · Tentativi per campo: 2 · Non saltare mai: Recapiti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Spesso gli ospiti mandano metà dei dati in un solo messaggio. Tieni quello che c’è e chiedi solo il primo campo mancante.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mancano dei dati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Tieni quello che hai: Non chiedere mai di nuovo un campo che l’ospite ha già dato.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Chiedi un dato alla volta: Un campo mancante per domanda. Adulti e bambini possono stare nella stessa domanda.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Riformula le risposte vaghe: Trasforma “il prossimo fine settimana” in “da venerdì 16 a domenica 18 ottobre” e chiedi all’ospite di confermare.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Fermati dopo due tentativi: Poi passa la richiesta con Mancanti: [campo] e lo stato Dati mancanti. Solo i recapiti non si possono saltare.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solo una parte dei dati: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Ho [date] per [ospiti] ospiti. Ancora una cosa, così [collega] può preparare la tua offerta: [domanda per il campo mancante]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budget non indicato: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È più vicino a [fascia A], [fascia B] o [fascia C]? Se preferisci non dirlo, lo lascio in sospeso.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mancano ancora i recapiti: </w:t>
      </w:r>
      <w:r>
        <w:rPr>
          <w:rFonts w:ascii="Calibri" w:hAnsi="Calibri" w:cs="Calibri" w:eastAsia="Calibri"/>
          <w:b w:val="0"/>
          <w:color w:val="15131F"/>
          <w:sz w:val="21"/>
        </w:rPr>
        <w:t>Per inviare la tua richiesta a [collega], mi serve un’email o un numero di telefono. Cosa preferisci?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l’ospite cambia lingua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Rispondi nella lingua dell’ultimo messaggio dell’ospite. Se cambia lingua, cambiala anche tu, senza chiedere.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le date con il nome del mese: 07/10 significa 10 luglio negli Stati Uniti e 7 ottobre in gran parte d’Europa.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i prezzi con il codice della valuta, per esempio 180 USD.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Riporta nomi e indirizzi esattamente come li ha scritti l’ospite.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il riepilogo nella lingua del tuo team, con Lingua: [lingua].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In un sondaggio su 8.709 consumatori, il 76% preferiva acquistare con informazioni nella propria lingua. Dal piano Growth, la casella di CRMsoftware.pro traduce in automatico per l’operatore.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Richiesta o conferma: cosa può e cosa non può dire l’IA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L’IA scrive prenotato: Mai · Chi conferma: Una persona · Stato fino ad allora: Richiesta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Solo una persona può confermare una prenotazione, dopo aver verificato disponibilità, prezzo e condizioni. Fino ad allora, l’IA raccoglie una richiesta. Un tribunale ha ritenuto Air Canada responsabile di ciò che il chatbot del suo sito aveva detto a un cliente.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non dire mai, e cosa dire invece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dire mai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Di’ invece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tua camera è prenotata.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tua richiesta è registrata. [Collega] confermerà la disponibilità entro le [ora].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è disponibile.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vedo la disponibilità in tempo reale. La verificherà [collega].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totale è 2.400 $.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tariffe partono da [prezzo] a notte. Il prezzo esatto arriva con l’offerta.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 la tengo bloccata.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[Collega] può dirti se è possibile tenerla bloccata.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Cancellazione gratuita, nessun problema.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condizioni di cancellazione sono nell’offerta e su [pagina delle condizioni].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 nelle istruzioni dell’IA: </w:t>
      </w:r>
      <w:r>
        <w:rPr>
          <w:rFonts w:ascii="Calibri" w:hAnsi="Calibri" w:cs="Calibri" w:eastAsia="Calibri"/>
          <w:b w:val="0"/>
          <w:color w:val="15131F"/>
          <w:sz w:val="21"/>
        </w:rPr>
        <w:t>Raccogli richieste di prenotazione per [struttura]. Non puoi vedere la disponibilità né confermare prenotazioni, prezzi, blocchi, sconti o rimborsi. Non dire mai che qualcosa è prenotato, confermato, riservato, garantito o bloccato. Chiamala richiesta, indica la persona che la confermerà ed entro quando. Cita solo i prezzi di partenza presenti nella knowledge base.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Chi conferma, e quando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L’operatore verifica: Disponibilità, prezzo e condizioni, nel tuo gestionale o nel tuo calendario.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L’operatore invia l’offerta: Prezzo, condizioni e modalità di pagamento. Stato: Offerta inviata.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L’ospite accetta: Acconto, pagamento o contratto firmato, come prevedono le tue condizioni.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L’operatore conferma: Solo ora: “La tua prenotazione è confermata.” Stato: Confermata dall’operatore.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Riepilogo di passaggio: invia ogni richiesta all’operatore giusto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Stato: Richiesta · Prima riga: Tipo e operatore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riepilogo è la prima cosa che legge l’operatore. Deve permettergli di verificare la disponibilità e inviare un’offerta senza dover fare altre domande all’ospite.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Chi riceve quale richiesta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Richiesta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Operatore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Rispondi entro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Soggiorno in hotel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[Ufficio prenotazioni]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ore lavorative]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Gruppo o evento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eventi]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[Fine giornata lavorativa]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Tour o attività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[Ufficio tour]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ore, 15 minuti se è per oggi]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Noleggio yacht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noleggi]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[24 ore]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chiaro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[Reception o titolare]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ore lavorative]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Formato del riepilogo: </w:t>
      </w:r>
      <w:r>
        <w:rPr>
          <w:rFonts w:ascii="Calibri" w:hAnsi="Calibri" w:cs="Calibri" w:eastAsia="Calibri"/>
          <w:b w:val="0"/>
          <w:color w:val="15131F"/>
          <w:sz w:val="21"/>
        </w:rPr>
        <w:t>Richiesta di [tipo] per [operatore]. Stato: richiesta, non confermata. Date: [date], [notti] notti. Ospiti: [adulti] adulti, [bambini] bambini (età [età]). Soluzione: [camera, spazio, tour o yacht]. Luogo: [ritiro o porto]. Budget: [fascia]. Richieste: [note]. Mancanti: [campi o nessuno]. Lingua: [lingua]. Contatto: [email o telefono]. Risposta promessa: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 all’ospite: </w:t>
      </w:r>
      <w:r>
        <w:rPr>
          <w:rFonts w:ascii="Calibri" w:hAnsi="Calibri" w:cs="Calibri" w:eastAsia="Calibri"/>
          <w:b w:val="0"/>
          <w:color w:val="15131F"/>
          <w:sz w:val="21"/>
        </w:rPr>
        <w:t>Grazie. Ho inviato la tua richiesta a [collega], che si occupa di [soggiorni, eventi, tour o noleggi] e ti risponderà entro le [ora]. Fino ad allora, è una richiesta, non una prenotazione.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c’è nessuno online: </w:t>
      </w:r>
      <w:r>
        <w:rPr>
          <w:rFonts w:ascii="Calibri" w:hAnsi="Calibri" w:cs="Calibri" w:eastAsia="Calibri"/>
          <w:b w:val="0"/>
          <w:color w:val="15131F"/>
          <w:sz w:val="21"/>
        </w:rPr>
        <w:t>In questo momento il nostro team non è online. La tua richiesta è salvata e [collega] ti risponderà domani entro le [ora]. Se è urgente,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Nomina un sostituto per ogni operatore. Una richiesta che aspetta in una casella vuota è una prenotazione persa.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Avvisi in CRMsoftware.pro: </w:t>
      </w:r>
      <w:r>
        <w:rPr>
          <w:rFonts w:ascii="Calibri" w:hAnsi="Calibri" w:cs="Calibri" w:eastAsia="Calibri"/>
          <w:b w:val="0"/>
          <w:color w:val="5D5A70"/>
          <w:sz w:val="21"/>
        </w:rPr>
        <w:t>Email, Push, “Live Support”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 compilato: Una richiesta di noleggio passata all’operatore giusto in 4 minuti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Lo script per le richieste di prenotazione di Tidewell Harbor, un hotel fittizio sul porto con una terrazza per eventi, gite in barca e tre yacht a noleggio. L’ospite invia metà dei dati alle 21:14; l’IA chiede solo ciò che manca e passa una richiesta completa a Marta, la responsabile noleggi.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Ciao! L’Aurora è libera dal 10 al 17 luglio dell’anno prossimo? Siamo in 10.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Ciao, grazie per aver contattato Tidewell Harbor. Non vedo la disponibilità in tempo reale, ma invierò la tua richiesta a Marta, la nostra responsabile noleggi, che la verificherà. Ho segnato dal 10 al 17 luglio 2027 per 10 ospiti. Quanti di loro sono bambini?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Due bambini, di 9 e 12 anni. Gli altri sono adulti.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Preferisci un noleggio con skipper ed equipaggio, o senza equipaggio, con il tuo gruppo al timone?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Con equipaggio, grazie. Nessuno di noi sa andare a vela.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Perfetto, con equipaggio. Vuoi partire e rientrare qui a Tidewell Harbor?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Sì, andata e ritorno.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Che budget hai in mente per la tariffa di noleggio? Gli extra, come cibo, carburante e tasse portuali, sono indicati a parte nell’offerta.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Tra i 20 e i 25 mila dollari.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A quale email Marta può inviarti l’offerta?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anna.w@example.com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Anna. Ecco la tua richiesta: Aurora, con equipaggio, dal 10 al 17 luglio 2027, partenza da Tidewell Harbor, 8 adulti e 2 bambini, tariffa di noleggio tra 20.000 e 25.000 $ circa. È una richiesta, non una prenotazione. Marta verificherà la disponibilità e ti invierà un’offerta via email entro domani a mezzogiorno.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Ospite: </w:t>
      </w:r>
      <w:r>
        <w:rPr>
          <w:rFonts w:ascii="Calibri" w:hAnsi="Calibri" w:cs="Calibri" w:eastAsia="Calibri"/>
          <w:b w:val="0"/>
          <w:color w:val="15131F"/>
          <w:sz w:val="21"/>
        </w:rPr>
        <w:t>Perfetto, grazie!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(noleggi): </w:t>
      </w:r>
      <w:r>
        <w:rPr>
          <w:rFonts w:ascii="Calibri" w:hAnsi="Calibri" w:cs="Calibri" w:eastAsia="Calibri"/>
          <w:b w:val="0"/>
          <w:color w:val="15131F"/>
          <w:sz w:val="21"/>
        </w:rPr>
        <w:t>Buongiorno, Anna, sono Marta. L’Aurora è disponibile dal 10 al 17 luglio 2027 e nella tua email trovi l’offerta con prezzo e condizioni. Ti tengo bloccato lo yacht fino a venerdì 16 ottobre. La prenotazione sarà confermata quando arriveranno il contratto firmato e l’acconto.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Riepilogo di passaggio inviato a Marta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Richiesta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Noleggio yacht, per Marta (noleggi)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Richiesta, non confermata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Yacht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Aurora, con equipaggio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sab 10 a sab 17 luglio 2027, 7 notti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Tidewell Harbor, andata e ritorno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Ospiti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adulti, 2 bambini (9 e 12 anni)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Budget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Tariffa di noleggio da 20.000 a 25.000 $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Mancanti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Lingua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Inglese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Anna W., email anna.w@example.com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 promessa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mezzogiorno di mercoledì 7 ottobre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Dalla richiesta alla prenotazione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21:14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messaggio nella chat del sito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21:18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Riepilogo inviato a Marta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Inviata all’operatore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9:05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Disponibilità verificata, offerta inviata via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Offerta inviata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ven 16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Contratto firmato e acconto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Confermata dall’operatore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Esempio fittizio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Campi indispensabili per richieste di hotel, location, tour e noleggio yacht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Soggiorno in hotel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Gruppo o evento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Tour o attività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Noleggio yacht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Arrivo e partenza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dell’evento e una data alternativa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e orario di partenza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di inizio e di fine, in giornata o con pernottamento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Persone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Adulti, bambini ed età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Ospiti, e camere a notte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Persone ed età dei bambini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Ospiti a bordo, entro il limite dello yacht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Soluzione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Camere e tipologia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Allestimento, catering ed extra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 gruppo o privato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Yacht o tipo, con o senza equipaggio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Luogo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serve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serve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Punto di ritiro o di ritrovo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Porto di partenza e di arrivo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notte, come fascia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Totale o a persona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Listino prezzi, preventivo per i tour privati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Tariffa di noleggio, extra a parte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Controllo in più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Richieste particolari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decide, ed entro quando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Note sulla sicurezza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Patente dello skipper se senza equipaggio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Richieste di prenotazione che richiedono una risposta diversa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Situazioni che mettono in crisi uno script semplice, con quello che dice l’IA.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L’ospite vuole subito il prezzo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rifiutare e non tirare a indovinare un totale. Indica il prezzo di partenza e cosa lo fa cambiare.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Le camere partono da [prezzo] a notte. Il prezzo esatto dipende dalle tue date: dammi due dettagli e [collega] te lo invierà.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L’ospite vuole pagare subito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Il pagamento arriva dopo la conferma di una persona. Dal piano Launch, l’operatore può inviare da CRMsoftware.pro un preventivo, un contratto con firma elettronica o un link di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Grazie. [Collega] ti invierà l’offerta con un metodo di pagamento sicuro appena le tue date saranno confermate.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Scrive un organizzatore o un’agenzia per un cliente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Chi scrive potrebbe non essere chi viaggia o chi paga.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La prenotazione è a nome tuo o del tuo cliente, e chi deve ricevere l’offerta?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La richiesta arriva di notte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Raccogli subito tutto e prometti un orario di risposta. L’ospite non deve scrivere di nuovo.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Il nostro team torna alle [9:00]. La tua richiesta è salvata e [collega] ti risponderà entro le [11:00].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Dal piano Launch, le prenotazioni con sincronizzazione del calendario permettono agli ospiti di scegliere un orario per una chiamata o un sopralluogo. Camere, posti e yacht li conferma comunque il tuo team.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Imposta il tuo script per le richieste di prenotazione in 4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i tuoi tipi di prenotazione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Tieni le schede di ciò che vendi, più le schede da 5 a 8.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parentesi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Camere e tariffe, spazi, orari dei tour e limiti di età, yacht, porti e il nome di ogni operatore. Date di chiusura e limiti di ospiti vanno nella knowledge base.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Aggiungi la regola della richiesta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il testo della scheda 7 nelle istruzioni dell’IA.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Prova, poi controlla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Invia cinque richieste di prova, tra cui una con dati mancanti e una in un’altra lingua. Controlla il registro ogni settimana.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e, nella scheda “Basics”, incolla in “Instructions” le tue domande, la regola della richiesta e i tuoi operatori. Aggiungi tariffe, date di chiusura e limiti di ospiti alla “Knowledge Base”.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Nella scheda “Behavior”, attiva “Collect User Data” per chiedere nome e contatto prima che inizi la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Nella scheda “Connect”, attiva “Send email notifications” e aggiungi i tuoi operatori in “Assigned users”. Attiva anche le notifiche push.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Fai clic su “Save Bot” e invia una richiesta di prova con “Try Bot”. Prendila in carico in “Live Support”, dove lo stato passa da “Awaiting agent” a “Completed”.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Nella casella dei lead, converti una richiesta di evento o di noleggio in contatto, azienda e trattativa con un clic.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Il piano Free include la chat IA, una knowledge base essenziale, una casella dei lead limitata e 1 pipeline. Il passaggio a una persona con avvisi via email e push parte da Launch, 19 $ al mese con fatturazione annuale per 8 utenti. CRMsoftware.pro non si collega ai sistemi di prenotazione degli hotel e non verifica la disponibilità: ogni prenotazione la conferma il tuo team.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delle richieste,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Dati mancanti: quale domanda saltano gli ospiti?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Operatore sbagliato: il riepilogo indica la persona giusta?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chat in cui l’IA ha scritto prenotato o confermato: correggi le istruzioni il giorno stesso.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https://crmsoftware.pro/it/templates/hospitality-lead-qualification-script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per le richieste di prenotazione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