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Script di qualificazione dei lead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Cinque script per chat, telefono, prenotazioni e prove SaaS, una scheda di valutazione e un esempio compilato.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Prima di usare uno script, sostituisci ogni parola tra [parentesi quadre] con i tuoi dati.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30"/>
        </w:rPr>
        <w:t>Script 1. Richiesta di servizio: chat del sito o WhatsApp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Obiettivo: </w:t>
      </w:r>
      <w:r>
        <w:rPr>
          <w:rFonts w:ascii="Calibri" w:hAnsi="Calibri" w:cs="Calibri" w:eastAsia="Calibri"/>
          <w:b w:val="0"/>
          <w:color w:val="15131F"/>
          <w:sz w:val="21"/>
        </w:rPr>
        <w:t>Capire in 4-6 brevi messaggi se il lead è adatto, poi fissare una chiamata o passare la conversazione a una persona.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Apertura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Di': </w:t>
      </w:r>
      <w:r>
        <w:rPr>
          <w:rFonts w:ascii="Calibri" w:hAnsi="Calibri" w:cs="Calibri" w:eastAsia="Calibri"/>
          <w:b w:val="0"/>
          <w:color w:val="15131F"/>
          <w:sz w:val="21"/>
        </w:rPr>
        <w:t>«Ciao, grazie per aver contattato [Azienda]. Come possiamo aiutarti?»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Fai una domanda per messaggio e aspetta la risposta.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Esigenza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Di': </w:t>
      </w:r>
      <w:r>
        <w:rPr>
          <w:rFonts w:ascii="Calibri" w:hAnsi="Calibri" w:cs="Calibri" w:eastAsia="Calibri"/>
          <w:b w:val="0"/>
          <w:color w:val="15131F"/>
          <w:sz w:val="21"/>
        </w:rPr>
        <w:t>«Capito. Qual è la cosa principale che vuoi cambiare o risolvere?»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Idoneità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Di': </w:t>
      </w:r>
      <w:r>
        <w:rPr>
          <w:rFonts w:ascii="Calibri" w:hAnsi="Calibri" w:cs="Calibri" w:eastAsia="Calibri"/>
          <w:b w:val="0"/>
          <w:color w:val="15131F"/>
          <w:sz w:val="21"/>
        </w:rPr>
        <w:t>«Dove si trova il progetto? Lavoriamo in [area di servizio].»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Se: </w:t>
      </w:r>
      <w:r>
        <w:rPr>
          <w:rFonts w:ascii="Calibri" w:hAnsi="Calibri" w:cs="Calibri" w:eastAsia="Calibri"/>
          <w:b w:val="0"/>
          <w:color w:val="15131F"/>
          <w:sz w:val="21"/>
        </w:rPr>
        <w:t>Fuori dalla tua zona, o un servizio che non offri: passa all'uscita cortese.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Tempistica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Di': </w:t>
      </w:r>
      <w:r>
        <w:rPr>
          <w:rFonts w:ascii="Calibri" w:hAnsi="Calibri" w:cs="Calibri" w:eastAsia="Calibri"/>
          <w:b w:val="0"/>
          <w:color w:val="15131F"/>
          <w:sz w:val="21"/>
        </w:rPr>
        <w:t>«Quando vorresti iniziare?»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Se: </w:t>
      </w:r>
      <w:r>
        <w:rPr>
          <w:rFonts w:ascii="Calibri" w:hAnsi="Calibri" w:cs="Calibri" w:eastAsia="Calibri"/>
          <w:b w:val="0"/>
          <w:color w:val="15131F"/>
          <w:sz w:val="21"/>
        </w:rPr>
        <w:t>Sta solo guardando, o l'inizio è tra più di [6 mesi]: invia una guida utile e fissa una data di ricontatto.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Budget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Di': </w:t>
      </w:r>
      <w:r>
        <w:rPr>
          <w:rFonts w:ascii="Calibri" w:hAnsi="Calibri" w:cs="Calibri" w:eastAsia="Calibri"/>
          <w:b w:val="0"/>
          <w:color w:val="15131F"/>
          <w:sz w:val="21"/>
        </w:rPr>
        <w:t>«I progetti come questo costano di solito [fascia di prezzo]. È in linea con quello che avevi in mente?»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Se: </w:t>
      </w:r>
      <w:r>
        <w:rPr>
          <w:rFonts w:ascii="Calibri" w:hAnsi="Calibri" w:cs="Calibri" w:eastAsia="Calibri"/>
          <w:b w:val="0"/>
          <w:color w:val="15131F"/>
          <w:sz w:val="21"/>
        </w:rPr>
        <w:t>Sotto [budget minimo]: passa all'uscita cortese e suggerisci un'alternativa.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 Decisione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Di': </w:t>
      </w:r>
      <w:r>
        <w:rPr>
          <w:rFonts w:ascii="Calibri" w:hAnsi="Calibri" w:cs="Calibri" w:eastAsia="Calibri"/>
          <w:b w:val="0"/>
          <w:color w:val="15131F"/>
          <w:sz w:val="21"/>
        </w:rPr>
        <w:t>«Qualcun altro parteciperà alla decisione? Può unirsi alla chiamata.»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 Prossimo passo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Di': </w:t>
      </w:r>
      <w:r>
        <w:rPr>
          <w:rFonts w:ascii="Calibri" w:hAnsi="Calibri" w:cs="Calibri" w:eastAsia="Calibri"/>
          <w:b w:val="0"/>
          <w:color w:val="15131F"/>
          <w:sz w:val="21"/>
        </w:rPr>
        <w:t>«Perfetto. Il prossimo passo è una chiamata gratuita di [20] minuti con [nome del commerciale]. Ecco il link per prenotare: [link di prenotazione]. A quale email ti mando la conferma?»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Da raccogliere prima del passaggio: </w:t>
      </w:r>
      <w:r>
        <w:rPr>
          <w:rFonts w:ascii="Calibri" w:hAnsi="Calibri" w:cs="Calibri" w:eastAsia="Calibri"/>
          <w:b w:val="0"/>
          <w:color w:val="15131F"/>
          <w:sz w:val="21"/>
        </w:rPr>
        <w:t>Nome, Servizio richiesto, Località o area di servizio, Data di inizio, Fascia di budget, Chi decide, Email o telefono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Smetti di fare domande quando: </w:t>
      </w:r>
      <w:r>
        <w:rPr>
          <w:rFonts w:ascii="Calibri" w:hAnsi="Calibri" w:cs="Calibri" w:eastAsia="Calibri"/>
          <w:b w:val="0"/>
          <w:color w:val="15131F"/>
          <w:sz w:val="21"/>
        </w:rPr>
        <w:t>Conosci l'esigenza, l'idoneità, la data di inizio e come contattare la persona. Non fare mai più di 6 domande in chat e passa subito la conversazione a una persona se il lead lo chiede o domanda un prezzo che non puoi dare.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Da passare alle vendite: </w:t>
      </w:r>
      <w:r>
        <w:rPr>
          <w:rFonts w:ascii="Calibri" w:hAnsi="Calibri" w:cs="Calibri" w:eastAsia="Calibri"/>
          <w:b w:val="0"/>
          <w:color w:val="15131F"/>
          <w:sz w:val="21"/>
        </w:rPr>
        <w:t>[Nome] vuole [servizio] a [località]. Obiettivo: [obiettivo]. Inizio: [data]. Budget: [fascia]. Decide: [chi]. Punteggio: [x]/10, [Caldo o Tiepido]. Prossimo passo: chiamata fissata per [data e ora]. Fonte: chat del sito.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30"/>
        </w:rPr>
        <w:t>Script 2. Chiamata telefonica in entrata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Obiettivo: </w:t>
      </w:r>
      <w:r>
        <w:rPr>
          <w:rFonts w:ascii="Calibri" w:hAnsi="Calibri" w:cs="Calibri" w:eastAsia="Calibri"/>
          <w:b w:val="0"/>
          <w:color w:val="15131F"/>
          <w:sz w:val="21"/>
        </w:rPr>
        <w:t>Qualificare chi chiama in meno di 8 minuti e concordare il prossimo passo prima di riattaccare.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Apertura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Di': </w:t>
      </w:r>
      <w:r>
        <w:rPr>
          <w:rFonts w:ascii="Calibri" w:hAnsi="Calibri" w:cs="Calibri" w:eastAsia="Calibri"/>
          <w:b w:val="0"/>
          <w:color w:val="15131F"/>
          <w:sz w:val="21"/>
        </w:rPr>
        <w:t>«Grazie per aver chiamato [Azienda], sono [il tuo nome]. Come posso aiutarti?»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Lascia parlare prima chi chiama e annota le sue parole esatte.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Permesso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Di': </w:t>
      </w:r>
      <w:r>
        <w:rPr>
          <w:rFonts w:ascii="Calibri" w:hAnsi="Calibri" w:cs="Calibri" w:eastAsia="Calibri"/>
          <w:b w:val="0"/>
          <w:color w:val="15131F"/>
          <w:sz w:val="21"/>
        </w:rPr>
        <w:t>«Posso farti qualche domanda veloce per metterti in contatto con la persona giusta?»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Se: </w:t>
      </w:r>
      <w:r>
        <w:rPr>
          <w:rFonts w:ascii="Calibri" w:hAnsi="Calibri" w:cs="Calibri" w:eastAsia="Calibri"/>
          <w:b w:val="0"/>
          <w:color w:val="15131F"/>
          <w:sz w:val="21"/>
        </w:rPr>
        <w:t>Non è il momento giusto: concorda un orario per richiamare e invia un invito in calendario.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Esigenza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Di': </w:t>
      </w:r>
      <w:r>
        <w:rPr>
          <w:rFonts w:ascii="Calibri" w:hAnsi="Calibri" w:cs="Calibri" w:eastAsia="Calibri"/>
          <w:b w:val="0"/>
          <w:color w:val="15131F"/>
          <w:sz w:val="21"/>
        </w:rPr>
        <w:t>«Cosa ti ha spinto a chiamare oggi e cosa hai già provato?»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Impatto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Di': </w:t>
      </w:r>
      <w:r>
        <w:rPr>
          <w:rFonts w:ascii="Calibri" w:hAnsi="Calibri" w:cs="Calibri" w:eastAsia="Calibri"/>
          <w:b w:val="0"/>
          <w:color w:val="15131F"/>
          <w:sz w:val="21"/>
        </w:rPr>
        <w:t>«Cosa succede se non si risolve entro [mese]?»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Idoneità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Di': </w:t>
      </w:r>
      <w:r>
        <w:rPr>
          <w:rFonts w:ascii="Calibri" w:hAnsi="Calibri" w:cs="Calibri" w:eastAsia="Calibri"/>
          <w:b w:val="0"/>
          <w:color w:val="15131F"/>
          <w:sz w:val="21"/>
        </w:rPr>
        <w:t>«Quanto è grande il progetto: quante [persone, stanze, sedi o unità]?»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Se: </w:t>
      </w:r>
      <w:r>
        <w:rPr>
          <w:rFonts w:ascii="Calibri" w:hAnsi="Calibri" w:cs="Calibri" w:eastAsia="Calibri"/>
          <w:b w:val="0"/>
          <w:color w:val="15131F"/>
          <w:sz w:val="21"/>
        </w:rPr>
        <w:t>Troppo piccolo o troppo grande per te: passa all'uscita cortese.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 Budget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Di': </w:t>
      </w:r>
      <w:r>
        <w:rPr>
          <w:rFonts w:ascii="Calibri" w:hAnsi="Calibri" w:cs="Calibri" w:eastAsia="Calibri"/>
          <w:b w:val="0"/>
          <w:color w:val="15131F"/>
          <w:sz w:val="21"/>
        </w:rPr>
        <w:t>«La maggior parte dei clienti investe tra [fascia di prezzo]. È in linea con il tuo budget?»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Se: </w:t>
      </w:r>
      <w:r>
        <w:rPr>
          <w:rFonts w:ascii="Calibri" w:hAnsi="Calibri" w:cs="Calibri" w:eastAsia="Calibri"/>
          <w:b w:val="0"/>
          <w:color w:val="15131F"/>
          <w:sz w:val="21"/>
        </w:rPr>
        <w:t>Nessun budget ancora: offri di inviare un listino via email e fissa una chiamata di ricontatto.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 Decisione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Di': </w:t>
      </w:r>
      <w:r>
        <w:rPr>
          <w:rFonts w:ascii="Calibri" w:hAnsi="Calibri" w:cs="Calibri" w:eastAsia="Calibri"/>
          <w:b w:val="0"/>
          <w:color w:val="15131F"/>
          <w:sz w:val="21"/>
        </w:rPr>
        <w:t>«Chi altro parteciperà alla scelta e cosa vorrà vedere?»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 Prossimo passo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Di': </w:t>
      </w:r>
      <w:r>
        <w:rPr>
          <w:rFonts w:ascii="Calibri" w:hAnsi="Calibri" w:cs="Calibri" w:eastAsia="Calibri"/>
          <w:b w:val="0"/>
          <w:color w:val="15131F"/>
          <w:sz w:val="21"/>
        </w:rPr>
        <w:t>«Se tutto torna, quando vorresti iniziare? Fissiamo [30] minuti con [nome del commerciale] [giorno]. Ti va bene alle [ora]?»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Da raccogliere prima del passaggio: </w:t>
      </w:r>
      <w:r>
        <w:rPr>
          <w:rFonts w:ascii="Calibri" w:hAnsi="Calibri" w:cs="Calibri" w:eastAsia="Calibri"/>
          <w:b w:val="0"/>
          <w:color w:val="15131F"/>
          <w:sz w:val="21"/>
        </w:rPr>
        <w:t>Nome e azienda, Motivo della chiamata, Cosa ha già provato, Dimensione o ambito, Fascia di budget, Chi decide, Data di inizio, Come ti ha trovato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Smetti di fare domande quando: </w:t>
      </w:r>
      <w:r>
        <w:rPr>
          <w:rFonts w:ascii="Calibri" w:hAnsi="Calibri" w:cs="Calibri" w:eastAsia="Calibri"/>
          <w:b w:val="0"/>
          <w:color w:val="15131F"/>
          <w:sz w:val="21"/>
        </w:rPr>
        <w:t>Sono passati otto minuti, oppure conosci esigenza, idoneità, budget, processo decisionale e data di inizio. Fissa il prossimo passo durante la chiamata; non chiudere mai con una vaga promessa di mandare informazioni.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Da passare alle vendite: </w:t>
      </w:r>
      <w:r>
        <w:rPr>
          <w:rFonts w:ascii="Calibri" w:hAnsi="Calibri" w:cs="Calibri" w:eastAsia="Calibri"/>
          <w:b w:val="0"/>
          <w:color w:val="15131F"/>
          <w:sz w:val="21"/>
        </w:rPr>
        <w:t>[Nome] di [azienda] ha chiamato per [esigenza]. Ha provato: [cosa]. Dimensione: [ambito]. Budget: [fascia]. Decide: [chi]. Inizio: [data]. Ci ha trovati tramite [fonte]. Punteggio: [x]/10. Prossimo passo: [data e ora dell'incontro].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30"/>
        </w:rPr>
        <w:t>Script 3. Richiesta di prenotazione: hotel, tour, noleggio barca o location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Obiettivo: </w:t>
      </w:r>
      <w:r>
        <w:rPr>
          <w:rFonts w:ascii="Calibri" w:hAnsi="Calibri" w:cs="Calibri" w:eastAsia="Calibri"/>
          <w:b w:val="0"/>
          <w:color w:val="15131F"/>
          <w:sz w:val="21"/>
        </w:rPr>
        <w:t>Raccogliere tutti i dati della prenotazione e chiarire che si tratta di una richiesta finché una persona non conferma disponibilità e pagamento.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Date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Di': </w:t>
      </w:r>
      <w:r>
        <w:rPr>
          <w:rFonts w:ascii="Calibri" w:hAnsi="Calibri" w:cs="Calibri" w:eastAsia="Calibri"/>
          <w:b w:val="0"/>
          <w:color w:val="15131F"/>
          <w:sz w:val="21"/>
        </w:rPr>
        <w:t>«Grazie per l'interesse verso [struttura]. Quali date stai valutando?»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Se: </w:t>
      </w:r>
      <w:r>
        <w:rPr>
          <w:rFonts w:ascii="Calibri" w:hAnsi="Calibri" w:cs="Calibri" w:eastAsia="Calibri"/>
          <w:b w:val="0"/>
          <w:color w:val="15131F"/>
          <w:sz w:val="21"/>
        </w:rPr>
        <w:t>Le date sono vaghe: offri due opzioni, per esempio questo fine settimana o il prossimo.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Ospiti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Di': </w:t>
      </w:r>
      <w:r>
        <w:rPr>
          <w:rFonts w:ascii="Calibri" w:hAnsi="Calibri" w:cs="Calibri" w:eastAsia="Calibri"/>
          <w:b w:val="0"/>
          <w:color w:val="15131F"/>
          <w:sz w:val="21"/>
        </w:rPr>
        <w:t>«Quanti ospiti sarete e ci sono bambini?»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Opzione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Di': </w:t>
      </w:r>
      <w:r>
        <w:rPr>
          <w:rFonts w:ascii="Calibri" w:hAnsi="Calibri" w:cs="Calibri" w:eastAsia="Calibri"/>
          <w:b w:val="0"/>
          <w:color w:val="15131F"/>
          <w:sz w:val="21"/>
        </w:rPr>
        <w:t>«Ti interessa [opzione A] o [opzione B]? Al momento i prezzi partono da [prezzo].»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Indica solo prezzi del tuo listino attuale.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Budget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Di': </w:t>
      </w:r>
      <w:r>
        <w:rPr>
          <w:rFonts w:ascii="Calibri" w:hAnsi="Calibri" w:cs="Calibri" w:eastAsia="Calibri"/>
          <w:b w:val="0"/>
          <w:color w:val="15131F"/>
          <w:sz w:val="21"/>
        </w:rPr>
        <w:t>«Hai in mente un budget a [notte o persona]?»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Se: </w:t>
      </w:r>
      <w:r>
        <w:rPr>
          <w:rFonts w:ascii="Calibri" w:hAnsi="Calibri" w:cs="Calibri" w:eastAsia="Calibri"/>
          <w:b w:val="0"/>
          <w:color w:val="15131F"/>
          <w:sz w:val="21"/>
        </w:rPr>
        <w:t>Sotto la tua tariffa più bassa: proponi altre date o un'opzione più economica.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Richieste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Di': </w:t>
      </w:r>
      <w:r>
        <w:rPr>
          <w:rFonts w:ascii="Calibri" w:hAnsi="Calibri" w:cs="Calibri" w:eastAsia="Calibri"/>
          <w:b w:val="0"/>
          <w:color w:val="15131F"/>
          <w:sz w:val="21"/>
        </w:rPr>
        <w:t>«Hai richieste particolari, come accessibilità, esigenze alimentari o transfer?»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 Esaurito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Se: </w:t>
      </w:r>
      <w:r>
        <w:rPr>
          <w:rFonts w:ascii="Calibri" w:hAnsi="Calibri" w:cs="Calibri" w:eastAsia="Calibri"/>
          <w:b w:val="0"/>
          <w:color w:val="15131F"/>
          <w:sz w:val="21"/>
        </w:rPr>
        <w:t>Le date sono piene: di' che [date] sono al completo, offri [alternativa 1] o [alternativa 2] e chiedi se registrarne una come richiesta.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 Lingua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Se: </w:t>
      </w:r>
      <w:r>
        <w:rPr>
          <w:rFonts w:ascii="Calibri" w:hAnsi="Calibri" w:cs="Calibri" w:eastAsia="Calibri"/>
          <w:b w:val="0"/>
          <w:color w:val="15131F"/>
          <w:sz w:val="21"/>
        </w:rPr>
        <w:t>L'ospite scrive in un'altra lingua: rispondi in quella lingua e lascia la nota interna nella lingua del tuo team.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 Chiusura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Di': </w:t>
      </w:r>
      <w:r>
        <w:rPr>
          <w:rFonts w:ascii="Calibri" w:hAnsi="Calibri" w:cs="Calibri" w:eastAsia="Calibri"/>
          <w:b w:val="0"/>
          <w:color w:val="15131F"/>
          <w:sz w:val="21"/>
        </w:rPr>
        <w:t>«Grazie. Ho registrato la tua richiesta per [date], [ospiti] e [opzione]. Non è ancora una prenotazione confermata: [membro del team] confermerà disponibilità e pagamento entro le [ora]. Qual è l'email o il numero migliore per contattarti?»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Da raccogliere prima del passaggio: </w:t>
      </w:r>
      <w:r>
        <w:rPr>
          <w:rFonts w:ascii="Calibri" w:hAnsi="Calibri" w:cs="Calibri" w:eastAsia="Calibri"/>
          <w:b w:val="0"/>
          <w:color w:val="15131F"/>
          <w:sz w:val="21"/>
        </w:rPr>
        <w:t>Date e orari, Numero di ospiti, Camera, tour o servizio, Budget a notte o a persona, Richieste particolari, Lingua preferita, Email o telefono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Smetti di fare domande quando: </w:t>
      </w:r>
      <w:r>
        <w:rPr>
          <w:rFonts w:ascii="Calibri" w:hAnsi="Calibri" w:cs="Calibri" w:eastAsia="Calibri"/>
          <w:b w:val="0"/>
          <w:color w:val="15131F"/>
          <w:sz w:val="21"/>
        </w:rPr>
        <w:t>Hai date, numero di ospiti, opzione e recapiti. Non confermare mai disponibilità, prezzi o rimborsi che una persona non ha verificato.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Da passare alle vendite: </w:t>
      </w:r>
      <w:r>
        <w:rPr>
          <w:rFonts w:ascii="Calibri" w:hAnsi="Calibri" w:cs="Calibri" w:eastAsia="Calibri"/>
          <w:b w:val="0"/>
          <w:color w:val="15131F"/>
          <w:sz w:val="21"/>
        </w:rPr>
        <w:t>Richiesta: [date], [ospiti] ospiti ([bambini] bambini), [opzione]. Budget: [importo] a [notte o persona]. Richieste: [note]. Lingua: [lingua]. Contatto: [email o telefono]. Stato: richiesta, non confermata. Confermare entro: [ora].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30"/>
        </w:rPr>
        <w:t>Script 4. Richiesta di demo SaaS o prova gratuita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Obiettivo: </w:t>
      </w:r>
      <w:r>
        <w:rPr>
          <w:rFonts w:ascii="Calibri" w:hAnsi="Calibri" w:cs="Calibri" w:eastAsia="Calibri"/>
          <w:b w:val="0"/>
          <w:color w:val="15131F"/>
          <w:sz w:val="21"/>
        </w:rPr>
        <w:t>Capire il caso d'uso, la dimensione del team e la scadenza, poi indirizzare il lead alla configurazione in autonomia, a una demo o a un percorso di coltivazione.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Caso d'uso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Di': </w:t>
      </w:r>
      <w:r>
        <w:rPr>
          <w:rFonts w:ascii="Calibri" w:hAnsi="Calibri" w:cs="Calibri" w:eastAsia="Calibri"/>
          <w:b w:val="0"/>
          <w:color w:val="15131F"/>
          <w:sz w:val="21"/>
        </w:rPr>
        <w:t>«Grazie per aver provato [prodotto]. Cosa vuoi fare per prima cosa?»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Strumento attuale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Di': </w:t>
      </w:r>
      <w:r>
        <w:rPr>
          <w:rFonts w:ascii="Calibri" w:hAnsi="Calibri" w:cs="Calibri" w:eastAsia="Calibri"/>
          <w:b w:val="0"/>
          <w:color w:val="15131F"/>
          <w:sz w:val="21"/>
        </w:rPr>
        <w:t>«Cosa usi oggi e cosa non funziona?»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Dimensione del team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Di': </w:t>
      </w:r>
      <w:r>
        <w:rPr>
          <w:rFonts w:ascii="Calibri" w:hAnsi="Calibri" w:cs="Calibri" w:eastAsia="Calibri"/>
          <w:b w:val="0"/>
          <w:color w:val="15131F"/>
          <w:sz w:val="21"/>
        </w:rPr>
        <w:t>«Quante persone lo userebbero?»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Se: </w:t>
      </w:r>
      <w:r>
        <w:rPr>
          <w:rFonts w:ascii="Calibri" w:hAnsi="Calibri" w:cs="Calibri" w:eastAsia="Calibri"/>
          <w:b w:val="0"/>
          <w:color w:val="15131F"/>
          <w:sz w:val="21"/>
        </w:rPr>
        <w:t>Da [1 a 3] utenti: invia la guida di configurazione e il link al piano gratuito, così partono in autonomia.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Integrazioni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Di': </w:t>
      </w:r>
      <w:r>
        <w:rPr>
          <w:rFonts w:ascii="Calibri" w:hAnsi="Calibri" w:cs="Calibri" w:eastAsia="Calibri"/>
          <w:b w:val="0"/>
          <w:color w:val="15131F"/>
          <w:sz w:val="21"/>
        </w:rPr>
        <w:t>«Con quali strumenti deve funzionare?»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Se: </w:t>
      </w:r>
      <w:r>
        <w:rPr>
          <w:rFonts w:ascii="Calibri" w:hAnsi="Calibri" w:cs="Calibri" w:eastAsia="Calibri"/>
          <w:b w:val="0"/>
          <w:color w:val="15131F"/>
          <w:sz w:val="21"/>
        </w:rPr>
        <w:t>Manca un'integrazione indispensabile: dillo con onestà e registrala come richiesta di funzionalità.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Scadenza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Di': </w:t>
      </w:r>
      <w:r>
        <w:rPr>
          <w:rFonts w:ascii="Calibri" w:hAnsi="Calibri" w:cs="Calibri" w:eastAsia="Calibri"/>
          <w:b w:val="0"/>
          <w:color w:val="15131F"/>
          <w:sz w:val="21"/>
        </w:rPr>
        <w:t>«Entro quando ti serve operativo?»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 Decisione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Di': </w:t>
      </w:r>
      <w:r>
        <w:rPr>
          <w:rFonts w:ascii="Calibri" w:hAnsi="Calibri" w:cs="Calibri" w:eastAsia="Calibri"/>
          <w:b w:val="0"/>
          <w:color w:val="15131F"/>
          <w:sz w:val="21"/>
        </w:rPr>
        <w:t>«Chi altro deve approvare: un responsabile, l'IT o l'amministrazione?»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 Budget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Di': </w:t>
      </w:r>
      <w:r>
        <w:rPr>
          <w:rFonts w:ascii="Calibri" w:hAnsi="Calibri" w:cs="Calibri" w:eastAsia="Calibri"/>
          <w:b w:val="0"/>
          <w:color w:val="15131F"/>
          <w:sz w:val="21"/>
        </w:rPr>
        <w:t>«Hai un budget per questo, al mese o all'anno?»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 Percorso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Di': </w:t>
      </w:r>
      <w:r>
        <w:rPr>
          <w:rFonts w:ascii="Calibri" w:hAnsi="Calibri" w:cs="Calibri" w:eastAsia="Calibri"/>
          <w:b w:val="0"/>
          <w:color w:val="15131F"/>
          <w:sz w:val="21"/>
        </w:rPr>
        <w:t>«Una demo di [20] minuti con [nome del commerciale] [giorno] coprirebbe [caso d'uso]. Ti va bene alle [ora]?»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Se: </w:t>
      </w:r>
      <w:r>
        <w:rPr>
          <w:rFonts w:ascii="Calibri" w:hAnsi="Calibri" w:cs="Calibri" w:eastAsia="Calibri"/>
          <w:b w:val="0"/>
          <w:color w:val="15131F"/>
          <w:sz w:val="21"/>
        </w:rPr>
        <w:t>Né scadenza né budget: invia un breve caso di studio e ricontatta tra [30 giorni].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Da raccogliere prima del passaggio: </w:t>
      </w:r>
      <w:r>
        <w:rPr>
          <w:rFonts w:ascii="Calibri" w:hAnsi="Calibri" w:cs="Calibri" w:eastAsia="Calibri"/>
          <w:b w:val="0"/>
          <w:color w:val="15131F"/>
          <w:sz w:val="21"/>
        </w:rPr>
        <w:t>Azienda e ruolo, Caso d'uso principale, Strumento attuale, Numero di utenti, Integrazioni indispensabili, Scadenza, Chi approva, Budget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Smetti di fare domande quando: </w:t>
      </w:r>
      <w:r>
        <w:rPr>
          <w:rFonts w:ascii="Calibri" w:hAnsi="Calibri" w:cs="Calibri" w:eastAsia="Calibri"/>
          <w:b w:val="0"/>
          <w:color w:val="15131F"/>
          <w:sz w:val="21"/>
        </w:rPr>
        <w:t>Puoi scegliere il percorso: autonomia, demo o coltivazione. Non fare l'intera demo in chat.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Da passare alle vendite: </w:t>
      </w:r>
      <w:r>
        <w:rPr>
          <w:rFonts w:ascii="Calibri" w:hAnsi="Calibri" w:cs="Calibri" w:eastAsia="Calibri"/>
          <w:b w:val="0"/>
          <w:color w:val="15131F"/>
          <w:sz w:val="21"/>
        </w:rPr>
        <w:t>[Azienda], [ruolo]. Caso d'uso: [caso d'uso]. Oggi: [strumento attuale]. Utenti: [numero]. Serve: [integrazioni]. Scadenza: [data]. Approva: [chi]. Budget: [importo]. Percorso: [autonomia, demo o coltivazione].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30"/>
        </w:rPr>
        <w:t>Script 5. Lead non adatto: uscita cortese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Obiettivo: </w:t>
      </w:r>
      <w:r>
        <w:rPr>
          <w:rFonts w:ascii="Calibri" w:hAnsi="Calibri" w:cs="Calibri" w:eastAsia="Calibri"/>
          <w:b w:val="0"/>
          <w:color w:val="15131F"/>
          <w:sz w:val="21"/>
        </w:rPr>
        <w:t>Dire di no in fretta e con gentilezza, offrire un'alternativa utile e proteggere il tempo del team.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Budget troppo basso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Di': </w:t>
      </w:r>
      <w:r>
        <w:rPr>
          <w:rFonts w:ascii="Calibri" w:hAnsi="Calibri" w:cs="Calibri" w:eastAsia="Calibri"/>
          <w:b w:val="0"/>
          <w:color w:val="15131F"/>
          <w:sz w:val="21"/>
        </w:rPr>
        <w:t>«Grazie per i dettagli. I nostri progetti partono da [minimo], quindi probabilmente ora non siamo la scelta giusta. [Alternativa] potrebbe fare più al caso tuo: [link].»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Servizio non offerto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Di': </w:t>
      </w:r>
      <w:r>
        <w:rPr>
          <w:rFonts w:ascii="Calibri" w:hAnsi="Calibri" w:cs="Calibri" w:eastAsia="Calibri"/>
          <w:b w:val="0"/>
          <w:color w:val="15131F"/>
          <w:sz w:val="21"/>
        </w:rPr>
        <w:t>«Non offriamo [servizio], ma [partner o risorsa] sì. Vuoi i suoi contatti?»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Fuori zona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Di': </w:t>
      </w:r>
      <w:r>
        <w:rPr>
          <w:rFonts w:ascii="Calibri" w:hAnsi="Calibri" w:cs="Calibri" w:eastAsia="Calibri"/>
          <w:b w:val="0"/>
          <w:color w:val="15131F"/>
          <w:sz w:val="21"/>
        </w:rPr>
        <w:t>«Al momento lavoriamo solo in [area di servizio]. Tengo i tuoi dati nel caso cambi qualcosa?»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Tempistica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Di': </w:t>
      </w:r>
      <w:r>
        <w:rPr>
          <w:rFonts w:ascii="Calibri" w:hAnsi="Calibri" w:cs="Calibri" w:eastAsia="Calibri"/>
          <w:b w:val="0"/>
          <w:color w:val="15131F"/>
          <w:sz w:val="21"/>
        </w:rPr>
        <w:t>«Non possiamo iniziare prima del [data]. Se ti va ancora bene, ti ricontatto il [data].»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Non è un acquirente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Di': </w:t>
      </w:r>
      <w:r>
        <w:rPr>
          <w:rFonts w:ascii="Calibri" w:hAnsi="Calibri" w:cs="Calibri" w:eastAsia="Calibri"/>
          <w:b w:val="0"/>
          <w:color w:val="15131F"/>
          <w:sz w:val="21"/>
        </w:rPr>
        <w:t>«Grazie per averci scritto. Per [candidature o collaborazioni], usa [link o email].»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 Chiusura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Di': </w:t>
      </w:r>
      <w:r>
        <w:rPr>
          <w:rFonts w:ascii="Calibri" w:hAnsi="Calibri" w:cs="Calibri" w:eastAsia="Calibri"/>
          <w:b w:val="0"/>
          <w:color w:val="15131F"/>
          <w:sz w:val="21"/>
        </w:rPr>
        <w:t>«Grazie ancora per aver pensato a noi e in bocca al lupo per [progetto].»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Da raccogliere prima del passaggio: </w:t>
      </w:r>
      <w:r>
        <w:rPr>
          <w:rFonts w:ascii="Calibri" w:hAnsi="Calibri" w:cs="Calibri" w:eastAsia="Calibri"/>
          <w:b w:val="0"/>
          <w:color w:val="15131F"/>
          <w:sz w:val="21"/>
        </w:rPr>
        <w:t>Motivo per cui il lead non è adatto, Potrebbe esserlo più avanti: sì o no, Data di ricontatto, se sì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Smetti di fare domande quando: </w:t>
      </w:r>
      <w:r>
        <w:rPr>
          <w:rFonts w:ascii="Calibri" w:hAnsi="Calibri" w:cs="Calibri" w:eastAsia="Calibri"/>
          <w:b w:val="0"/>
          <w:color w:val="15131F"/>
          <w:sz w:val="21"/>
        </w:rPr>
        <w:t>Hai inviato un messaggio cortese con un'alternativa utile. Non discutere e non fare sconti solo per trattenere un lead non adatto.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Da passare alle vendite: </w:t>
      </w:r>
      <w:r>
        <w:rPr>
          <w:rFonts w:ascii="Calibri" w:hAnsi="Calibri" w:cs="Calibri" w:eastAsia="Calibri"/>
          <w:b w:val="0"/>
          <w:color w:val="15131F"/>
          <w:sz w:val="21"/>
        </w:rPr>
        <w:t>Stato: squalificato. Motivo: [budget, zona, servizio, tempistica o non è un acquirente]. Potrebbe essere adatto più avanti: [sì o no]. Ricontattare il: [data o mai].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30"/>
        </w:rPr>
        <w:t>Scheda di valutazione: da 0 a 10 punti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Criterio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0 punti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1 punto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2 punti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Esigenza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Nessun problema chiaro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Interesse vago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Problema chiaro che risolvi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Idoneità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Fuori dalla tua zona o ambito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Adatto in parte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Adatto alla tua zona e al tuo ambito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Budget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Sotto il tuo minimo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Non ancora discusso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Nella tua fascia di prezzo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Autorità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Sconosciuta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Influenzatore o in fase di ricerca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Decisore, o partecipa alla chiamata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Tempistica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Nessuna data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Tra 3 e 6 mesi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Entro 90 giorni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6"/>
        </w:rPr>
        <w:t>Cosa fare per ogni stato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Stato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Quando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Cosa fare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Caldo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 8 a 10 punti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Fissa subito una chiamata o passalo a un commerciale entro un'ora.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Tiepido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 5 a 7 punti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Invia qualcosa di utile e crea un'attività di ricontatto con una data.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Freddo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 0 a 4 punti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Aggiungilo alla newsletter o a un percorso di lungo periodo. Niente tempo commerciale.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Non adatto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0 punti in idoneità o budget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Usa lo script di uscita cortese e annota il motivo.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30"/>
        </w:rPr>
        <w:t>Esempio compilato: Una chat sul sito che finisce con una chiamata fissata</w:t>
      </w:r>
    </w:p>
    <w:p>
      <w:pPr>
        <w:spacing w:after="160"/>
      </w:pPr>
      <w:r>
        <w:rPr>
          <w:rFonts w:ascii="Calibri" w:hAnsi="Calibri" w:cs="Calibri" w:eastAsia="Calibri"/>
          <w:b w:val="0"/>
          <w:color w:val="5D5A70"/>
          <w:sz w:val="21"/>
        </w:rPr>
        <w:t>Lo script 1 all'opera per un'impresa di ristrutturazioni di fantasia, con la nota di passaggio e il punteggio che produce.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Visitatore: </w:t>
      </w:r>
      <w:r>
        <w:rPr>
          <w:rFonts w:ascii="Calibri" w:hAnsi="Calibri" w:cs="Calibri" w:eastAsia="Calibri"/>
          <w:b w:val="0"/>
          <w:color w:val="15131F"/>
          <w:sz w:val="21"/>
        </w:rPr>
        <w:t>Ciao, fate ristrutturazioni di cucine?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Operatore: </w:t>
      </w:r>
      <w:r>
        <w:rPr>
          <w:rFonts w:ascii="Calibri" w:hAnsi="Calibri" w:cs="Calibri" w:eastAsia="Calibri"/>
          <w:b w:val="0"/>
          <w:color w:val="15131F"/>
          <w:sz w:val="21"/>
        </w:rPr>
        <w:t>Ciao, grazie per aver contattato Northstar Renovations. Sì, le cucine sono gran parte del nostro lavoro. Cosa vorresti cambiare nella tua?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Visitatore: </w:t>
      </w:r>
      <w:r>
        <w:rPr>
          <w:rFonts w:ascii="Calibri" w:hAnsi="Calibri" w:cs="Calibri" w:eastAsia="Calibri"/>
          <w:b w:val="0"/>
          <w:color w:val="15131F"/>
          <w:sz w:val="21"/>
        </w:rPr>
        <w:t>Mobili e piani di lavoro nuovi, e forse spostare il lavello.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Operatore: </w:t>
      </w:r>
      <w:r>
        <w:rPr>
          <w:rFonts w:ascii="Calibri" w:hAnsi="Calibri" w:cs="Calibri" w:eastAsia="Calibri"/>
          <w:b w:val="0"/>
          <w:color w:val="15131F"/>
          <w:sz w:val="21"/>
        </w:rPr>
        <w:t>Sembra un bel progetto. Dove si trova la casa? Lavoriamo ad Austin e nei comuni vicini.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Visitatore: </w:t>
      </w:r>
      <w:r>
        <w:rPr>
          <w:rFonts w:ascii="Calibri" w:hAnsi="Calibri" w:cs="Calibri" w:eastAsia="Calibri"/>
          <w:b w:val="0"/>
          <w:color w:val="15131F"/>
          <w:sz w:val="21"/>
        </w:rPr>
        <w:t>A Round Rock.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Operatore: </w:t>
      </w:r>
      <w:r>
        <w:rPr>
          <w:rFonts w:ascii="Calibri" w:hAnsi="Calibri" w:cs="Calibri" w:eastAsia="Calibri"/>
          <w:b w:val="0"/>
          <w:color w:val="15131F"/>
          <w:sz w:val="21"/>
        </w:rPr>
        <w:t>È nella nostra zona. Quando vorresti iniziare?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Visitatore: </w:t>
      </w:r>
      <w:r>
        <w:rPr>
          <w:rFonts w:ascii="Calibri" w:hAnsi="Calibri" w:cs="Calibri" w:eastAsia="Calibri"/>
          <w:b w:val="0"/>
          <w:color w:val="15131F"/>
          <w:sz w:val="21"/>
        </w:rPr>
        <w:t>Idealmente a marzo.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Operatore: </w:t>
      </w:r>
      <w:r>
        <w:rPr>
          <w:rFonts w:ascii="Calibri" w:hAnsi="Calibri" w:cs="Calibri" w:eastAsia="Calibri"/>
          <w:b w:val="0"/>
          <w:color w:val="15131F"/>
          <w:sz w:val="21"/>
        </w:rPr>
        <w:t>I progetti di cucina come questo costano di solito tra 25.000 e 45.000 $. È in linea con quello che avevi in mente?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Visitatore: </w:t>
      </w:r>
      <w:r>
        <w:rPr>
          <w:rFonts w:ascii="Calibri" w:hAnsi="Calibri" w:cs="Calibri" w:eastAsia="Calibri"/>
          <w:b w:val="0"/>
          <w:color w:val="15131F"/>
          <w:sz w:val="21"/>
        </w:rPr>
        <w:t>Sì, abbiamo messo da parte circa 35.000 $.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Operatore: </w:t>
      </w:r>
      <w:r>
        <w:rPr>
          <w:rFonts w:ascii="Calibri" w:hAnsi="Calibri" w:cs="Calibri" w:eastAsia="Calibri"/>
          <w:b w:val="0"/>
          <w:color w:val="15131F"/>
          <w:sz w:val="21"/>
        </w:rPr>
        <w:t>Qualcun altro parteciperà alla decisione?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Visitatore: </w:t>
      </w:r>
      <w:r>
        <w:rPr>
          <w:rFonts w:ascii="Calibri" w:hAnsi="Calibri" w:cs="Calibri" w:eastAsia="Calibri"/>
          <w:b w:val="0"/>
          <w:color w:val="15131F"/>
          <w:sz w:val="21"/>
        </w:rPr>
        <w:t>Mio marito. Vuole partecipare alla chiamata.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Operatore: </w:t>
      </w:r>
      <w:r>
        <w:rPr>
          <w:rFonts w:ascii="Calibri" w:hAnsi="Calibri" w:cs="Calibri" w:eastAsia="Calibri"/>
          <w:b w:val="0"/>
          <w:color w:val="15131F"/>
          <w:sz w:val="21"/>
        </w:rPr>
        <w:t>Perfetto. Il prossimo passo è una chiamata gratuita di 30 minuti con Dan, il nostro responsabile di progetto. Ecco il link per prenotare. A quale email ti mando la conferma?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Visitatore: </w:t>
      </w:r>
      <w:r>
        <w:rPr>
          <w:rFonts w:ascii="Calibri" w:hAnsi="Calibri" w:cs="Calibri" w:eastAsia="Calibri"/>
          <w:b w:val="0"/>
          <w:color w:val="15131F"/>
          <w:sz w:val="21"/>
        </w:rPr>
        <w:t>Prenotato per martedì alle 17:30. Ho usato l'email di lavoro.</w:t>
      </w:r>
    </w:p>
    <w:p>
      <w:pPr>
        <w:spacing w:after="80"/>
      </w:pP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Nota di passaggio: </w:t>
      </w:r>
      <w:r>
        <w:rPr>
          <w:rFonts w:ascii="Calibri" w:hAnsi="Calibri" w:cs="Calibri" w:eastAsia="Calibri"/>
          <w:b w:val="0"/>
          <w:color w:val="15131F"/>
          <w:sz w:val="21"/>
        </w:rPr>
        <w:t>Maria L., proprietaria di casa a Round Rock. Vuole ristrutturare la cucina: mobili e piani di lavoro nuovi, forse spostare il lavello. Inizio: marzo. Budget: circa 35.000 $ (la nostra fascia: da 25.000 a 45.000 $). Decidono: Maria e il marito, entrambi in chiamata. Punteggio: 9/10, caldo. Prossimo passo: chiamata con Dan, martedì alle 17:30. Fonte: chat del sito.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Criterio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Punteggio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Esigenza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Problema chiaro che risolviamo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2/2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Idoneità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Nella nostra zona e nel nostro ambito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2/2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Budget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Nella nostra fascia di prezzo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2/2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Autorità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Entrambi i decisori in chiamata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2/2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Tempistica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Inizio tra circa 5 mesi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1/2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Totale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Caldo: fissa subito la chiamata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9/10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Modello gratuito di CRMsoftware.pro. Copialo, modificalo e usalo nella tua attività.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https://crmsoftware.pro/it/templates/lead-qualification-script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Script di qualificazione dei lead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