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Esempi di messaggio fuori ufficio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Messaggi fuori ufficio per ferie, chiusure per festività, malattia e congedo per malattia, congedo parentale e aspettativa, convegni e periodi di lavoro intenso, weekend, chi ha lasciato l’azienda, e versioni brevi per stato, segreteria e chat del sito.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la scheda della tua situazione e sostituisci ogni parola tra [parentesi quadre]: le date, il giorno in cui rispondi, dove vanno le domande urgenti e cosa conta come urgente. Non scrivere dove sei né perché. Imposta email, chat del sito, segreteria e stato lo stesso giorno, e registra cosa arriva nel piano assenze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messaggi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Messaggio fuori ufficio per le ferie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Risposta entro: Rientro + 2 giorni · Quando impostarlo: Il giorno prima di partire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giorno libero o ferie fino a tre settimane. Per un mese o più, usa la scheda 4.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Gmail risponde dalle 00:00 del primo giorno alle 23:59 dell’ultimo; Outlook si ferma all’ora di fine che imposti. L’ultimo giorno è quello prima del rientro.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Anche gli sconosciuti ricevono la risposta esterna: non scrivere dove vai, chi resta a casa né il tuo numero di cellulare.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Solo la versione interna indica il tuo sostituto e le note per il passaggio di consegne.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 (Gmail): </w:t>
      </w:r>
      <w:r>
        <w:rPr>
          <w:rFonts w:ascii="Calibri" w:hAnsi="Calibri" w:cs="Calibri" w:eastAsia="Calibri"/>
          <w:b w:val="0"/>
          <w:color w:val="15131F"/>
          <w:sz w:val="21"/>
        </w:rPr>
        <w:t>Fuori ufficio fino a [giorno e data di rientro]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esterno: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la tua email. Sono fuori ufficio da [primo giorno] e rientro [giorno e data di rientro]. Risponderò al tuo messaggio entro [giorno di risposta].</w:t>
        <w:br/>
        <w:br/>
        <w:t>Se è urgente, per esempio [cosa conta come urgente], scrivi a [indirizzo condiviso] o chiama [telefono dell’ufficio]. La casella viene controllata dal lunedì al venerdì alle [ora].</w:t>
        <w:br/>
        <w:br/>
        <w:t>Grazie,</w:t>
        <w:br/>
        <w:t>[il tuo nome]</w:t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interno (colleghi): </w:t>
      </w:r>
      <w:r>
        <w:rPr>
          <w:rFonts w:ascii="Calibri" w:hAnsi="Calibri" w:cs="Calibri" w:eastAsia="Calibri"/>
          <w:b w:val="0"/>
          <w:color w:val="15131F"/>
          <w:sz w:val="21"/>
        </w:rPr>
        <w:t>Ciao a tutti,</w:t>
        <w:br/>
        <w:br/>
        <w:t>sono assente da [primo giorno] a [ultimo giorno]. [Nome e cognome del sostituto] si occupa di [cosa segue] e controlla [indirizzo condiviso] dal lunedì al venerdì alle [ora]. Tutto il resto aspetta il mio rientro. Le note per il passaggio di consegne sono in [dove].</w:t>
        <w:br/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fuori ufficio breve: </w:t>
      </w:r>
      <w:r>
        <w:rPr>
          <w:rFonts w:ascii="Calibri" w:hAnsi="Calibri" w:cs="Calibri" w:eastAsia="Calibri"/>
          <w:b w:val="0"/>
          <w:color w:val="15131F"/>
          <w:sz w:val="21"/>
        </w:rPr>
        <w:t>Fuori ufficio fino a [giorno e data di rientro]. Rispondo entro [giorno di risposta]. Urgenze: [indirizzo condiviso]. 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entro: </w:t>
      </w:r>
      <w:r>
        <w:rPr>
          <w:rFonts w:ascii="Calibri" w:hAnsi="Calibri" w:cs="Calibri" w:eastAsia="Calibri"/>
          <w:b w:val="0"/>
          <w:color w:val="5D5A70"/>
          <w:sz w:val="21"/>
        </w:rPr>
        <w:t>Prometti una risposta 2 giorni lavorativi dopo il rientro: il primo giorno se ne va negli arretrati.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scrivere: </w:t>
      </w:r>
      <w:r>
        <w:rPr>
          <w:rFonts w:ascii="Calibri" w:hAnsi="Calibri" w:cs="Calibri" w:eastAsia="Calibri"/>
          <w:b w:val="0"/>
          <w:color w:val="5D5A70"/>
          <w:sz w:val="21"/>
        </w:rPr>
        <w:t>Dove sei, Chi è a casa, Il tuo cellulare, Le date del viaggio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Messaggio fuori ufficio per le chiusure festive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Avvisa i clienti: 2 settimane prima · Casella urgenze: Controllata una volta al giorno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Chiude tutta l’attività: da Natale a Capodanno, il Ringraziamento, il 4 luglio o una festività locale.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Comunica le date ai clienti abituali due settimane prima.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Uno studio medico, un negozio o un’impresa artigiana ha bisogno anche di un canale per le emergenze, come il 911 per un’emergenza medica.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 stesso giorno cambia anche la chat del sito, la segreteria e gli orari di apertura online (scheda 8).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Chiusi da [primo giorno] a [ultimo giorno], di nuovo aperti [giorno di rientro]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tutta l’attività: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aver contattato [azienda]. Siamo chiusi per le feste da [primo giorno] a [ultimo giorno] e riapriamo [giorno e data di rientro] alle [ora di apertura]. Risponderemo al tuo messaggio entro [giorno di risposta].</w:t>
        <w:br/>
        <w:br/>
        <w:t>È urgente, per esempio [cosa conta come urgente]? Scrivi a [indirizzo condiviso] con URGENTE nell’oggetto. La casella viene controllata dal lunedì al venerdì alle [ora].</w:t>
        <w:br/>
        <w:br/>
        <w:t>Buone feste,</w:t>
        <w:br/>
        <w:t>Il team di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Natale, breve: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tua email. Siamo chiusi per Natale e riapriamo [giorno e data di rientro]. Urgenze: [indirizzo condiviso]. Buone feste!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Capodanno, breve: </w:t>
      </w:r>
      <w:r>
        <w:rPr>
          <w:rFonts w:ascii="Calibri" w:hAnsi="Calibri" w:cs="Calibri" w:eastAsia="Calibri"/>
          <w:b w:val="0"/>
          <w:color w:val="15131F"/>
          <w:sz w:val="21"/>
        </w:rPr>
        <w:t>Buon anno e grazie per il tuo messaggio. Siamo chiusi fino a [giorno e data di rientro] e risponderemo entro [giorno di risposta].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Auguri: </w:t>
      </w:r>
      <w:r>
        <w:rPr>
          <w:rFonts w:ascii="Calibri" w:hAnsi="Calibri" w:cs="Calibri" w:eastAsia="Calibri"/>
          <w:b w:val="0"/>
          <w:color w:val="5D5A70"/>
          <w:sz w:val="21"/>
        </w:rPr>
        <w:t>Non sai quale festa celebra il cliente? Scrivi “buone feste”. Tieni un canale per le urgenze anche quando sono tutti in ferie.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Cambia lo stesso giorno: </w:t>
      </w:r>
      <w:r>
        <w:rPr>
          <w:rFonts w:ascii="Calibri" w:hAnsi="Calibri" w:cs="Calibri" w:eastAsia="Calibri"/>
          <w:b w:val="0"/>
          <w:color w:val="5D5A70"/>
          <w:sz w:val="21"/>
        </w:rPr>
        <w:t>Risposta email, Chat del sito, Segreteria, Orari di apertura online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Giorno di malattia e congedo per malattia: brevi e riservati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Dettagli medici: Nessuno · Data di rientro: Solo se sei sicuro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Giorno di malattia: assente oggi, forse domani. Impostalo dal telefono o chiedi al collega che gestisce la casella.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Congedo per malattia: indica il mese del rientro solo se ne sei sicuro, e aggiornalo quando la data è certa.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nominare mai la malattia, la cura o l’ospedale. “In congedo” basta.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Giorno di malattia: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tua email. Oggi, [giorno], sono fuori ufficio e prevedo di rientrare [giorno]. Se non può aspettare, scrivi a [indirizzo condiviso]. Altrimenti risponderò entro [giorno di risposta].</w:t>
        <w:br/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Congedo per malattia: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il tuo messaggio. Sono in congedo fino a [mese] e non leggo questa casella.</w:t>
        <w:br/>
        <w:br/>
        <w:t>Per [il tuo ambito, per esempio: la tua pratica], contatta [nome e cognome del sostituto] all’indirizzo [indirizzo di lavoro del sostituto]. Questa email non verrà inoltrata, quindi inviala di nuovo a [nome del sostituto].</w:t>
        <w:br/>
        <w:br/>
        <w:t>Grazie,</w:t>
        <w:br/>
        <w:t>[il tuo nome]</w:t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breve: </w:t>
      </w:r>
      <w:r>
        <w:rPr>
          <w:rFonts w:ascii="Calibri" w:hAnsi="Calibri" w:cs="Calibri" w:eastAsia="Calibri"/>
          <w:b w:val="0"/>
          <w:color w:val="15131F"/>
          <w:sz w:val="21"/>
        </w:rPr>
        <w:t>Fuori ufficio oggi, rientro [giorno]. Urgenze: [indirizzo condiviso].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invece: </w:t>
      </w:r>
      <w:r>
        <w:rPr>
          <w:rFonts w:ascii="Calibri" w:hAnsi="Calibri" w:cs="Calibri" w:eastAsia="Calibri"/>
          <w:b w:val="0"/>
          <w:color w:val="5D5A70"/>
          <w:sz w:val="21"/>
        </w:rPr>
        <w:t>Fuori ufficio, In congedo, Assente fino a marzo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Messaggi per congedo di maternità, paternità e aspettativa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 ti sostituisce: Una persona per ambito · Inoltro: Scrivi sì o 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Congedo di maternità, congedo di paternità, anno sabbatico o qualsiasi assenza di un mese o più.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Indica una persona per ogni ambito, con un indirizzo di lavoro. Chiedile prima e passale le tue note.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che la casella non viene letta e se i messaggi vengono inoltrati.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Congedo di maternità o paternità: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la tua email. Sono in congedo di [maternità o paternità] fino a [mese] e non leggo questa casella.</w:t>
        <w:br/>
        <w:br/>
        <w:t>Durante la mia assenza [nome e cognome del sostituto] segue [i tuoi clienti o il tuo ambito]: [indirizzo di lavoro del sostituto]. Per tutto il resto, scrivi a [indirizzo condiviso].</w:t>
        <w:br/>
        <w:br/>
        <w:t>Questa email non verrà inoltrata, quindi inviala di nuovo all’indirizzo giusto. Grazie per la pazienza.</w:t>
        <w:br/>
        <w:br/>
        <w:t>[il tuo nome]</w:t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Aspettativa o anno sabbatico: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tua email. Sono assente da [azienda] fino a [mese] e non leggo questa casella. Per [ambito 1], contatta [sostituto 1] all’indirizzo [indirizzo 1]; per [ambito 2], [sostituto 2] all’indirizzo [indirizzo 2]. La tua email non verrà inoltrata.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di partire: </w:t>
      </w:r>
      <w:r>
        <w:rPr>
          <w:rFonts w:ascii="Calibri" w:hAnsi="Calibri" w:cs="Calibri" w:eastAsia="Calibri"/>
          <w:b w:val="0"/>
          <w:color w:val="5D5A70"/>
          <w:sz w:val="21"/>
        </w:rPr>
        <w:t>Impostalo l’ultimo giorno di lavoro e provalo da un altro indirizzo. Scrivi il mese, non il giorno, e aggiornalo quando la data è certa.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Usalo per: </w:t>
      </w:r>
      <w:r>
        <w:rPr>
          <w:rFonts w:ascii="Calibri" w:hAnsi="Calibri" w:cs="Calibri" w:eastAsia="Calibri"/>
          <w:b w:val="0"/>
          <w:color w:val="5D5A70"/>
          <w:sz w:val="21"/>
        </w:rPr>
        <w:t>Congedo di maternità, Congedo di paternità, Anno sabbatico, Lunga malattia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Messaggi per convegni, fiere e periodi di lavoro intenso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 di risposta: Un numero di giorni · Controlla la posta: Una volta al giorno, a un’ora fissa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Leggi ancora la posta, ma con calma: un convegno, una fiera, visite ai clienti, la stagione delle dichiarazioni o la chiusura del mese.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Indica un tempo di risposta reale, come “entro 2 giorni lavorativi”, non “accesso limitato alla posta”.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“un evento di lavoro”, non la città o l’hotel: i dettagli dicono agli sconosciuti quando sei via.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Convegno o fiera: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la tua email. Sono a [un evento di lavoro, oppure: il nome dell’evento] fino a [ultimo giorno] e leggo la posta una volta al giorno. Risponderò entro [giorno di risposta].</w:t>
        <w:br/>
        <w:br/>
        <w:t>Se non può aspettare, scrivi a [indirizzo condiviso] o chiama [telefono dell’ufficio].</w:t>
        <w:br/>
        <w:br/>
        <w:t>[il tuo nome]</w:t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Periodo di lavoro intenso: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tua email. Fino a [data di fine] siamo [il motivo, per esempio: nelle ultime settimane della stagione delle dichiarazioni] e le risposte richiedono fino a [tempo di risposta]. Per [argomento urgente], chiama [telefono dell’ufficio].</w:t>
        <w:br/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breve: </w:t>
      </w:r>
      <w:r>
        <w:rPr>
          <w:rFonts w:ascii="Calibri" w:hAnsi="Calibri" w:cs="Calibri" w:eastAsia="Calibri"/>
          <w:b w:val="0"/>
          <w:color w:val="15131F"/>
          <w:sz w:val="21"/>
        </w:rPr>
        <w:t>A un evento di lavoro fino a [giorno], leggo la posta una volta al giorno. Risponderò entro [giorno di risposta].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Prometti il giorno peggiore: </w:t>
      </w:r>
      <w:r>
        <w:rPr>
          <w:rFonts w:ascii="Calibri" w:hAnsi="Calibri" w:cs="Calibri" w:eastAsia="Calibri"/>
          <w:b w:val="0"/>
          <w:color w:val="5D5A70"/>
          <w:sz w:val="21"/>
        </w:rPr>
        <w:t>Prometti il tempo di risposta che riesci a rispettare nel giorno più pieno: “2 giorni lavorativi”, non “il prima possibile”.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Invece di “accesso limitato”: </w:t>
      </w:r>
      <w:r>
        <w:rPr>
          <w:rFonts w:ascii="Calibri" w:hAnsi="Calibri" w:cs="Calibri" w:eastAsia="Calibri"/>
          <w:b w:val="0"/>
          <w:color w:val="5D5A70"/>
          <w:sz w:val="21"/>
        </w:rPr>
        <w:t>Una volta al giorno, Entro 2 giorni lavorativi, Entro venerdì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Messaggi fuori ufficio per il weekend e fuori orario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Risposta: Giorno lavorativo successivo · Entro: Un’ora fissa, come le 12:00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casella aziendale che nessuno legge nel weekend, di notte o durante un ponte.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impostazioni di Gmail e Outlook hanno un solo inizio e una sola fine, quindi una risposta settimanale va riattivata ogni settimana. Usala per i ponti.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 tutte le settimane, metti i tuoi orari nella firma e nella pagina dei contatti, e lascia che di notte e nel weekend risponda la chat del sito.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Weekend: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tua email. Il nostro ufficio è chiuso per il weekend e risponderemo [giorno lavorativo successivo] entro le [ora]. I nostri orari sono [giorni e orari, fuso orario].</w:t>
        <w:br/>
        <w:br/>
        <w:t>Per [tipo di emergenza], chiama [numero per le emergenze].</w:t>
        <w:br/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Fuori orario, breve: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averci scritto. Ora siamo chiusi e rispondiamo dalle [ora] di [giorno lavorativo successivo].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 del sito: </w:t>
      </w:r>
      <w:r>
        <w:rPr>
          <w:rFonts w:ascii="Calibri" w:hAnsi="Calibri" w:cs="Calibri" w:eastAsia="Calibri"/>
          <w:b w:val="0"/>
          <w:color w:val="5D5A70"/>
          <w:sz w:val="21"/>
        </w:rPr>
        <w:t>Per i messaggi di benvenuto fuori orario in chat, usa gli esempi di messaggi di benvenuto per live chat. Non scrivere mai “subito” quando non lavora nessuno.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“Subito”, Un cellulare personale, Nessuna risposta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Quando qualcuno se ne va: risposta automatica per dimissioni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Scritta da: L’azienda · Inoltro: Dillo se non c’è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Qualcuno si è dimesso o ha lasciato l’azienda, e i clienti scrivono ancora al suo indirizzo.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Questa risposta la scrive l’azienda, non la persona che se n’è andata, e la tiene attiva finché i clienti continuano a scrivere.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Indica il nuovo contatto con un indirizzo di lavoro. Non dire mai perché la persona se n’è andata o dove è andata.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Casella di un ex dipendente: </w:t>
      </w:r>
      <w:r>
        <w:rPr>
          <w:rFonts w:ascii="Calibri" w:hAnsi="Calibri" w:cs="Calibri" w:eastAsia="Calibri"/>
          <w:b w:val="0"/>
          <w:color w:val="15131F"/>
          <w:sz w:val="21"/>
        </w:rPr>
        <w:t>Buongiorno,</w:t>
        <w:br/>
        <w:br/>
        <w:t>grazie per la tua email. [Nome] non lavora più presso [azienda] e questa casella non viene letta.</w:t>
        <w:br/>
        <w:br/>
        <w:t>Per [il suo ambito, per esempio: la tua pratica o gli ordini aperti], contatta [nome e cognome del nuovo contatto] all’indirizzo [indirizzo di lavoro del nuovo contatto] o chiama [telefono dell’ufficio]. La tua email non è stata inoltrata, quindi inviala di nuovo.</w:t>
        <w:br/>
        <w:br/>
        <w:t>Grazie,</w:t>
        <w:br/>
        <w:t>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breve: </w:t>
      </w:r>
      <w:r>
        <w:rPr>
          <w:rFonts w:ascii="Calibri" w:hAnsi="Calibri" w:cs="Calibri" w:eastAsia="Calibri"/>
          <w:b w:val="0"/>
          <w:color w:val="15131F"/>
          <w:sz w:val="21"/>
        </w:rPr>
        <w:t>[Nome] ha lasciato [azienda] e questa casella non viene letta. Scrivi invece a [indirizzo di lavoro del nuovo contatto].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che se ne vada: </w:t>
      </w:r>
      <w:r>
        <w:rPr>
          <w:rFonts w:ascii="Calibri" w:hAnsi="Calibri" w:cs="Calibri" w:eastAsia="Calibri"/>
          <w:b w:val="0"/>
          <w:color w:val="5D5A70"/>
          <w:sz w:val="21"/>
        </w:rPr>
        <w:t>Prima dell’ultimo giorno, chiedi quali clienti gli scrivono ancora e presenta il nuovo contatto via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scrivere: </w:t>
      </w:r>
      <w:r>
        <w:rPr>
          <w:rFonts w:ascii="Calibri" w:hAnsi="Calibri" w:cs="Calibri" w:eastAsia="Calibri"/>
          <w:b w:val="0"/>
          <w:color w:val="5D5A70"/>
          <w:sz w:val="21"/>
        </w:rPr>
        <w:t>Perché se n’è andato, Dove è andato, Un’email personale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Versioni brevi: stato, segreteria e chat del sito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Canali: 4, stesse date · Disattiva: Il giorno del rientro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Cambia ogni canale lo stesso giorno dell’email, con le stesse date. La chat del sito ha bisogno di alcune righe per le istruzioni dell’agente 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Stato in un’app di chat: </w:t>
      </w:r>
      <w:r>
        <w:rPr>
          <w:rFonts w:ascii="Calibri" w:hAnsi="Calibri" w:cs="Calibri" w:eastAsia="Calibri"/>
          <w:b w:val="0"/>
          <w:color w:val="15131F"/>
          <w:sz w:val="21"/>
        </w:rPr>
        <w:t>Fuori ufficio fino a [giorno di rientro]. Urgenze: [indirizzo condiviso]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della segreteria: </w:t>
      </w:r>
      <w:r>
        <w:rPr>
          <w:rFonts w:ascii="Calibri" w:hAnsi="Calibri" w:cs="Calibri" w:eastAsia="Calibri"/>
          <w:b w:val="0"/>
          <w:color w:val="15131F"/>
          <w:sz w:val="21"/>
        </w:rPr>
        <w:t>Hai chiamato [azienda]. Siamo chiusi da [primo giorno] a [ultimo giorno] e riapriamo [giorno di rientro] alle [ora di apertura]. Lascia nome, numero e un breve messaggio: ti richiameremo entro [giorno di risposta]. Se è urgente, scrivi a [indirizzo condiviso].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Righe per le istruzioni dell’agente IA: </w:t>
      </w:r>
      <w:r>
        <w:rPr>
          <w:rFonts w:ascii="Calibri" w:hAnsi="Calibri" w:cs="Calibri" w:eastAsia="Calibri"/>
          <w:b w:val="0"/>
          <w:color w:val="15131F"/>
          <w:sz w:val="21"/>
        </w:rPr>
        <w:t>Da [primo giorno] a [ultimo giorno], [azienda] è chiusa per [situazione]. Di’ ai visitatori che il team rientra [giorno di rientro] e risponde entro [giorno di risposta]. Continua a rispondere in base alla knowledge base. Chiedi al visitatore nome, email e una breve descrizione. Urgente significa: [cosa conta come urgente]. Per le domande urgenti, passa la chat a una persona e di’ che [nome del sostituto] risponde entro le [ora] del giorno feriale successivo. Non promettere mai una risposta più rapida e non confermare mai [cosa può confermare solo una persona].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salvata per il sostituto: </w:t>
      </w:r>
      <w:r>
        <w:rPr>
          <w:rFonts w:ascii="Calibri" w:hAnsi="Calibri" w:cs="Calibri" w:eastAsia="Calibri"/>
          <w:b w:val="0"/>
          <w:color w:val="15131F"/>
          <w:sz w:val="21"/>
        </w:rPr>
        <w:t>Grazie per il messaggio, [nome]. [Nome del titolare] è assente fino a [giorno di rientro]. Nel frattempo mi occupo io di [ambito], quindi posso aiutarti con [cosa]. Per tutto il resto, [nome del titolare] ti risponderà entro [giorno di risposta].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Ricordati di toglierle: </w:t>
      </w:r>
      <w:r>
        <w:rPr>
          <w:rFonts w:ascii="Calibri" w:hAnsi="Calibri" w:cs="Calibri" w:eastAsia="Calibri"/>
          <w:b w:val="0"/>
          <w:color w:val="5D5A70"/>
          <w:sz w:val="21"/>
        </w:rPr>
        <w:t>Le righe di assenza restano nelle istruzioni finché qualcuno non le toglie. Crea un’attività per il giorno del rientro.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Cambia lo stesso giorno: </w:t>
      </w:r>
      <w:r>
        <w:rPr>
          <w:rFonts w:ascii="Calibri" w:hAnsi="Calibri" w:cs="Calibri" w:eastAsia="Calibri"/>
          <w:b w:val="0"/>
          <w:color w:val="5D5A70"/>
          <w:sz w:val="21"/>
        </w:rPr>
        <w:t>Risposta email, Chat del sito, Segreteria, Stato in chat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Le ferie di fine anno di una contabile, con sostituto e registro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Hearthstone Accounting è uno studio fittizio di contabilità e consulenza fiscale con due persone, a Spokane, nello stato di Washington. La titolare, Grace Okafor, è in ferie da sabato 19 dicembre 2026 a domenica 3 gennaio 2027; Felipe Andrade risponde alle domande urgenti dei clienti dal lunedì al venerdì alle 10:00. Questi esempi di messaggio fuori ufficio delle schede 1 e 8 lavorano insieme.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lun 28 dic, 21:40: Salve, sono Owen Pryce di Pryce Landscaping. Ho ricevuto un avviso dell’IRS sulla nostra dichiarazione 2025 che chiede di rispondere entro il 13 gennaio. C’è qualcuno che lavora questa settimana?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Owen. Hearthstone Accounting è chiusa fino a lunedì 4 gennaio, ma un avviso con una scadenza conta come urgente: Felipe Andrade ti risponderà entro le 10:00 di domani. Mi lasci la tua email, il numero di telefono e la data dell’avviso? Per favore, non scrivere qui il tuo Social Security number.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owen@prycelandscaping.example, 509-555-0187. L’avviso è datato 14 dicembre.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Owen. Ho passato la richiesta a Felipe con i tuoi dati. Ti contatterà entro le 10:00 di domani.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Felipe (sostituto): </w:t>
      </w:r>
      <w:r>
        <w:rPr>
          <w:rFonts w:ascii="Calibri" w:hAnsi="Calibri" w:cs="Calibri" w:eastAsia="Calibri"/>
          <w:b w:val="0"/>
          <w:color w:val="15131F"/>
          <w:sz w:val="21"/>
        </w:rPr>
        <w:t>mar 29 dic, 09:50: Ciao Owen, sono Felipe. Hai tempo fino al 13 gennaio, quindi non c’è fretta. Ti chiamo oggi alle 11:00 per vedere insieme l’avviso, e ho fissato una revisione con Grace per martedì 5 gennaio.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Perfetto, grazie. A dopo, alle 11.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Piano assenze: Grace Okafor, fine anno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sab 19 dic 2026 a dom 3 gen 2027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Rientro, risposte entro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4 gen, risposte entro mer 6 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Sostituto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 Andrade, lun-ven alle 10:00, non il 25 dic né il 1° 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Urgente significa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avviso fiscale con una scadenza, le paghe, un problema con la banca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automatica di Gmail; urgenze: urgent@hearthstone.example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Chat del sito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Righe di assenza nelle “Instructions”; avvisi a Felipe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Segreteria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509-555-0142, stesse date, registrata ven 18 dic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messaggi: cosa è arrivato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Ricevuto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chi e su cosa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21 dic,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Vega: quando saranno pronti i W-2 del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mar 5 gen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22 dic,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Dmitri Volkov: due nuovi assunti per le paghe del 31 dic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mer 23 dic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28 dic,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Pryce: avviso dell’IRS, rispondere entro il 13 gen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mar 29 dic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30 dic, segreteria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nuova cliente: contabilità mensile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lun 4 gen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31 dic,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Hector Lin: copia della dichiarazione 2025 per un prestito bancario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lun 4 gen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In CRMsoftware.pro il 6 gennaio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“Live Support”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chat passate a Felipe, entrambe “Completed”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Nuovo 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Tamarack Coffee, contabilità mensile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“Esaminare l’avviso dell’IRS: Owen Pryce”, Grace, “Deadline” 8 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“Notification email”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 nuovo a Grace, righe di assenza tolte, lun 4 gen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 di messaggio fuori ufficio per ogni situazione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Situazione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cambia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scrivere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Frase pronta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Ferie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Date di assenza, giorno di risposta, un canale per le urgenze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Dove vai, chi resta a casa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fuori ufficio fino a lunedì 4 gennaio e risponderò entro mercoledì 6 gennaio.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Natale e festività di fine anno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Chiude tutta l’attività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augurio religioso se non sei sicuro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Siamo chiusi per le feste e riapriamo lunedì 4 gennaio alle 9:00.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Capodanno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Spesso una breve chiusura il 1° gennaio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Promesse che non puoi mantenere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Buon anno. Siamo chiusi il 1° gennaio e riapriamo lunedì 4 gennaio.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Festività nazionale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Uno o due giorni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Lunghi racconti sulla festa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Siamo chiusi il 26 e 27 novembre per il Ringraziamento e rispondiamo da lunedì 30 novembre.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Weekend e fuori orario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giorno lavorativo successivo e un orario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“Subito”, numeri personali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Siamo chiusi per il weekend e risponderemo lunedì entro le 12:00.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Periodo di lavoro intenso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tempo di risposta reale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“Disponibilità limitata” senza un numero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al 15 aprile le risposte richiedono fino a 3 giorni lavorativi.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Convegno o fiera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Leggi la posta una volta al giorno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Hotel, città, orari dei voli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a un evento di lavoro fino a giovedì e leggo la posta una volta al giorno.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di malattia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Oggi e quando pensi di rientrare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Sintomi, visite mediche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Oggi sono fuori ufficio e prevedo di rientrare domani.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Congedo per malattia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mese del rientro; chi ti sostituisce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Diagnosi, cure, ospedale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in congedo fino a marzo. Scrivi al nostro team all’indirizzo qui sotto.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Congedo di maternità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persona che ti sostituisce per ogni ambito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del parto, dettagli familiari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in congedo di maternità fino a giugno e non leggo questa casella.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Congedo di paternità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 stesso, spesso più breve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Dettagli familiari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in congedo di paternità fino al 15 marzo. Un collega segue i miei clienti.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Aspettativa o anno sabbatico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letta, non inoltrata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Sono assente fino a settembre e questa email non verrà inoltrata.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lasciato l’azienda (dimissioni)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L’azienda indica il nuovo contatto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Perché se n’è andato, dove è andato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nostro ex collega ha lasciato l’azienda e questa casella non viene letta.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 regole per un messaggio fuori ufficio professionale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Per email, chat del sito, segreteria e stato. Concordale una volta sola, per tutto il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Cinque parti, sempre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Le date, il giorno in cui rispondi, dove vanno le domande urgenti, cosa conta come urgente e se l’email verrà letta più tardi, inoltrata o non letta.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Rientro lunedì 4 gennaio e risponderò entro mercoledì 6 gennaio.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Prometti un giorno che puoi rispettare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Rientro lunedì, risposta entro mercoledì. “Il prima possibile” non è un giorno, e “a breve” non è vero quando non lavora nessuno.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solo canale per le urgenze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indirizzo condiviso o il numero dell’ufficio, controllato a un’ora fissa. Evita nomi, ruoli e numeri diretti dei colleghi in una risposta che ricevono anche gli sconosciuti; per un’assenza lunga serve una persona indicata per nome.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Niente su dove o perché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Nessuna destinazione, nessun piano di viaggio, nessun dettaglio medico. Gmail aggiunge la tua firma sotto la risposta: togli il numero di cellulare prima di partire.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Interna ed esterna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 colleghi ricevono il passaggio di consegne; i clienti, le date e il canale per le urgenze. Se i clienti scrivono a questo indirizzo, rispondi a tutti i mittenti esterni e resta generico: la risposta arriva anche a newsletter e posta indesiderata.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Stesso giorno per attivare e disattivare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Email, chat, segreteria e stato cambiano insieme, e tornano come prima il giorno del rientro. Gmail si ferma alle 23:59 dell’ultimo giorno, Outlook all’ora di fine che imposti; il resto richiede una persona.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Prima vengono le regole IT o di sicurezza del tuo datore di lavoro: alcune organizzazioni consentono solo risposte automatiche interne.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Come impostare una risposta automatica in Gmail e Outlook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Dove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 la riceve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Stesso mittente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su computer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Impostazioni &gt; Visualizza tutte le impostazioni &gt; Generali &gt; Attiva risponditore automatico, poi Salva modifiche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Dalle 00:00 del primo giorno alle 23:59 dell’ultimo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Tutti o solo i contatti; mai spam o mailing list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messaggio, di nuovo dopo 4 giorni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Nuovo Outlook per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Visualizza &gt; Impostazioni di visualizzazione &gt; Account &gt; Risposte automatiche; attivale, poi Salva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risposte solo durante un periodo di tempo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Account di lavoro: colleghi, mittenti esterni se lo scegli, o solo i contatti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volta a ogni persona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classico per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File &gt; Risposte automatiche &gt; Invia risposte automatiche, poi OK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Facoltative; si ferma all’ora di fine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Schede All’interno dell’organizzazione e All’esterno dell’organizzazione, ognuna con il suo messaggio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volta a ogni persona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sul web e Outlook.com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Impostazioni &gt; Account &gt; Risposte automatiche, poi Salva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periodo di tempo; può anche bloccare il calendario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Risposte ai mittenti esterni all’organizzazione: una casella da selezionare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volta a ogni persona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 (agente IA)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“My Bots” &gt; il tuo bot &gt; sezione “Basics” &gt; “Instructions”: righe dalla scheda 8; “Save Bot”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Nessuna: aggiungi le righe e toglile a mano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visitatore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chat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messaggi fuori ufficio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la situazione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Copia la versione esterna, quella interna e quella breve.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cinque parti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Date, giorno di risposta, canale per le urgenze, cosa conta come urgente, cosa succede all’email.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Accordati con il sostituto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Chiedi prima. Stabilite quando controlla l’indirizzo condiviso e cosa può decidere.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Imposta ogni canale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giorno prima: email, chat del sito, segreteria, stato. Prova da un altro indirizzo.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Registra, poi recupera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Al rientro, rispondi a tutto entro il giorno di risposta.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“My Bots” &gt; scegli il bot &gt; sezione “Basics” &gt; “Instructions”: il giorno prima di partire, aggiungi le righe della scheda 8. “Save Bot”, poi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Scheda “Behavior” &gt; “Collect User Data”: nome ed email vengono chiesti sempre; attiva “Collect Phone Number” e “Collect Description”.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Scheda “Connect” &gt; “Send email notifications”: imposta la “Notification email” sull’indirizzo del tuo sostituto almeno un giorno prima. Devono confermare entrambe le caselle; link e codici scadono entro 24 ore.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Con Launch, le chat urgenti aspettano in “Live Support” con stato “Awaiting agent”: il tuo sostituto fa clic su “Claim” (prende in carico la chat), risponde, poi su “Resolve”.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“Tasks” &gt; “New Task” per il giorno del rientro: “Task title” “Togliere le righe di assenza, ripristinare le notifiche”, “Assignee”, “Deadline”. Aggiungi un’attività per ogni recupero.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Con Growth: “Settings” &gt; “Saved Replies” &gt; “New reply”: “Shortcut” /away, “Title”, “Reply body” dalla scheda 8, “Share with team”.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invia risposte automatiche alle email: impostale in Gmail o Outlook. Chat IA 24/7 e attività di base: Free, 3 utenti. Passaggio a una persona e “Live Support”: Launch, 19 $ al mese con fatturazione annuale. “Saved Replies”: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Il giorno del rientro, 20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Risposta email disattivata, righe di assenza tolte dalle “Instructions”.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“Notification email”, segreteria e stato ripristinati.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Registro messaggi: prima i recuperi urgenti, il resto entro il giorno di risposta.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Chiedi al sostituto cosa è ancora aperto, e ringrazialo.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https://crmsoftware.pro/it/templates/out-of-office-message-examples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 di messaggio fuori ufficio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