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di vendita telefonica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Flusso della chiamata, richiamata di un nuovo lead, chiamata in entrata, segreteria e SMS, follow-up del preventivo, chiamata decisiva, chiamata di rinnovo e frasi per 8 settori.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lo script per il tuo tipo di chiamata e sostituisci ogni parola tra [parentesi quadre] con quello che ti ha detto il cliente. Ogni chiamata segue gli stessi cinque passi e si chiude con un prossimo passo con giorno e ora. Registra ogni chiamata nel registro chiamate Excel prima della successiva.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Gli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Modello di script di vendita telefonica: flusso in 5 passi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Passi: 5 · Durata: Da 10 a 15 minuti · Finisce con: Un giorno e un’ora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 chiamate a caldo e in entrata: la persona ha chiesto di essere contattata, ti ha chiamato o è già cliente. Per chiamare chi non l’ha chiesto, usa lo script per chiamate a freddo.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 cinque passi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Nome e motivo: Chi sei e cosa ti ha chiesto, con le sue parole.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Tempo e scaletta: Quanto dura e di cosa parlerai. Chiedi se è un buon momento.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Riepilogo: Ripeti quello che sai già, così non deve ripeterlo.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Una domanda: L’unica domanda che decide il prossimo passo. Poi ascolta.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Prossimo passo con data: Un solo passo, con giorno e ora, concordato prima di riattaccare.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flusso in cinque frasi: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Ti chiamo per [la sua richiesta], come ci avevi chiesto.</w:t>
        <w:br/>
        <w:t>Mi servono circa [10] minuti: verifico quello che ci hai detto, ti faccio una o due domande e ti propongo un prossimo passo. È un buon momento?</w:t>
        <w:br/>
        <w:t>Per ora ho questo: [quello che ti ha detto]. È corretto?</w:t>
        <w:br/>
        <w:t>[La tua unica domanda]?</w:t>
        <w:br/>
        <w:t>Allora il prossimo passo è [prossimo passo]. Ti va bene [giorno] alle [ora]?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Dopo la chiamata, prima della prossima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il riepilogo nelle note: le sue parole, i numeri e le date.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Trasforma il prossimo passo in un’attività con un responsabile e una scadenza, registra la chiamata e invia lo stesso giorno un breve riepilogo via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Senza data, niente 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“Ti faccio sapere” non è un prossimo passo. Se il cliente non sa ancora scegliere un giorno, concordate quando lo richiamerai per fissarlo.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L’offerta prima del riepilogo, Due prossimi passi, Un prossimo passo senza data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Script di richiamata per un nuovo lead: chiama entro un’ora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Chiama entro: 1 ora · Tentativi: 3 in 3 giorni lavorativi · Se non risponde: Segreteria e 1 SMS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chiamare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Entro 1 ora da un modulo web, una chat o una richiesta di prenotazione, nel tuo orario di lavoro: i lead chiamati entro un’ora avevano molte più probabilità di raggiungere chi decide.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All’ora che ha scelto, se ne ha scelta una. Lead arrivati di sera: nella prima ora del giorno lavorativo successivo.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Apertura: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Ti chiamo per [la sua richiesta], come ci hai chiesto [oggi] sul nostro sito. È un buon momento per parlarne 10 minuti?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è il momento giusto: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Ti va meglio oggi alle [ora] o domani alle [ora]? Ti chiamo da questo numero.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e una domanda: </w:t>
      </w:r>
      <w:r>
        <w:rPr>
          <w:rFonts w:ascii="Calibri" w:hAnsi="Calibri" w:cs="Calibri" w:eastAsia="Calibri"/>
          <w:b w:val="0"/>
          <w:color w:val="15131F"/>
          <w:sz w:val="21"/>
        </w:rPr>
        <w:t>Mi hai scritto che ti serve [quello che ha scritto], per [la sua data]. Prima di proporti qualcosa, una domanda: [la tua unica domanda]?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15131F"/>
          <w:sz w:val="21"/>
        </w:rPr>
        <w:t>Grazie, mi è utile. Allora [ti mando un preventivo scritto / fisso un sopralluogo / fisso una demo] entro [giorno] alle [ora]. Possiamo risentirci [giorno] alle [ora] per vederlo insieme?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 da quale numero chiami: </w:t>
      </w:r>
      <w:r>
        <w:rPr>
          <w:rFonts w:ascii="Calibri" w:hAnsi="Calibri" w:cs="Calibri" w:eastAsia="Calibri"/>
          <w:b w:val="0"/>
          <w:color w:val="5D5A70"/>
          <w:sz w:val="21"/>
        </w:rPr>
        <w:t>In un sondaggio del 2020, l’80% degli adulti statunitensi ha detto di non rispondere in genere alle chiamate da numeri sconosciuti. Nella chat, nella conferma del modulo o nell’email, di’ chi chiamerà e da quale numero.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di chiamare: </w:t>
      </w:r>
      <w:r>
        <w:rPr>
          <w:rFonts w:ascii="Calibri" w:hAnsi="Calibri" w:cs="Calibri" w:eastAsia="Calibri"/>
          <w:b w:val="0"/>
          <w:color w:val="5D5A70"/>
          <w:sz w:val="21"/>
        </w:rPr>
        <w:t>La sua richiesta, con le sue parole, Il suo fuso orario, La tua unica domanda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Script di vendita per chiamate in entrata: rispondi e fissa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Nome e numero: Primo minuto · Prezzo: Una fascia o un preventivo scritto · Richiamata: Entro un orario che puoi rispettare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Buongiorno, [azienda], sono [il tuo nome]. Come posso aiutarti?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nome e numero: </w:t>
      </w:r>
      <w:r>
        <w:rPr>
          <w:rFonts w:ascii="Calibri" w:hAnsi="Calibri" w:cs="Calibri" w:eastAsia="Calibri"/>
          <w:b w:val="0"/>
          <w:color w:val="15131F"/>
          <w:sz w:val="21"/>
        </w:rPr>
        <w:t>Volentieri. Nel caso cadesse la linea, mi lasci il tuo nome e il numero migliore per richiamarti?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e una domanda: </w:t>
      </w:r>
      <w:r>
        <w:rPr>
          <w:rFonts w:ascii="Calibri" w:hAnsi="Calibri" w:cs="Calibri" w:eastAsia="Calibri"/>
          <w:b w:val="0"/>
          <w:color w:val="15131F"/>
          <w:sz w:val="21"/>
        </w:rPr>
        <w:t>Quindi cerchi [quello che ha chiesto], per [la sua data]. Una domanda, così ti do la risposta giusta: [la tua unica domanda]?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subito il prezzo: </w:t>
      </w:r>
      <w:r>
        <w:rPr>
          <w:rFonts w:ascii="Calibri" w:hAnsi="Calibri" w:cs="Calibri" w:eastAsia="Calibri"/>
          <w:b w:val="0"/>
          <w:color w:val="15131F"/>
          <w:sz w:val="21"/>
        </w:rPr>
        <w:t>Domanda giusta. Dipende da [le due cose che cambiano il prezzo]. Per [la sua situazione] di solito è [la tua fascia di prezzo, se ne hai una]. Il prezzo esatto lo ricevi in un preventivo scritto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sai la risposta: </w:t>
      </w:r>
      <w:r>
        <w:rPr>
          <w:rFonts w:ascii="Calibri" w:hAnsi="Calibri" w:cs="Calibri" w:eastAsia="Calibri"/>
          <w:b w:val="0"/>
          <w:color w:val="15131F"/>
          <w:sz w:val="21"/>
        </w:rPr>
        <w:t>Non voglio tirare a indovinare. Verifico con [collega] e ti richiamo entro le [ora] di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15131F"/>
          <w:sz w:val="21"/>
        </w:rPr>
        <w:t>Posso [inviarti il preventivo / fissare un sopralluogo / bloccare la data] per [giorno] alle [ora]? Dopo questa chiamata ti mando un breve riepilogo via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segreteria per il tuo telefono: </w:t>
      </w:r>
      <w:r>
        <w:rPr>
          <w:rFonts w:ascii="Calibri" w:hAnsi="Calibri" w:cs="Calibri" w:eastAsia="Calibri"/>
          <w:b w:val="0"/>
          <w:color w:val="15131F"/>
          <w:sz w:val="21"/>
        </w:rPr>
        <w:t>Hai chiamato [azienda]. Lascia il tuo nome, il tuo numero e di cosa hai bisogno: ti richiameremo entro [1 ora lavorativa]. Puoi anche scriverci in chat su [sito web].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 prezzo che non puoi mantenere, “Qualcuno ti richiamerà”, Riattaccare senza un prossimo passo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Messaggio in segreteria e SMS dopo una chiamata persa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Segreteria: 20 secondi · SMS: 1, sotto i 160 caratteri · Tentativi: 3, poi chiudi con un’email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non risponde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Tentativo 1: Un messaggio in segreteria, sotto i 20 secondi: chi sei, perché chiami, il tuo numero. Poi un SMS, se ha accettato di riceverne.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Tentativo 2: Più tardi lo stesso giorno o il giorno lavorativo successivo, in un altro orario. Niente secondo SMS.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Tentativo 3: Terzo giorno lavorativo: un’ultima chiamata, poi una breve email che dice che è il tuo ultimo tentativo.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in segreteria: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[azienda], ti chiamo per [la sua richiesta]. Riprovo alle [ora], oppure chiamami al [telefono].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SMS: </w:t>
      </w:r>
      <w:r>
        <w:rPr>
          <w:rFonts w:ascii="Calibri" w:hAnsi="Calibri" w:cs="Calibri" w:eastAsia="Calibri"/>
          <w:b w:val="0"/>
          <w:color w:val="15131F"/>
          <w:sz w:val="21"/>
        </w:rPr>
        <w:t>Ciao [nome], [il tuo nome] di [azienda]. Ti ho lasciato un messaggio per [la sua richiesta]. Ti richiamo alle [ora], o chiamami al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Ultimo tentativo, via 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ho provato a contattarti [giorno] e [giorno] per [la sua richiesta]. Questo è il mio ultimo tentativo, così non continuo a chiamarti.</w:t>
        <w:br/>
        <w:br/>
        <w:t>Se è ancora tra i tuoi programmi, rispondimi con un orario comodo o chiamami al [telefono]. Altrimenti, non serve rispondere.</w:t>
        <w:br/>
        <w:br/>
        <w:t>[il tuo nome],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Gli SMS valgono come chiamate: </w:t>
      </w:r>
      <w:r>
        <w:rPr>
          <w:rFonts w:ascii="Calibri" w:hAnsi="Calibri" w:cs="Calibri" w:eastAsia="Calibri"/>
          <w:b w:val="0"/>
          <w:color w:val="5D5A70"/>
          <w:sz w:val="21"/>
        </w:rPr>
        <w:t>Invia SMS solo a un numero di cellulare che ti ha dato per essere contattato o da cui ti ha chiamato. Negli Stati Uniti gli SMS contano come chiamate, e le tutele del registro Do Not Call valgono anche per gli SMS. Se risponde “stop”, smetti: le norme FCC adottate nel 2024 dicono che si può revocare il consenso in qualsiasi modo ragionevole.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 in segreteria o via SMS: </w:t>
      </w:r>
      <w:r>
        <w:rPr>
          <w:rFonts w:ascii="Calibri" w:hAnsi="Calibri" w:cs="Calibri" w:eastAsia="Calibri"/>
          <w:b w:val="0"/>
          <w:color w:val="5D5A70"/>
          <w:sz w:val="21"/>
        </w:rPr>
        <w:t>Prezzi, Dati sanitari o finanziari, Pressioni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Script per la chiamata di follow-up dopo il preventivo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Chiama: Giorno concordato · Oppure: 2 giorni lavorativi dopo · Obiettivo: Domande chiarite, una data di decisione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chiamare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Nel giorno e all’ora concordati quando hai inviato il preventivo: fissa questa chiamata prima di inviarlo.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 orario concordato? Due giorni lavorativi dopo l’invio.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Apertura: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Come d’accordo, ti chiamo per il preventivo per [progetto] che ti ho inviato [giorno]. È ancora un buon momento?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Tre domande: </w:t>
      </w:r>
      <w:r>
        <w:rPr>
          <w:rFonts w:ascii="Calibri" w:hAnsi="Calibri" w:cs="Calibri" w:eastAsia="Calibri"/>
          <w:b w:val="0"/>
          <w:color w:val="15131F"/>
          <w:sz w:val="21"/>
        </w:rPr>
        <w:t>Che domande ti sono venute leggendolo?</w:t>
        <w:br/>
        <w:t>Copre tutto quello che ti serve per [la sua data]?</w:t>
        <w:br/>
        <w:t>C’è qualcosa di diverso da quello che ti aspettavi?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della decisione: </w:t>
      </w:r>
      <w:r>
        <w:rPr>
          <w:rFonts w:ascii="Calibri" w:hAnsi="Calibri" w:cs="Calibri" w:eastAsia="Calibri"/>
          <w:b w:val="0"/>
          <w:color w:val="15131F"/>
          <w:sz w:val="21"/>
        </w:rPr>
        <w:t>Cosa dovete decidere tu e [l’altra persona che decide], ed entro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l’ha letto: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Vuoi che lo vediamo insieme adesso in cinque minuti, o ti richiamo [giorno] alle [ora]?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il prezzo supera quanto previsto: </w:t>
      </w:r>
      <w:r>
        <w:rPr>
          <w:rFonts w:ascii="Calibri" w:hAnsi="Calibri" w:cs="Calibri" w:eastAsia="Calibri"/>
          <w:b w:val="0"/>
          <w:color w:val="15131F"/>
          <w:sz w:val="21"/>
        </w:rPr>
        <w:t>Grazie di avermelo detto. Quale parte va oltre quello che avevi previsto? Posso mostrarti cosa cambia se [togliamo o cambiamo una voce].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“giusto per sentire”: </w:t>
      </w:r>
      <w:r>
        <w:rPr>
          <w:rFonts w:ascii="Calibri" w:hAnsi="Calibri" w:cs="Calibri" w:eastAsia="Calibri"/>
          <w:b w:val="0"/>
          <w:color w:val="5D5A70"/>
          <w:sz w:val="21"/>
        </w:rPr>
        <w:t>Chiama con un motivo: le sue domande, la sua data o una modifica che puoi offrire. Se il preventivo ha una scadenza, dilla una volta, così come è scritta. Per le obiezioni su prezzo e tempi, usa le risposte alle obiezioni di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“Ti chiamavo giusto per sentire”, Una scadenza che non è nel preventivo, Uno sconto che nessuno ha chiesto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Script di chiamata di chiusura: riepiloga, chiedi, conferma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Chiedi: Una volta · Riepilogo via email: Lo stesso giorno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Usalo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sue domande hanno avuto risposta e avete concordato una data di decisione.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persona che decide è in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Riepilogo: </w:t>
      </w:r>
      <w:r>
        <w:rPr>
          <w:rFonts w:ascii="Calibri" w:hAnsi="Calibri" w:cs="Calibri" w:eastAsia="Calibri"/>
          <w:b w:val="0"/>
          <w:color w:val="15131F"/>
          <w:sz w:val="21"/>
        </w:rPr>
        <w:t>Verifico di avere tutto: hai bisogno di [cosa gli serve] per [la sua data]. Il preventivo è di [totale] per [cosa è incluso] e abbiamo chiarito [la domanda che aveva]. È corretto?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Possiamo procedere?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Poi taci: </w:t>
      </w:r>
      <w:r>
        <w:rPr>
          <w:rFonts w:ascii="Calibri" w:hAnsi="Calibri" w:cs="Calibri" w:eastAsia="Calibri"/>
          <w:b w:val="0"/>
          <w:color w:val="5D5A70"/>
          <w:sz w:val="21"/>
        </w:rPr>
        <w:t>Chiedi una volta, poi aspetta. Qualche secondo di silenzio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sì: conferma: </w:t>
      </w:r>
      <w:r>
        <w:rPr>
          <w:rFonts w:ascii="Calibri" w:hAnsi="Calibri" w:cs="Calibri" w:eastAsia="Calibri"/>
          <w:b w:val="0"/>
          <w:color w:val="15131F"/>
          <w:sz w:val="21"/>
        </w:rPr>
        <w:t>Grazie. Ecco i prossimi passi: [primo passo, per esempio la fattura dell’acconto] oggi, [passo successivo] il [data] e [consegna o avvio] il [data]. Ti mando questo riepilogo via email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ancora: </w:t>
      </w:r>
      <w:r>
        <w:rPr>
          <w:rFonts w:ascii="Calibri" w:hAnsi="Calibri" w:cs="Calibri" w:eastAsia="Calibri"/>
          <w:b w:val="0"/>
          <w:color w:val="15131F"/>
          <w:sz w:val="21"/>
        </w:rPr>
        <w:t>Va bene. Cosa ti servirebbe vedere o sapere per decidere? Possiamo risentirci [giorno] alle [ora]?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è no: </w:t>
      </w:r>
      <w:r>
        <w:rPr>
          <w:rFonts w:ascii="Calibri" w:hAnsi="Calibri" w:cs="Calibri" w:eastAsia="Calibri"/>
          <w:b w:val="0"/>
          <w:color w:val="15131F"/>
          <w:sz w:val="21"/>
        </w:rPr>
        <w:t>Grazie di avermelo detto. Posso chiederti cosa ha fatto la differenza? Chiudo la pratica da parte nostra. Se cambia qualcosa, chiamami al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Pressioni, Una scadenza finta, Discutere un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Script per la chiamata di rinnovo e ampliamento ai clienti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Giorni prima del rinnovo: Da 60 a 90 · Domande: 3 · Variazione di prezzo: Detta chiaramente, poi per iscritto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chiamare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Rinnovo: da 60 a 90 giorni prima della data di rinnovo, così c’è tempo per risolvere i problemi.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Ampliamento o nuovo ordine: dopo un risultato che il cliente vede, o quando parla di una nuova esigenza.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Apertura: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Il tuo [servizio] [si rinnova o scade] il [data], e prima di allora vorrei 10 minuti per capire com’è andata. È un buon momento?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Tre domande: </w:t>
      </w:r>
      <w:r>
        <w:rPr>
          <w:rFonts w:ascii="Calibri" w:hAnsi="Calibri" w:cs="Calibri" w:eastAsia="Calibri"/>
          <w:b w:val="0"/>
          <w:color w:val="15131F"/>
          <w:sz w:val="21"/>
        </w:rPr>
        <w:t>Cosa ha funzionato bene?</w:t>
        <w:br/>
        <w:t>Cosa non ha funzionato, o ha richiesto troppo tempo?</w:t>
        <w:br/>
        <w:t>Cosa cambia per te [l’anno prossimo o nella prossima stagione]?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Proposta, solo se è adatta: </w:t>
      </w:r>
      <w:r>
        <w:rPr>
          <w:rFonts w:ascii="Calibri" w:hAnsi="Calibri" w:cs="Calibri" w:eastAsia="Calibri"/>
          <w:b w:val="0"/>
          <w:color w:val="15131F"/>
          <w:sz w:val="21"/>
        </w:rPr>
        <w:t>Hai detto che [nuova esigenza, con le sue parole]. [Opzione] coprirebbe questa esigenza, con [variazione di prezzo]. La aggiungo al preventivo di rinnovo o lasciamo tutto com’è?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vuole andarsene: </w:t>
      </w:r>
      <w:r>
        <w:rPr>
          <w:rFonts w:ascii="Calibri" w:hAnsi="Calibri" w:cs="Calibri" w:eastAsia="Calibri"/>
          <w:b w:val="0"/>
          <w:color w:val="15131F"/>
          <w:sz w:val="21"/>
        </w:rPr>
        <w:t>Grazie di avermelo detto per tempo. Cosa avremmo dovuto fare diversamente? Mi assicuro che [l’ultima consegna o il passaggio di consegne] vada liscio.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 clienti negli Stati Uniti: </w:t>
      </w:r>
      <w:r>
        <w:rPr>
          <w:rFonts w:ascii="Calibri" w:hAnsi="Calibri" w:cs="Calibri" w:eastAsia="Calibri"/>
          <w:b w:val="0"/>
          <w:color w:val="5D5A70"/>
          <w:sz w:val="21"/>
        </w:rPr>
        <w:t>Puoi chiamare un consumatore il cui numero è nel National Do Not Call Registry (il registro nazionale delle opposizioni) per 18 mesi dopo l’ultimo acquisto, consegna o pagamento, a meno che non ti abbia chiesto di non chiamarlo.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 rinnovo a sorpresa, Un ampliamento che non ha chiesto, Una variazione di prezzo solo al telefono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Script di vendita telefonica per settore: cosa cambia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Settori: 8 · Per settore: Cosa cambia, prossimo passo, frase pronta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flusso della chiamata resta lo stesso. Da un settore all’altro cambiano le domande e il prossimo passo. Di’ la frase pronta dopo il riepilogo.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Studi dentistici e centri medici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I pazienti chiedono prima di costi e assicurazione. Fissa la visita; non fare mai un preventivo delle cure prima della visita. Messaggi in segreteria: solo nome, studio e numero.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Una prima visita con data e 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Domanda giusta. Il costo esatto dipende da cosa trova il dentista, quindi partiamo da una prima visita. Ho [giorno] alle [ora]. Te la prenoto?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Ospitalità ed eventi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Prima data e numero di ospiti. Verifica che la data sia libera prima di parlare di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 sopralluogo, una degustazione o un preventivo scritto. Blocca una data solo con un acconto.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Prima di inviarti qualcosa: la data del [data] è confermata, e quanti ospiti prevedi più o meno? Verifico che la data sia libera.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Selezione e somministrazione di personale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Due interlocutori: chi assume e il candidato. Chiedi solo del lavoro: competenze, fascia di retribuzione, data di inizio.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Azienda: una rosa di candidati entro una data. Candidato: un orario per il colloquio.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Ti serve [ruolo] entro [data]. Quante persone hai già incontrato a colloquio, e cosa mancava?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Negozi al dettaglio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Chi chiama chiede di disponibilità, prezzo o di un ordine: verifica prima di rispondere. In negozio, usa lo stesso flusso di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 orario di ritiro, o il prodotto tenuto da parte fino a un’ora stabilita.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Ho [articolo] in [taglia o colore]. Te lo tengo da parte fino alle [ora] di domani?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Vendita alle piccole imprese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Il titolare fa tutto. Chiama all’ora che ha scelto, resta nei 10 minuti, usa i suoi numeri.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 piccolo passo: una prova, una visita o un preventivo.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So che hai un’attività da mandare avanti, quindi 10 minuti. Hai detto che [problema] ti costa circa [il suo numero] a settimana. È ancora così?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Servizi per la casa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Chiedi indirizzo, foto e quanto è urgente. Dai una fascia oraria di arrivo, non un prezzo fisso prima di vedere il lavoro.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 sopralluogo per il preventivo con una fascia di 2 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Puoi mandarmi per SMS due foto del [problema]? Così posso fissare il sopralluogo [giorno] tra le [ora] e le [ora].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Immobiliare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Prima se compra o vende, poi i tempi, e il finanziamento per chi compra. Descrivi le case, mai chi abita in una zona.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Una visita all’immobile o un appuntamento per l’incarico di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Vuoi comprare, vendere o entrambe le cose? E con quali tempi?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8.8 Servizi e software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Chi ha chiesto la demo raramente decide da solo. Chiedi chi altro è coinvolto.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Prossimo passo: </w:t>
      </w:r>
      <w:r>
        <w:rPr>
          <w:rFonts w:ascii="Calibri" w:hAnsi="Calibri" w:cs="Calibri" w:eastAsia="Calibri"/>
          <w:b w:val="0"/>
          <w:color w:val="5D5A70"/>
          <w:sz w:val="21"/>
        </w:rPr>
        <w:t>Una demo o una chiamata conoscitiva con la persona che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Chi altro partecipa a questa decisione, e conviene che si unisca alla demo di [giorno]?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Settori regolamentati: </w:t>
      </w:r>
      <w:r>
        <w:rPr>
          <w:rFonts w:ascii="Calibri" w:hAnsi="Calibri" w:cs="Calibri" w:eastAsia="Calibri"/>
          <w:b w:val="0"/>
          <w:color w:val="5D5A70"/>
          <w:sz w:val="21"/>
        </w:rPr>
        <w:t>In sanità, assicurazioni, finanza e immobiliare, rispetta le regole della tua licenza e del tuo settore. Non promettere mai un risultato, un tasso o un prezzo che non sia per iscritto.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Poi usa: </w:t>
      </w:r>
      <w:r>
        <w:rPr>
          <w:rFonts w:ascii="Calibri" w:hAnsi="Calibri" w:cs="Calibri" w:eastAsia="Calibri"/>
          <w:b w:val="0"/>
          <w:color w:val="5D5A70"/>
          <w:sz w:val="21"/>
        </w:rPr>
        <w:t>Flusso della chiamata, Dopo il preventivo, Risposte alle obiezioni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Da una chat sul sito a una trattativa vinta in tre chiamate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Meadowlark Event Rentals, un’azienda fittizia che noleggia tende, tavoli e illuminazione per matrimoni ed eventi aziendali, usa questi script di vendita telefonica con Clara Jensen, responsabile eventi di Juniper Hollow Vineyard. Ogni numero viene da Clara o dal preventivo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Gio 8 ott, 21:15: Buonasera, sono Clara Jensen, responsabile eventi di Juniper Hollow Vineyard. Abbiamo una cena della vendemmia per un cliente aziendale sabato 7 novembre, 120 ospiti sul prato. Noleggiate tende, tavoli e illuminazione per un evento così?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Clara. Sì, noleggiamo tende, tavoli e illuminazione per 120 ospiti. La tenda giusta dipende dalla disposizione dei tavoli e dal prato, quindi Gideon Ward ti chiamerà per verificarlo e poi ti invierà un preventivo scritto. A che numero può chiamarti, e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541-555-0147, domani tra le 9 e le 10.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Fatto. Gideon ti chiamerà venerdì tra le 9 e le 10 dal 541-555-0162. Se non ti trova, ti lascerà un messaggio in segreteria e ti manderà un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Ven 9 ott, 9:05, chiamata: nessuna risposta. Messaggio in segreteria, 15 secondi: “Ciao Clara, sono Gideon Ward di Meadowlark Event Rentals, ti chiamo per la tenda del 7 novembre. Riprovo alle 11, oppure chiamami al 541-555-0162. Grazie.”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9:06, SMS: Ciao Clara, Gideon Ward di Meadowlark Event Rentals. Ti ho lasciato un messaggio per la tenda del 7 novembre. Ti richiamo alle 11, o chiamami al 541-555-0162.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9:31, Clara richiama: Ciao Gideon, scusa, ero in cantina. Ora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Grazie di avermi richiamato. Mi servono 10 minuti: verifico quello che hai scritto in chat, ti faccio una domanda, poi concordiamo il preventivo. Per ora ho: 120 ospiti sul prato sabato 7 novembre. Giusto?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Sì, con tavoli rotondi e una pista da ballo. Il cliente è preoccupato per la pioggia.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Una domanda decide la tenda: il prato è in piano, e possiamo piantarci dei picchetti?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In piano, i picchetti vanno bene, ma lungo il lato est passano i tubi dell’irrigazione.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Allora va bene una tenda a struttura di 40 per 60 piedi (circa 12 per 18 m), con pareti laterali trasparenti per la pioggia. Ricevi un preventivo scritto entro le 14:00 di oggi. Possiamo vederlo insieme martedì alle 10?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Martedì alle 10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Mar 13 ott, 10:00, follow-up del preventivo: Come d’accordo, ti chiamo per il preventivo. Che domande sono venute a te e al tuo cliente leggendolo?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Solo una: ci servono le pareti laterali se non piove?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Restano arrotolate a meno che non piova. Quindi: 5.420 $ per tenda, pareti laterali, 15 tavoli, 120 sedie, pista da ballo e illuminazione, con consegna, montaggio e ritiro. Possiamo procedere?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(tenuta): </w:t>
      </w:r>
      <w:r>
        <w:rPr>
          <w:rFonts w:ascii="Calibri" w:hAnsi="Calibri" w:cs="Calibri" w:eastAsia="Calibri"/>
          <w:b w:val="0"/>
          <w:color w:val="15131F"/>
          <w:sz w:val="21"/>
        </w:rPr>
        <w:t>Sì, prenotiamo.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(vendite): </w:t>
      </w:r>
      <w:r>
        <w:rPr>
          <w:rFonts w:ascii="Calibri" w:hAnsi="Calibri" w:cs="Calibri" w:eastAsia="Calibri"/>
          <w:b w:val="0"/>
          <w:color w:val="15131F"/>
          <w:sz w:val="21"/>
        </w:rPr>
        <w:t>Grazie. La fattura dell’acconto arriva oggi. Consegna giovedì 5 novembre, montaggio venerdì 6 novembre, ritiro lunedì 9 novembre. Ti mando questo riepilogo via email entro mezzogiorno.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chiamate: Juniper Hollow Vineyard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Chiamata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9 ott, 9:05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Richiamata nuovo lead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Segreteria e SMS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9 ott, 9:31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in entrata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Preventivo entro le 14:00, chiamata mar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13 ott,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Follow-up del preventivo, decisione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5.420 $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Flusso della chiamata, ven 9 ott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Tenda, tavoli e illuminazione per una cena della vendemmia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Riepilogo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120 ospiti, prato, sab 7 nov; la preoccupazione è la pioggia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Una domanda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prato è in piano, e si possono piantare picchetti?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piano, picchetti ok, irrigazione lungo il lato est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Preventivo entro le 14:00; chiamata mar 13 ott, 10:00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In CRMsoftware.pro il 13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Dalla chat del sito, convertito in trattativa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Tenda cena della vendemmia · Juniper Hollow Vineyard, 5.420 $, “Closed Won”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Preventivo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 ven 9 ott, “Accepted” mar 13 ott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Irrigazione lungo il lato est; le pareti laterali restano arrotolate a meno che non piova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Fattura dell’acconto oggi · Consegna gio 5 nov · Chiamata dopo l’evento mar 17 nov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Quale script di vendita telefonica per quale chiamata, e cosa registrare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Chiamata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Obiettivo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 registrare nel CRM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Richiamata nuovo lead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ora, o all’ora che ha scelto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Riepilogo, una domanda, un prossimo passo con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Fonte, la sua richiesta con le sue parole, prossimo passo come attività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in entrata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Chiamate perse: richiama entro 1 ora lavorativa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 e numero, la sua esigenza, un prossimo passo con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Nuovo lead con “Source” “Phone”, note, prossimo passo come attività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Segreteria e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una chiamata persa, una volta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 richiama, o si aspetta il prossimo tentativo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Numero del tentativo, messaggio e SMS inviati, prossimo tentativo come attività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Follow-up del preventivo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concordato, o 2 giorni lavorativi dopo il preventivo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Domande chiarite, una data di decisione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sue domande nelle note, la data di decisione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decisiva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di decisione, con la persona che decide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no, o cosa manca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Fase aggiornata, email di riepilogo, attività di consegna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Rinnovo o ampliamento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60 a 90 giorni prima del rinnovo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ha funzionato, cosa cambia, un preventivo di rinnovo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sue risposte nelle note, la data di rinnovo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Regole per chiamate di vendita a caldo, messaggi in segreteria e SMS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caldo non vuol dire che tutto è permesso. Tre regole rendono le tue chiamate gradite e, negli Stati Uniti, i tuoi SMS conformi alla legge.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SMS solo con consenso, e una volta sola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Scrivi solo al numero di cellulare che il lead ti ha dato per essere contattato, solo su ciò che ha chiesto, e di’ chi sei. Per la legge statunitense gli SMS contano come chiamate, e gli SMS commerciali inviati in automatico richiedono un consenso scritto, preventivo ed esplicito. Se risponde “stop”, smetti: le norme FCC adottate nel 2024 dicono che si può revocare il consenso in qualsiasi modo ragionevole, per esempio rispondendo “stop”.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Vecchi lead ed ex clienti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Negli Stati Uniti, una richiesta di informazioni ti permette di chiamare per 3 mesi un consumatore il cui numero è nel National Do Not Call Registry, e un acquisto, una consegna o un pagamento per 18 mesi. Una richiesta di non chiamare chiude tutto. La maggior parte delle chiamate di vendita alle aziende è esente. I lead più vecchi sono chiamate a freddo.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Tre tentativi, poi chiudi con un’email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Tentativo 1: una chiamata, un messaggio in segreteria e un SMS. Tentativo 2: più tardi lo stesso giorno o il giorno lavorativo successivo, in un altro orario. Tentativo 3, il terzo giorno lavorativo: un’ultima chiamata e una breve email di ultimo tentativo. Poi fermati e annota il perché.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Questa pagina non è una consulenza legale. Queste sono norme federali statunitensi; gli stati USA e gli altri Paesi hanno regole proprie su chiamate e SMS commerciali, quindi controlla le norme ufficiali del luogo in cui vive il cliente.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script di vendita telefonica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il tipo di chiamata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Ogni scheda è una chiamata: nuovo lead, in entrata, chiamata persa, preventivo, decisione o rinnovo.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la preparazione della chiamata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La sua richiesta con le sue parole, quello che sai, la tua unica domanda e il prossimo passo.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Chiama in orario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Entro un’ora per i nuovi lead, nel giorno concordato per i follow-up, da un numero che il cliente sa essere tuo.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Chiudi con una data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prossimo passo con giorno e ora, e un breve riepilogo lo stesso giorno.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ogni chiamata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Prima della chiamata successiva. Ogni settimana controlla i minuti alla chiamata e i lead raggiunti senza prossimo passo.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Le chat del sito e i moduli web arrivano in “Leads”. Per una chiamata in entrata, fai clic su “Add Lead” e compila “Lead Title”, “Phone”, “Source” (“Phone”) e “Assigned To”.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Trasforma la richiamata in un’attività: in “Tasks”, fai clic su “New Task” e inserisci un “Task title” come “Richiamare: Clara Jensen”, il responsabile in “Assignee”, una “Deadline” entro l’ora e “Priority” su “High”. In “My Tasks” trovi “Due today” e “Overdue”.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Dopo la chiamata, scrivi il riepilogo in “Notes”. Se è un’opportunità concreta, fai clic su “Convert to Deal”: crea il contatto, l’azienda e la trattativa. Imposta “Expected close date” sulla data di decisione.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Con Launch, invia il preventivo da “Quotes” &gt; “New Quote” con una data in “Valid Until” e aggiungi un’attività per la chiamata di follow-up collegata alla trattativa in “Linked deal”.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In “My Bots” &gt; il tuo bot &gt; scheda “Basics” &gt; “Instructions”, di’ all’agente IA chi richiama e da quale numero. Nella scheda “Behavior”, attiva “Collect User Data” con “Collect Phone Number”. Fai clic su “Save Bot” e prova con “Try Bot”.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Questi script funzionano con qualsiasi telefono. Dopo ogni chiamata, il CRM conserva il lead, le note, le attività e la trattativa. Lead, 1 pipeline, note e attività di base sono gratis per 3 utenti. Preventivi e prenotazioni con sincronizzazione del calendario arrivano con Launch, a 19 $ al mese con fatturazione annuale.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delle chiamate,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Nuovi lead che hanno aspettato più di 1 ora: perché?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 raggiunti senza prossimo passo: cosa mancava?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 al tentativo 3: hanno ricevuto l’ultima email?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trattativa aperta ha un’attività con una “Deadline”.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https://crmsoftware.pro/it/templates/sales-call-script-templates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di vendita telefonica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