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Sequenza di email di follow-up commerciale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Cinque email per i 14 giorni dopo una proposta o un preventivo, con oggetti, tempi, regole di stop, attività CRM, risposte alle obiezioni e un riepilogo dell’incontro.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 e salva ogni email come bozza o modello nella tua casella di posta. Conta i giorni dalla data della proposta, crea un’attività nel CRM per ogni email e interrompi la sequenza alla prima risposta, chiamata fissata o no.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Le email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Giorno 0: l’email con la proposta, un riepilogo e un solo prossimo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Giorno 0 · Lunghezza: Meno di 120 parole · Obiettivo: Una chiamata di 15 minuti fissata per esaminare la proposta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Prima di inviare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Il perimetro è stato concordato in una chiamata o in un sopralluogo.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proposta indica il prezzo, cosa è incluso, la data di inizio e una data di scadenza.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Sai chi decide e quando vuole decidere.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La tua proposta per [progetto], con il prossimo passo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Proposta di [La tua azienda]: [risultato principale] dal [data di inizio]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il tempo che mi hai dedicato [giorno]. In allegato trovi la proposta per [progetto].</w:t>
        <w:br/>
        <w:br/>
        <w:t>In breve: [cosa è incluso], a partire dal [data di inizio], per [prezzo]. Il prezzo è valido fino al [data di scadenza].</w:t>
        <w:br/>
        <w:br/>
        <w:t>Il prossimo passo è una chiamata di 15 minuti per vederla insieme e rispondere alle tue domande. Ti va bene [giorno] alle [ora] o [giorno] alle [ora]? Se vuoi coinvolgere anche [decisore], sarà un piacere.</w:t>
        <w:br/>
        <w:br/>
        <w:t>Un saluto,</w:t>
        <w:br/>
        <w:t>[il tuo nome]</w:t>
        <w:br/>
        <w:t>[telefono]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Scrivi il prossimo passo nell’email stessa, con due orari precisi. Una proposta senza una data successiva è quella che cade nel vuoto.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proposta: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1 giorno lavorativo dopo la chiamata o il sopralluogo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inviata il [data], [valore], valida fino al [data]. Crea l’attività del Giorno 2.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Interrompi la sequenza se: </w:t>
      </w:r>
      <w:r>
        <w:rPr>
          <w:rFonts w:ascii="Calibri" w:hAnsi="Calibri" w:cs="Calibri" w:eastAsia="Calibri"/>
          <w:b w:val="0"/>
          <w:color w:val="5D5A70"/>
          <w:sz w:val="21"/>
        </w:rPr>
        <w:t>Risponde, Fissa una chiamata, Dice di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Giorno 2: una breve verifica sulla proposta o sul preventivo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Giorno 2 · Lunghezza: Meno di 60 parole · Obiettivo: Confermare che è arrivata e riproporre la chiamata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Nessuna risposta 2 giorni dopo l’email con la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Nessuna chiamata ancora fissata.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il Giorno 2 cade nel fine settimana, invia lunedì.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Re: La tua proposta per [progetto]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Ti è arrivata la proposta?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volevo assicurarmi che la proposta per [progetto] ti fosse arrivata. Te la allego di nuovo qui.</w:t>
        <w:br/>
        <w:br/>
        <w:t>Se ti è utile, posso illustrartela in 15 minuti. Ti andrebbe bene [giorno] alle [ora] o [giorno] alle [ora]?</w:t>
        <w:br/>
        <w:br/>
        <w:t>Un saluto,</w:t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Rispondi nella stessa conversazione, così la proposta è a portata di clic. Al Giorno 2 non aggiungere nuovi prezzi né sconti.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 Giorno 2: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data della proposta + 2 giorni, ore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inviata il [data], nessuna risposta. Crea l’attività del Giorno 5.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Interrompi la sequenza se: </w:t>
      </w:r>
      <w:r>
        <w:rPr>
          <w:rFonts w:ascii="Calibri" w:hAnsi="Calibri" w:cs="Calibri" w:eastAsia="Calibri"/>
          <w:b w:val="0"/>
          <w:color w:val="5D5A70"/>
          <w:sz w:val="21"/>
        </w:rPr>
        <w:t>Risponde, Fissa una chiamata, Dice di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Giorno 5: invia una cosa utile, non un promemoria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Giorno 5 · Lunghezza: Meno di 100 parole · Obiettivo: Dare al cliente un motivo per rispondere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Ancora nessuna risposta dopo l’email del Giorno 2.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Hai qualcosa che aiuta il cliente a decidere, non solo un promemoria.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Come [cliente simile] ha risolto [problema]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Un’informazione in più per decidere su [progetto]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mentre valuti la proposta, questo potrebbe esserti utile: [un contenuto utile, per esempio un breve caso cliente, una checklist o un calendario di esempio]. [Una frase sul perché è utile per il suo progetto.]</w:t>
        <w:br/>
        <w:br/>
        <w:t>Se qualche parte della proposta non ti convince, dimmi quale e posso modificarla.</w:t>
        <w:br/>
        <w:br/>
        <w:t>Ti aiuterebbe una breve chiamata [giorno] alle [ora]?</w:t>
        <w:br/>
        <w:br/>
        <w:t>Un saluto,</w:t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Contenuti efficaci: un caso di una pagina su un cliente simile, una checklist, un calendario di esempio o le foto di lavori finiti. Mai uno sconto.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di valore Giorno 5: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data della proposta + 5 giorni, ore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inviata il [data] con [contenuto], nessuna risposta. Crea l’attività del Giorno 9.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Interrompi la sequenza se: </w:t>
      </w:r>
      <w:r>
        <w:rPr>
          <w:rFonts w:ascii="Calibri" w:hAnsi="Calibri" w:cs="Calibri" w:eastAsia="Calibri"/>
          <w:b w:val="0"/>
          <w:color w:val="5D5A70"/>
          <w:sz w:val="21"/>
        </w:rPr>
        <w:t>Risponde, Fissa una chiamata, Dice di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Giorno 9: l’email di follow-up quando non c’è risposta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Giorno 9 · Lunghezza: Meno di 100 parole · Obiettivo: Ottenere una risposta, anche un no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Nessuna risposta alla proposta e a due follow-up.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La trattativa è ancora aperta nel tuo CRM.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Tengo aperta la proposta per [progetto]?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Una domanda veloce sulla proposta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non ho più avuto notizie sulla proposta per [progetto], quindi vorrei capire a che punto siamo. Quale di queste opzioni si avvicina di più?</w:t>
        <w:br/>
        <w:br/>
        <w:t>1. Ancora interessati, ma è un periodo pieno. Ti ricontatto il [data].</w:t>
        <w:br/>
        <w:t>2. Servono modifiche. Dimmi quali e aggiorno la proposta.</w:t>
        <w:br/>
        <w:t>3. Non ora. Dimmi quando ricontattarti.</w:t>
        <w:br/>
        <w:t>4. Abbiamo deciso di non procedere.</w:t>
        <w:br/>
        <w:br/>
        <w:t>Basta rispondere con il numero.</w:t>
        <w:br/>
        <w:br/>
        <w:t>Un saluto,</w:t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Alle opzioni numerate si risponde facilmente dal telefono. L’opzione 4 c’è di proposito: un no chiaro ti permette di chiudere la trattativa.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Giorno 9, nessuna risposta: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data della proposta + 9 giorni, ore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inviata il [data], nessuna risposta. Crea l’attività del Giorno 14.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Interrompi la sequenza se: </w:t>
      </w:r>
      <w:r>
        <w:rPr>
          <w:rFonts w:ascii="Calibri" w:hAnsi="Calibri" w:cs="Calibri" w:eastAsia="Calibri"/>
          <w:b w:val="0"/>
          <w:color w:val="5D5A70"/>
          <w:sz w:val="21"/>
        </w:rPr>
        <w:t>Risponde, Fissa una chiamata, Dice di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Giorno 14: chiudi con garbo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Giorno 14 · Lunghezza: Meno di 80 parole · Obiettivo: Chiudere con garbo e lasciare la porta aperta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Nessuna risposta alla proposta e a tre follow-up.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Non ha risposto nemmeno nessun altro dell’azienda.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Chiudo la pratica per [progetto]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Chiudo qui per ora?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non avendo ricevuto risposta, immagino che non sia il momento giusto: per ora chiudo da parte mia la proposta per [progetto].</w:t>
        <w:br/>
        <w:br/>
        <w:t>Se le cose cambiano, rispondi pure a questa email. La proposta è valida fino al [data di scadenza]; dopo, sarò felice di inviartene una aggiornata.</w:t>
        <w:br/>
        <w:br/>
        <w:t>Grazie per aver preso in considerazione [la tua azienda].</w:t>
        <w:br/>
        <w:br/>
        <w:t>Un saluto,</w:t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Tono cordiale e definitivo: niente sensi di colpa, niente finte scadenze, niente sconti dell’ultimo minuto. Se il cliente era adatto, crea un’attività per ricontattarlo tra 3 e 6 mesi.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di chiusura Giorno 14: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data della proposta + 14 giorni, ore 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inviata il [data]. Crea un’attività 3 giorni lavorativi dopo: se non risponde, segna la trattativa come Persa, motivo: nessuna risposta.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Interrompi la sequenza se: </w:t>
      </w:r>
      <w:r>
        <w:rPr>
          <w:rFonts w:ascii="Calibri" w:hAnsi="Calibri" w:cs="Calibri" w:eastAsia="Calibri"/>
          <w:b w:val="0"/>
          <w:color w:val="5D5A70"/>
          <w:sz w:val="21"/>
        </w:rPr>
        <w:t>Risponde, Fissa una chiamata, Dice di no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Obiezioni: risposte su prezzo, tempi, un concorrente e un altro decisore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Rispondi entro: 1 giorno · Lunghezza: Meno di 80 parole · Regola: Cambia il perimetro, non il prezzo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Qualsiasi risposta interrompe le email programmate. Rispondi entro un giorno lavorativo e chiudi con un solo prossimo passo e una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Il prezzo è troppo alto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cliente dice: </w:t>
      </w:r>
      <w:r>
        <w:rPr>
          <w:rFonts w:ascii="Calibri" w:hAnsi="Calibri" w:cs="Calibri" w:eastAsia="Calibri"/>
          <w:b w:val="0"/>
          <w:color w:val="5D5A70"/>
          <w:sz w:val="21"/>
        </w:rPr>
        <w:t>È più di quanto avevamo previsto nel budget.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Chiedi con cosa lo confronta. Cambia il perimetro, non il prezzo.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detto. Posso chiederti con cosa lo stai confrontando, un altro preventivo o un budget? Se il budget è di [importo], posso proporti [perimetro ridotto] a [prezzo più basso]. Ti mando le due opzioni a confronto?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Non ora, forse più avanti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cliente dice: </w:t>
      </w:r>
      <w:r>
        <w:rPr>
          <w:rFonts w:ascii="Calibri" w:hAnsi="Calibri" w:cs="Calibri" w:eastAsia="Calibri"/>
          <w:b w:val="0"/>
          <w:color w:val="5D5A70"/>
          <w:sz w:val="21"/>
        </w:rPr>
        <w:t>Non è il momento giusto. Forse il prossimo trimestre.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Chiedi cosa deve succedere prima. Crea un’attività per la data che ti indica.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Capisco. Cosa deve succedere prima che siate pronti, e quando posso ricontattarti? Segno il [data] in agenda, a meno che un altro giorno non ti vada meglio.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Stiamo parlando con un’altra azienda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cliente dice: </w:t>
      </w:r>
      <w:r>
        <w:rPr>
          <w:rFonts w:ascii="Calibri" w:hAnsi="Calibri" w:cs="Calibri" w:eastAsia="Calibri"/>
          <w:b w:val="0"/>
          <w:color w:val="5D5A70"/>
          <w:sz w:val="21"/>
        </w:rPr>
        <w:t>Abbiamo ricevuto un preventivo più basso da [concorrente].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Non criticare mai il concorrente. Proponi un confronto alla pari.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sincerità. Spesso i preventivi cambiano in ciò che includono, quindi conviene confrontarli alla pari. Il nostro comprende [voci principali]. Se mi dici cosa copre l’altro preventivo, sarò felice di esaminarli insieme a te [giorno].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Devo sentire qualcuno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Il cliente dice: </w:t>
      </w:r>
      <w:r>
        <w:rPr>
          <w:rFonts w:ascii="Calibri" w:hAnsi="Calibri" w:cs="Calibri" w:eastAsia="Calibri"/>
          <w:b w:val="0"/>
          <w:color w:val="5D5A70"/>
          <w:sz w:val="21"/>
        </w:rPr>
        <w:t>Devo parlarne con [decisore].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Proponi un riepilogo di una pagina e una breve chiamata con il decisore.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Certo. Ti sarebbe utile un riepilogo di una pagina con il prezzo, cosa è incluso e la data di inizio? Posso anche partecipare a una chiamata di 15 minuti con [decisore] per rispondere direttamente alle domande. Va bene [giorno] alle [ora]?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Registra ogni obiezione nelle note della trattativa come Prezzo, Tempi, Concorrente o Decisore. Dopo 20 proposte vedrai quale correggere direttamente nella proposta.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Rispondi all’obiezione: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lo stesso giorno o il giorno lavorativo successivo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l’obiezione, cosa hai proposto e il prossimo passo. Crea un’attività per quel passo.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Registra l’obiezione come: </w:t>
      </w:r>
      <w:r>
        <w:rPr>
          <w:rFonts w:ascii="Calibri" w:hAnsi="Calibri" w:cs="Calibri" w:eastAsia="Calibri"/>
          <w:b w:val="0"/>
          <w:color w:val="5D5A70"/>
          <w:sz w:val="21"/>
        </w:rPr>
        <w:t>Prezzo, Tempi, Concorrente, Decisore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Dopo una chiamata: l’email di riepilogo, inviata lo stesso giorno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Invio: Il giorno stesso · Lunghezza: Meno di 150 parole · Obiettivo: Un riepilogo scritto e una data per la decisione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 inviarla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Hai avuto una chiamata, una demo o un sopralluogo sulla proposta.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Entro poche ore, quando i dettagli sono ancora freschi.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Oggetto: </w:t>
      </w:r>
      <w:r>
        <w:rPr>
          <w:rFonts w:ascii="Calibri" w:hAnsi="Calibri" w:cs="Calibri" w:eastAsia="Calibri"/>
          <w:b w:val="0"/>
          <w:color w:val="15131F"/>
          <w:sz w:val="21"/>
        </w:rPr>
        <w:t>Riepilogo e prossimi passi: [progetto]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Oppure: </w:t>
      </w:r>
      <w:r>
        <w:rPr>
          <w:rFonts w:ascii="Calibri" w:hAnsi="Calibri" w:cs="Calibri" w:eastAsia="Calibri"/>
          <w:b w:val="0"/>
          <w:color w:val="15131F"/>
          <w:sz w:val="21"/>
        </w:rPr>
        <w:t>Cosa abbiamo concordato oggi su [progetto]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grazie per il tempo che mi hai dedicato oggi. Ecco cosa abbiamo concordato:</w:t>
        <w:br/>
        <w:br/>
        <w:t>1. [Perimetro o modifica, per esempio il nuovo calendario].</w:t>
        <w:br/>
        <w:t>2. Data di inizio: [data di inizio].</w:t>
        <w:br/>
        <w:t>3. Prezzo: [prezzo], valido fino al [data].</w:t>
        <w:br/>
        <w:br/>
        <w:t>Prossimo passo: [chi] si occuperà di [azione] entro il [data]. Ti invierò la proposta aggiornata entro il [data].</w:t>
        <w:br/>
        <w:br/>
        <w:t>Se ho dimenticato qualcosa, rispondi e lo correggo.</w:t>
        <w:br/>
        <w:br/>
        <w:t>Un saluto,</w:t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Scrivi il riepilogo in modo che il cliente possa inoltrarlo a chi approva il budget.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Se il cliente dice sì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Invia il preventivo o il contratto da firmare, e un link di pagamento se chiedi un acconto.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Segna la trattativa come Vinta solo dopo una firma, un pagamento o un sì scritto.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Attività nel CRM, collegata alla trattativa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inserire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“Task title”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riepilogo dell’incontro: [trattativa]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“Assignee”, “Deadline”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Responsabile della trattativa, il giorno della chiamata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lavoro fatto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“Status summary”: cosa è stato concordato e chi decide entro quando. Crea l’attività Controlla decisione: [trattativa].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Segna come Vinta dopo: </w:t>
      </w:r>
      <w:r>
        <w:rPr>
          <w:rFonts w:ascii="Calibri" w:hAnsi="Calibri" w:cs="Calibri" w:eastAsia="Calibri"/>
          <w:b w:val="0"/>
          <w:color w:val="5D5A70"/>
          <w:sz w:val="21"/>
        </w:rPr>
        <w:t>Una firma, Un pagamento, Un sì scritto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Una proposta, due follow-up, firmata al giorno 13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Brightway Office Cleaning, un’azienda fittizia, prepara un preventivo per la pulizia notturna di due studi dentistici e usa questa sequenza di email di follow-up commerciale. La cliente risponde all’email del Giorno 5 con due obiezioni, segue una chiamata e il contratto viene firmato 13 giorni dopo la proposta. Le email del Giorno 9 e del Giorno 14 non sono mai servite.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Buongiorno, ci serve un preventivo per la pulizia notturna dei nostri due studi dentistici, circa 6.500 piedi quadrati in totale.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Elena. Kim del nostro team ti scriverà oggi per fissare un sopralluogo in entrambi gli studi.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vendite: </w:t>
      </w:r>
      <w:r>
        <w:rPr>
          <w:rFonts w:ascii="Calibri" w:hAnsi="Calibri" w:cs="Calibri" w:eastAsia="Calibri"/>
          <w:b w:val="0"/>
          <w:color w:val="15131F"/>
          <w:sz w:val="21"/>
        </w:rPr>
        <w:t>Giorno 0, mar 22 set: Grazie per avermi mostrato entrambi gli studi. In allegato trovi la proposta: 5 notti a settimana dal 2 novembre, 2.150 $ al mese, valida fino al 22 ottobre. Per una chiamata di 15 minuti ti va bene giovedì alle 10:00 o venerdì alle 14:00?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vendite: </w:t>
      </w:r>
      <w:r>
        <w:rPr>
          <w:rFonts w:ascii="Calibri" w:hAnsi="Calibri" w:cs="Calibri" w:eastAsia="Calibri"/>
          <w:b w:val="0"/>
          <w:color w:val="15131F"/>
          <w:sz w:val="21"/>
        </w:rPr>
        <w:t>Giorno 2, gio 24 set: Ciao Elena, volevo assicurarmi che la proposta ti fosse arrivata. Possiamo sentirci 15 minuti venerdì alle 14:00 o lunedì alle 10:00?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vendite: </w:t>
      </w:r>
      <w:r>
        <w:rPr>
          <w:rFonts w:ascii="Calibri" w:hAnsi="Calibri" w:cs="Calibri" w:eastAsia="Calibri"/>
          <w:b w:val="0"/>
          <w:color w:val="15131F"/>
          <w:sz w:val="21"/>
        </w:rPr>
        <w:t>Giorno 5, lun 28 set (la domenica slitta a lunedì): Ecco la checklist di una pagina che usiamo per gli studi dentistici. Se qualche parte della proposta non ti convince, dimmi quale.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Grazie, è utile. È sopra il nostro budget, e il Dr. Patel deve approvare qualsiasi spesa oltre i 2.000 $ al mese.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vendite: </w:t>
      </w:r>
      <w:r>
        <w:rPr>
          <w:rFonts w:ascii="Calibri" w:hAnsi="Calibri" w:cs="Calibri" w:eastAsia="Calibri"/>
          <w:b w:val="0"/>
          <w:color w:val="15131F"/>
          <w:sz w:val="21"/>
        </w:rPr>
        <w:t>Capisco. Un’opzione: 5 notti nello studio principale e 3 in quello più piccolo, a 1.890 $ al mese. Possiamo sentirci 20 minuti con il Dr. Patel mercoledì alle 12:30?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Mercoledì alle 12:30 va bene a entrambi.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vendite: </w:t>
      </w:r>
      <w:r>
        <w:rPr>
          <w:rFonts w:ascii="Calibri" w:hAnsi="Calibri" w:cs="Calibri" w:eastAsia="Calibri"/>
          <w:b w:val="0"/>
          <w:color w:val="15131F"/>
          <w:sz w:val="21"/>
        </w:rPr>
        <w:t>Riepilogo, mer 30 set: Come concordato, 5 notti nello studio principale e 3 nel secondo, 1.890 $ al mese dal 2 novembre. In allegato la proposta aggiornata da firmare elettronicamente. Il Dr. Patel decide entro venerdì 9 ottobre.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Lun 5 ott: Firmato. Ci vediamo il 2 novembre.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La trattativa nel CRM al 5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Trattativa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Pulizia notturna · Harbor Dental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Contatto principale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Elena Ruiz, direttrice dello studio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Assegnata 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Kim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Proposta inviata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 22 set, 2.150 $ al mese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Risposta dopo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del Giorno 5: prezzo, decisore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Valore finale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22.680 $ all’anno (1.890 $ al mese)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Vinta il 5 ott, giorno 13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Attività di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Scadenza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Attività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Risultato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 24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 Giorno 2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Inviata, nessuna risposta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 28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di valore Giorno 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Inviata, risposta lo stesso giorno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Lun 28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Rispondi all’obiezione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fissata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Mer 30 set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 riepilogo dell’incontro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Inviato, nuova proposta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 9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Controlla decisione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Firmata il 5 ott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Quante email di follow-up inviare, e quando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Giorno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Email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Scopo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Interrompi o cambia se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Proposta inviata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Riassumere l’offerta e chiedere una chiamata di 15 minuti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Fissa la chiamata: dopo, invia il riepilogo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Assicurarsi che sia arrivata e riproporre la chiamata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risposta, una chiamata fissata o un no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Aggiungi valore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Inviare un contenuto che aiuti a decidere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risposta, una chiamata fissata o un no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9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risposta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Offrire quattro risposte facili, compreso il no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Qualsiasi risposta, compreso “non ora”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Giorno 14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di chiusura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Chiudere con garbo e lasciare la porta aperta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Nessuna risposta in 3 giorni lavorativi: Persa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Quando interrompere la sequenza, e cosa fare invece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Le email programmate servono solo per il silenzio. Appena il cliente fa qualcosa, interrompi la sequenza e trattala come una conversazione. Chiudi l’attività aperta con un breve riepilogo dell’esito, così la trattativa mostra cosa è successo.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Risponde con una domanda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Interrompi le email programmate. Rispondi entro un giorno lavorativo e chiudi con un solo prossimo passo. Sostituisci l’attività aperta con un’attività per quel passo.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Fissa una chiamata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Segna come fatta l’attività di follow-up e crea un’attività per inviare il riepilogo dell’incontro il giorno della chiamata. Allega la proposta all’invito in calendario.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Dice “non ora”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Chiedi cosa deve succedere prima e quando ricontattarlo. Crea un’attività per quella data. La trattativa resta aperta.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detto. Ti ricontatto il [data]?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Dice di no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Ringrazia, fai una sola domanda sul perché e chiudi la trattativa come Persa, con il motivo nelle note. Non discutere mai.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Risposta: </w:t>
      </w:r>
      <w:r>
        <w:rPr>
          <w:rFonts w:ascii="Calibri" w:hAnsi="Calibri" w:cs="Calibri" w:eastAsia="Calibri"/>
          <w:b w:val="0"/>
          <w:color w:val="15131F"/>
          <w:sz w:val="21"/>
        </w:rPr>
        <w:t>Grazie per avermelo fatto sapere. Posso chiederti cosa ha fatto la differenza? Ci aiuta a migliorare, e spero che potremo lavorare insieme un’altra volta.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Una risposta automatica di assenza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Non è una risposta. Sposta l’attività aperta al giorno dopo il rientro e riprendi da lì.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Risponde un’altra persona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Aggiungi la nuova persona alla trattativa come contatto, inviale la proposta con una presentazione di due righe e riparti dal Giorno 2.</w:t>
      </w:r>
    </w:p>
    <w:p>
      <w:pPr>
        <w:spacing w:after="80"/>
      </w:pPr>
    </w:p>
    <w:p>
      <w:pPr>
        <w:spacing w:after="200"/>
      </w:pPr>
      <w:r>
        <w:rPr>
          <w:rFonts w:ascii="Calibri" w:hAnsi="Calibri" w:cs="Calibri" w:eastAsia="Calibri"/>
          <w:b w:val="0"/>
          <w:color w:val="15131F"/>
          <w:sz w:val="21"/>
        </w:rPr>
        <w:t>Non inventare mai finte scadenze, non iscrivere mai un cliente alla newsletter perché non ha risposto e non scrivere mai “ti scrivo solo per un follow-up” senza niente di nuovo.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Imposta il follow-up delle proposte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Scrivi le tue versioni una volta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Compila le parentesi e salva ogni email come bozza o modello nella tua casella di posta.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Un responsabile per proposta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Chi invia la proposta invia anche ogni follow-up. Un sostituto designato copre le assenze.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Crea un’attività alla volta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Invia, segna l’attività come fatta, scrivi cosa è successo, crea la successiva.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Fermati alla prima risposta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risposta, una chiamata fissata o un no chiudono le email programmate.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l’esito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Vinta o Persa il giorno in cui lo sai, con il motivo.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“Deals” nel menu a sinistra. Apri la trattativa, oppure fai clic su “New Deal” e compila titolo, valore, fase, data di chiusura prevista, contatto principale e “Assigned to”.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Con il piano Launch, prepara il prezzo con “New Quote” in “Quotes”, collegalo alla trattativa e imposta “Valid Until”. Quando lo invii via email, cambia lo “Status” in “Sent”.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Apri “Tasks” nel menu a sinistra e fai clic su “New Task”. Compila “Task title”, scegli la persona in “Assignee”, imposta la scadenza in “Deadline” e seleziona la trattativa in “Linked deal”. La pagina della trattativa la mostra in “Linked tasks”.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Invia l’email dalla tua casella di posta. Poi scrivi cosa è successo nel campo “Status summary” dell’attività, fai clic su “Mark done” e crea l’attività successiva.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Ogni mattina apri “My Tasks” e smaltisci per prime le attività in “Due today” e “Overdue”.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Quando il cliente dice sì, usa “Send for Signature” nella pagina della trattativa e “Create Payment Link” sulla fattura. Poi imposta lo “Status” della trattativa su “Won”, oppure su “Lost” con il motivo in “Notes”.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CRMsoftware.pro non invia queste email al posto tuo: le invii dalla tua casella di posta e le attività tengono il ritmo. Le trattative con 1 pipeline e le attività di base sono gratuite. Preventivi, fatture, firma elettronica e link di pagamento arrivano con Launch, 19 $ al mese con fatturazione annuale.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dei follow-up, 10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proposta aperta ha un’attività di follow-up aperta.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Attività in ritardo: invia oggi o sposta la data con un motivo.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Nessuna risposta 3 giorni lavorativi dopo il Giorno 14: chiudi la trattativa come Persa.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trattative in stato Interrotta hanno una prossima azione e una data.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 trattative chiuse hanno un esito e un motivo.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di 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https://crmsoftware.pro/it/templates/sales-follow-up-email-sequence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Sequenza di email di follow-up commerciale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