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Modelli ed esempi di pitch di vendita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Schema del pitch, pitch da una frase, 30 secondi, 2 minuti, email e chat, e frasi d’apertura per 14 settori.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le cinque righe con quello che ti ha detto il cliente: il suo problema con le sue parole, il costo con i suoi numeri, la tua offerta, una prova e una richiesta. Poi scegli la versione adatta alla durata e al canale e sostituisci ogni parola tra [parentesi quadre]. Valuta ogni pitch nel registro Excel dei pitch e correggi il controllo che manchi più spesso.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modelli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Modello di pitch di vendita: compila 5 righe prima del pitch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Righe: 5 · Prova: Una, la più forte · Richiesta: Una, con un giorno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Ogni pitch di questa pagina nasce da queste cinque righe. Compilale dopo che il cliente ti ha raccontato il suo problema. Se non l’ha ancora fatto, prima fai domande: le trovi nello script per la chiamata conoscitiva.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Le cinque righe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Il suo problema, con le sue parole: Come l’ha detto il cliente, non con i termini del tuo prodotto.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Il costo, con i suoi numeri: Ore, soldi, lavori persi o una scadenza mancata, presi dai suoi dati. Nessun numero? Usa le sue parole e lascia stare i calcoli.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La tua offerta, in una frase: Cosa farai, cosa ottiene ed entro quando. Niente elenco di funzioni.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Una prova: La più forte che hai: il risultato di un cliente condiviso con il suo permesso, un prima e dopo, un campione o una garanzia scritta.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Una richiesta, con giorno e ora: Un solo prossimo passo: un sopralluogo, una chiamata di 20 minuti, un periodo di prova o un preventivo entro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pitch tutto d’un fiato: </w:t>
      </w:r>
      <w:r>
        <w:rPr>
          <w:rFonts w:ascii="Calibri" w:hAnsi="Calibri" w:cs="Calibri" w:eastAsia="Calibri"/>
          <w:b w:val="0"/>
          <w:color w:val="15131F"/>
          <w:sz w:val="21"/>
        </w:rPr>
        <w:t>[Il suo problema, con le sue parole]. Mi hai detto che questo ti costa [il suo numero]. Ecco cosa offriamo: [la tua offerta]. [Una prova]. Possiamo fissare [la richiesta] per [giorno] alle [ora]?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Sei pronto?: </w:t>
      </w:r>
      <w:r>
        <w:rPr>
          <w:rFonts w:ascii="Calibri" w:hAnsi="Calibri" w:cs="Calibri" w:eastAsia="Calibri"/>
          <w:b w:val="0"/>
          <w:color w:val="5D5A70"/>
          <w:sz w:val="21"/>
        </w:rPr>
        <w:t>Se non riesci a compilare le righe 1 e 2 con quello che ti ha detto il cliente, non sei pronto per il pitch. Prima chiedi, poi proponi.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lasciare fuori: </w:t>
      </w:r>
      <w:r>
        <w:rPr>
          <w:rFonts w:ascii="Calibri" w:hAnsi="Calibri" w:cs="Calibri" w:eastAsia="Calibri"/>
          <w:b w:val="0"/>
          <w:color w:val="5D5A70"/>
          <w:sz w:val="21"/>
        </w:rPr>
        <w:t>Carrellata di funzioni, Numeri che non puoi dimostrare, Una seconda richiesta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Pitch di vendita in una frase: chi aiuti e come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Durata: 1 frase · Chiude con: Una domanda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Usalo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Qualcuno ti chiede “di cosa ti occupi?” a un evento, al telefono o in un messaggio, oppure come prima riga del tuo sito o del tuo profilo.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conosci ancora il problema del cliente. In quel caso chiudi con una domanda, non con altro pitch.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Modello: </w:t>
      </w:r>
      <w:r>
        <w:rPr>
          <w:rFonts w:ascii="Calibri" w:hAnsi="Calibri" w:cs="Calibri" w:eastAsia="Calibri"/>
          <w:b w:val="0"/>
          <w:color w:val="15131F"/>
          <w:sz w:val="21"/>
        </w:rPr>
        <w:t>[Azienda] aiuta [chi aiuti]: [la tua offerta].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Esempio, Sunvale Solar: </w:t>
      </w:r>
      <w:r>
        <w:rPr>
          <w:rFonts w:ascii="Calibri" w:hAnsi="Calibri" w:cs="Calibri" w:eastAsia="Calibri"/>
          <w:b w:val="0"/>
          <w:color w:val="15131F"/>
          <w:sz w:val="21"/>
        </w:rPr>
        <w:t>Sunvale Solar aiuta le piccole imprese di Tucson con bollette della luce alte in estate: un impianto fotovoltaico sul tetto dimensionato sulle tue ultime 12 bollette, con la produzione prevista e il prezzo in un preventivo 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conosci il suo problema: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[il suo problema, con le sue parole]. Aiutiamo [chi aiuti] proprio in questo: [la tua offerta]. Ti sarebbe utile [la richiesta]?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non lo conosci ancora: </w:t>
      </w:r>
      <w:r>
        <w:rPr>
          <w:rFonts w:ascii="Calibri" w:hAnsi="Calibri" w:cs="Calibri" w:eastAsia="Calibri"/>
          <w:b w:val="0"/>
          <w:color w:val="15131F"/>
          <w:sz w:val="21"/>
        </w:rPr>
        <w:t>Aiutiamo [chi aiuti] con [il problema che risolvi]. Qual è oggi il tuo grattacapo più grande per [il suo ambito]?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Ideale per: </w:t>
      </w:r>
      <w:r>
        <w:rPr>
          <w:rFonts w:ascii="Calibri" w:hAnsi="Calibri" w:cs="Calibri" w:eastAsia="Calibri"/>
          <w:b w:val="0"/>
          <w:color w:val="5D5A70"/>
          <w:sz w:val="21"/>
        </w:rPr>
        <w:t>Eventi, Profili, Segreteria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Elevator pitch di vendita di 30 secondi, da dire a voce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Durata: 30 secondi · Richiesta: 15 minuti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Usalo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Una prima chiamata, quando il cliente ti dice “raccontami cosa fate” prima che tu sappia molto, o una presentazione a un evento.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Cronometralo: leggilo ad alta voce con un timer e taglia finché non sta in 30 secondi.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Modello: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Lavoriamo con [chi aiuti], di solito alle prese con [il problema in cui si riconoscono]. [La tua offerta, in una frase]. [Una prova]. Possiamo prenderci 15 minuti [giorno], così ti faccio qualche domanda sulla tua [attività] e ti dico onestamente se facciamo al caso tuo?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Esempio, se Marcus incontrasse Lydia a un evento: </w:t>
      </w:r>
      <w:r>
        <w:rPr>
          <w:rFonts w:ascii="Calibri" w:hAnsi="Calibri" w:cs="Calibri" w:eastAsia="Calibri"/>
          <w:b w:val="0"/>
          <w:color w:val="15131F"/>
          <w:sz w:val="21"/>
        </w:rPr>
        <w:t>Ciao Lydia, sono Marcus Bell di Sunvale Solar. Lavoriamo con piccole imprese di Tucson per cui la bolletta della luce estiva è l’unico costo che non riescono a controllare. Installiamo il fotovoltaico sul tetto, dimensionato sulle tue ultime 12 bollette, con la produzione e il prezzo in un preventivo scritto. Dave Romero di Romero Brake &amp; Muffler ha accettato di mostrare le sue bollette ai titolari che lo chiedono. Possiamo prenderci 15 minuti questa settimana, così ti faccio qualche domanda sulla tua officina e ti dico onestamente se fa al caso tuo?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Chiedi, poi taci: </w:t>
      </w:r>
      <w:r>
        <w:rPr>
          <w:rFonts w:ascii="Calibri" w:hAnsi="Calibri" w:cs="Calibri" w:eastAsia="Calibri"/>
          <w:b w:val="0"/>
          <w:color w:val="5D5A70"/>
          <w:sz w:val="21"/>
        </w:rPr>
        <w:t>Chiudi con la domanda e smetti di parlare. Un pitch di 30 secondi ti fa guadagnare una conversazione, non una vendita.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dire a voce: </w:t>
      </w:r>
      <w:r>
        <w:rPr>
          <w:rFonts w:ascii="Calibri" w:hAnsi="Calibri" w:cs="Calibri" w:eastAsia="Calibri"/>
          <w:b w:val="0"/>
          <w:color w:val="5D5A70"/>
          <w:sz w:val="21"/>
        </w:rPr>
        <w:t>Chi aiuti, Una prova, Una richiesta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Pitch di vendita di 2 minuti per una chiamata o un incontro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Durata: Sotto i 2 min · Parti: 5 · Poi: Ascolta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Usalo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Dopo la chiamata conoscitiva: conosci il problema del cliente, quanto gli costa e chi decide. Nella stessa chiamata o in un secondo incontro.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Due minuti sono il limite. Poi fermati e lascialo parlare.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Cinque parti, in meno di 2 minuti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Ripeti il problema: Vediamo se ho capito bene: [il suo problema, con le sue parole]. È così?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Il costo: Mi hai detto che questo ti costa [il suo numero]. [Cosa gli impedisce di fare, con le sue parole].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La tua offerta: Ecco cosa offriamo: [la tua offerta]. Avresti [cosa ottiene] entro [data].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Una prova: [Nome del cliente] di [azienda del cliente] aveva lo stesso problema. [Cosa è cambiato, con i suoi numeri]. Ha accettato di ricevere una tua chiamata.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Una richiesta: Il prossimo passo: [la richiesta] [giorno] alle [ora]. Ti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Esempio, Sunvale Solar: </w:t>
      </w:r>
      <w:r>
        <w:rPr>
          <w:rFonts w:ascii="Calibri" w:hAnsi="Calibri" w:cs="Calibri" w:eastAsia="Calibri"/>
          <w:b w:val="0"/>
          <w:color w:val="15131F"/>
          <w:sz w:val="21"/>
        </w:rPr>
        <w:t>Vediamo se ho capito bene: le bollette estive sono l’unico costo che non riesci a controllare, perché i raffrescatori dell’officina e il compressore vanno tutto il giorno. Solo luglio e agosto ti sono costati 3.900 $.</w:t>
        <w:br/>
        <w:t>Ecco cosa offriamo: misuriamo il tuo tetto, guardiamo le tue ultime 12 bollette e ti mandiamo un preventivo scritto con la potenza dell’impianto, la produzione prevista e il prezzo.</w:t>
        <w:br/>
        <w:t>Dave Romero di Romero Brake &amp; Muffler, a due miglia da te, aveva la stessa preoccupazione e ha accettato di mostrarti le sue bollette e di rispondere alla tua chiamata.</w:t>
        <w:br/>
        <w:t>Il prossimo passo: 45 minuti venerdì alle 7:30, prima dell’apertura, per misurare il tetto. Ti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Dopo la richiesta: </w:t>
      </w:r>
      <w:r>
        <w:rPr>
          <w:rFonts w:ascii="Calibri" w:hAnsi="Calibri" w:cs="Calibri" w:eastAsia="Calibri"/>
          <w:b w:val="0"/>
          <w:color w:val="5D5A70"/>
          <w:sz w:val="21"/>
        </w:rPr>
        <w:t>Smetti di parlare. Se dice di sì, fissa l’appuntamento prima di riattaccare. Se obietta sul prezzo, sui tempi o con un “mandami delle informazioni”, usa le risposte alle obiezioni di vendita.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Una carrellata di funzioni, Due richieste, Un numero che non ti ha dato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Pitch di vendita via email dopo una chiamata o un contatto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In giornata · Lunghezza: Sotto le 120 parole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inviarla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Lo stesso giorno della chiamata, o entro un giorno lavorativo da una richiesta di informazioni.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Solo a chi ha parlato con te o ti ha chiesto informazioni. Per le prime email a chi non ti conosce, usa i modelli di cold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[Azienda del cliente]: [il suo problema, in poche parole] e [il prossimo passo]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[la chiamata di oggi]. Mi hai detto che [il suo problema, con le sue parole] e che questo ti costa [il suo numero].</w:t>
        <w:br/>
        <w:br/>
        <w:t>Ecco cosa offriamo: [la tua offerta].</w:t>
        <w:br/>
        <w:br/>
        <w:t>[Una prova, con un nome che il cliente ha accettato di condividere].</w:t>
        <w:br/>
        <w:br/>
        <w:t>Prossimo passo: [la richiesta] [giorno] alle [ora]. Ti va ancora bene?</w:t>
        <w:br/>
        <w:br/>
        <w:t>[il tuo nome]</w:t>
        <w:br/>
        <w:t>[azienda], [telefono]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Esempio, Sunvale Solar: </w:t>
      </w:r>
      <w:r>
        <w:rPr>
          <w:rFonts w:ascii="Calibri" w:hAnsi="Calibri" w:cs="Calibri" w:eastAsia="Calibri"/>
          <w:b w:val="0"/>
          <w:color w:val="15131F"/>
          <w:sz w:val="21"/>
        </w:rPr>
        <w:t>Oggetto: Pinecrest: le tue bollette estive e venerdì alle 7:30</w:t>
        <w:br/>
        <w:br/>
        <w:t>Ciao Lydia,</w:t>
        <w:br/>
        <w:br/>
        <w:t>grazie per la chiamata di oggi. Mi hai detto che le bollette estive sono l’unico costo che non riesci a controllare: 3.900 $ tra luglio e agosto.</w:t>
        <w:br/>
        <w:br/>
        <w:t>Ecco cosa offriamo: misuriamo il tuo tetto, guardiamo le tue ultime 12 bollette e ti mandiamo un preventivo scritto con la potenza dell’impianto, la produzione prevista e il prezzo.</w:t>
        <w:br/>
        <w:br/>
        <w:t>Dave Romero di Romero Brake &amp; Muffler aspetta la tua chiamata al 520-555-0193.</w:t>
        <w:br/>
        <w:br/>
        <w:t>Prossimo passo: sopralluogo al tetto venerdì 9 ottobre alle 7:30, prima dell’apertura. Il preventivo scritto arriva entro mercoledì 14 ottobre.</w:t>
        <w:br/>
        <w:br/>
        <w:t>Marcus Bell</w:t>
        <w:br/>
        <w:t>Sunvale Solar, 520-555-0127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Versione breve, SMS o WhatsApp: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Come d’accordo: [la richiesta] [giorno] alle [ora]. Se cambia qualcosa, rispondi 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Sotto le 120 parole: </w:t>
      </w:r>
      <w:r>
        <w:rPr>
          <w:rFonts w:ascii="Calibri" w:hAnsi="Calibri" w:cs="Calibri" w:eastAsia="Calibri"/>
          <w:b w:val="0"/>
          <w:color w:val="5D5A70"/>
          <w:sz w:val="21"/>
        </w:rPr>
        <w:t>Un problema, una prova, una richiesta. Non allegare nulla che non ti abbiano chiesto: prezzi e dettagli vanno nella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aggiungere mai: </w:t>
      </w:r>
      <w:r>
        <w:rPr>
          <w:rFonts w:ascii="Calibri" w:hAnsi="Calibri" w:cs="Calibri" w:eastAsia="Calibri"/>
          <w:b w:val="0"/>
          <w:color w:val="5D5A70"/>
          <w:sz w:val="21"/>
        </w:rPr>
        <w:t>Una seconda offerta, Allegati non richiesti, Una scadenza finta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Pitch in chat per il tuo sito e il tuo agente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Lunghezza: 2 o 3 frasi · Poi: Contatti e una chiamata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Usalo 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visitatore chiede nella chat del sito “di cosa vi occupate?”, “perché voi?” o “fa per me?”.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tuo agente IA risponde per primo, quindi gli servono la stessa offerta, la stessa prova e gli stessi limiti del tuo team.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in chat: </w:t>
      </w:r>
      <w:r>
        <w:rPr>
          <w:rFonts w:ascii="Calibri" w:hAnsi="Calibri" w:cs="Calibri" w:eastAsia="Calibri"/>
          <w:b w:val="0"/>
          <w:color w:val="15131F"/>
          <w:sz w:val="21"/>
        </w:rPr>
        <w:t>[Il suo problema, con le sue parole] è proprio ciò di cui ci occupiamo: [la tua offerta]. [Una prova]. [Il tuo nome] può chiamarti per [15 minuti] per capire se fa al caso tuo. A che numero e a che ora possiamo chiamarti?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Istruzioni per l’agente IA, da modificare e incollare: </w:t>
      </w:r>
      <w:r>
        <w:rPr>
          <w:rFonts w:ascii="Calibri" w:hAnsi="Calibri" w:cs="Calibri" w:eastAsia="Calibri"/>
          <w:b w:val="0"/>
          <w:color w:val="15131F"/>
          <w:sz w:val="21"/>
        </w:rPr>
        <w:t>Quando un visitatore chiede cosa facciamo, perché scegliere noi o se facciamo al caso suo, rispondi in 2 o 3 frasi: ripeti il suo problema con le sue parole, descrivi [la tua offerta] e cita [una prova] presa dalla knowledge base. Poi chiedi nome, numero di telefono e un orario comodo per una chiamata con [il tuo nome]. Non indicare mai risparmi, prezzi, risultati, incentivi o garanzie che non sono nella knowledge base.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 stesse parole ovunque: </w:t>
      </w:r>
      <w:r>
        <w:rPr>
          <w:rFonts w:ascii="Calibri" w:hAnsi="Calibri" w:cs="Calibri" w:eastAsia="Calibri"/>
          <w:b w:val="0"/>
          <w:color w:val="5D5A70"/>
          <w:sz w:val="21"/>
        </w:rPr>
        <w:t>Metti l’offerta e la prova nella “Knowledge Base”, parola per parola come le dice il tuo team. L’agente IA ripete quello che gli dai, quindi dagli solo ciò che puoi dimostrare.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dice mai: </w:t>
      </w:r>
      <w:r>
        <w:rPr>
          <w:rFonts w:ascii="Calibri" w:hAnsi="Calibri" w:cs="Calibri" w:eastAsia="Calibri"/>
          <w:b w:val="0"/>
          <w:color w:val="5D5A70"/>
          <w:sz w:val="21"/>
        </w:rPr>
        <w:t>Cifre di risparmio, Prezzi che non ha ricevuto, Garanzie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Esempi di pitch di vendita per i settori B2B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Settori: 7 · Per settore: Apertura, prova, richiesta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In ogni settore cambiano tre cose: il problema, la prova di cui il cliente si fida e la portata della richiesta. Di’ la frase d’apertura dopo le tue domande, poi prosegui con il pitch di 2 minuti.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Servizi B2B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Il prima e dopo di un cliente simile, con il suo permesso.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20 minuti con la persona che decide.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vieni valutato su [obiettivo aziendale] e che [il suo problema] continua a mettersi di mezzo. Oggi voglio parlare solo di questo.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Consulenza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Un breve caso: sintomo, causa, risultato.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Una sessione di analisi a pagamento o un piano di una pagina entro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Hai parlato di [sintomo]. Per esperienza, raramente è quello il vero problema, quindi vorrei partire da cosa c’è sotto.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Servizi 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I tempi di risposta per un cliente delle stesse dimensioni, con il suo permesso.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Una valutazione con un riepilogo scritto entro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l’ultimo disservizio è costato al tuo team [il suo numero] ore, e che la configurazione che l’ha causato è ancora lì.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Manifattura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I tuoi dati su puntualità e difetti per lo stesso tipo di pezzo.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Una campionatura o un primo ordine ridotto.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Acquisti [pezzo o materiale] e, da quello che mi hai detto, una consegna in ritardo che ferma la linea ti preoccupa più del prezzo.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Agenzia di marketing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I lead di un cliente prima e dopo, con il suo permesso.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L’audit di un canale, con tre conclusioni entro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spendi [il suo numero] al mese in pubblicità e non sai quali lead ti porta.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7.6 SaaS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Un periodo di prova sui suoi dati, o un cliente delle stesse dimensioni.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 periodo di prova con un solo criterio di successo e una data di verifica.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il tuo team perde circa [il suo numero] ore a settimana in [attività], e che qualunque cosa la sostituisca deve funzionare con [gli strumenti che usa].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7.7 Startup guidata dal fondatore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I primi risultati dei clienti, piccoli e onesti, con il loro permesso.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 breve progetto pilota con un solo criterio di successo.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Sono il fondatore, quindi vado dritto al punto: mi hai detto che [il suo problema] ti costa [il suo numero] al mese, e che nessuno ha il compito di risolverlo.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Poi usa: </w:t>
      </w:r>
      <w:r>
        <w:rPr>
          <w:rFonts w:ascii="Calibri" w:hAnsi="Calibri" w:cs="Calibri" w:eastAsia="Calibri"/>
          <w:b w:val="0"/>
          <w:color w:val="5D5A70"/>
          <w:sz w:val="21"/>
        </w:rPr>
        <w:t>Pitch di 2 minuti, Pitch via email, Risposte alle obiezioni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Esempi di pitch di vendita per attività locali e B2C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Settori: 7 · Numeri: I loro, o per iscritto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Questi clienti sono titolari, iscritti, pazienti, donatori o proprietari di casa, e in diversi di questi settori ci sono regole severe su cosa puoi promettere. Usa solo numeri presi dai loro dati o da un preventivo scritto.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E-commerce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Un negozio online delle stesse dimensioni, con numeri che ha accettato di condividere.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15 minuti per guardare insieme il suo negozio online.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la maggior parte dei visitatori se ne va a [passaggio] e non sai perché.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Fitness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Un iscritto con lo stesso obiettivo che ha accettato di raccontare la sua storia.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Una settimana di prova o una prima sessione con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sei venuto perché vuoi [obiettivo] entro [data]. Tutto quello che ti mostro oggi riguarda questo.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Sanità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Uno studio medico delle stesse dimensioni, con il suo permesso. Mai dati dei pazienti.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Una breve demo per il responsabile della reception.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la tua reception passa [il suo numero] ore al giorno al telefono e che i pazienti aspettano comunque una risposta.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Assicurazioni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La sua polizza e la tua alternativa a confronto, per iscritto.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Una revisione dei documenti della sua polizza attuale.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Prima di parlare di prezzo, voglio mostrarti per iscritto [la lacuna che hai trovato] nella tua polizza attuale.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Mutui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Una stima scritta basata sulla sua pratica, non un tasso pubblicizzato.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I documenti per una stima scritta, entro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la tua rata è di [il suo numero] e che vuoi [obiettivo] entro [data]. Ti mostro per iscritto cosa consente oggi la tua pratica.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8.6 Non profit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I risultati dell’anno scorso, con i numeri che rendicontate.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Una donazione precisa, un livello di sponsorizzazione o una visita sul posto.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Prima di parlarti di noi, lascia che ti racconti [un momento reale] a [comunità] quest’anno.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8.7 Fotovoltaico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prova giusta: </w:t>
      </w:r>
      <w:r>
        <w:rPr>
          <w:rFonts w:ascii="Calibri" w:hAnsi="Calibri" w:cs="Calibri" w:eastAsia="Calibri"/>
          <w:b w:val="0"/>
          <w:color w:val="5D5A70"/>
          <w:sz w:val="21"/>
        </w:rPr>
        <w:t>Le bollette di un cliente prima e dopo, con il suo permesso. Incentivi solo dalla fonte ufficiale, verificati quel giorno.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La richiesta: </w:t>
      </w:r>
      <w:r>
        <w:rPr>
          <w:rFonts w:ascii="Calibri" w:hAnsi="Calibri" w:cs="Calibri" w:eastAsia="Calibri"/>
          <w:b w:val="0"/>
          <w:color w:val="5D5A70"/>
          <w:sz w:val="21"/>
        </w:rPr>
        <w:t>Un sopralluogo al tetto e le sue bollette degli ultimi 12 mesi.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d’apertura: </w:t>
      </w:r>
      <w:r>
        <w:rPr>
          <w:rFonts w:ascii="Calibri" w:hAnsi="Calibri" w:cs="Calibri" w:eastAsia="Calibri"/>
          <w:b w:val="0"/>
          <w:color w:val="15131F"/>
          <w:sz w:val="21"/>
        </w:rPr>
        <w:t>Mi hai detto che la tua bolletta era di [il suo numero] a luglio e di [il suo numero] ad agosto. Oggi non ti prometto risparmi, ma posso mostrarti per iscritto quanto produrrebbe il tuo tetto.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Settori regolamentati: </w:t>
      </w:r>
      <w:r>
        <w:rPr>
          <w:rFonts w:ascii="Calibri" w:hAnsi="Calibri" w:cs="Calibri" w:eastAsia="Calibri"/>
          <w:b w:val="0"/>
          <w:color w:val="5D5A70"/>
          <w:sz w:val="21"/>
        </w:rPr>
        <w:t>In assicurazioni, mutui, sanità e fotovoltaico, non promettere mai un tasso, una copertura, un risparmio o un incentivo che non sia messo per iscritto dalla sua fonte. Rispetta le regole della tua abilitazione e quelle di conformità della tua azienda.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promettere mai: </w:t>
      </w:r>
      <w:r>
        <w:rPr>
          <w:rFonts w:ascii="Calibri" w:hAnsi="Calibri" w:cs="Calibri" w:eastAsia="Calibri"/>
          <w:b w:val="0"/>
          <w:color w:val="5D5A70"/>
          <w:sz w:val="21"/>
        </w:rPr>
        <w:t>Un tasso, Risparmi, Un incentivo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Da una domanda in chat a un sopralluogo fissato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Sunvale Solar, un installatore fittizio di impianti fotovoltaici per aziende a Tucson, in Arizona, usa questi esempi di pitch di vendita con Lydia Chen, titolare di Pinecrest Auto Repair. L’agente IA fa il pitch in chat e Marcus Bell fa domande prima del suo pitch. Ogni numero viene da Lydia: nessuno le promette una cifra di risparmio.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Lun 5 ott, 20:40: Ciao, sono Lydia Chen, titolare di Pinecrest Auto Repair, un’officina con quattro postazioni. La bolletta della luce è stata di 1.840 $ a luglio e di 2.060 $ ad agosto. Il fotovoltaico ha senso per un’officina come la mia?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Lydia. Bollette estive come i tuoi 1.840 $ e 2.060 $ sono proprio ciò di cui ci occupiamo: fotovoltaico sul tetto per piccole imprese di Tucson, dimensionato sulle tue ultime 12 bollette, con la produzione prevista e il prezzo in un preventivo scritto. Dave Romero di Romero Brake &amp; Muffler, un’officina come la tua, ha accettato di mostrare le sue bollette ai titolari che lo chiedono. Marcus Bell può chiamarti per 15 minuti per capire se il tuo tetto è adatto. A che numero e a che ora possiamo chiamarti?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520-555-0148, domani alle 12:30. È la mia pausa pranzo.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(vendite): </w:t>
      </w:r>
      <w:r>
        <w:rPr>
          <w:rFonts w:ascii="Calibri" w:hAnsi="Calibri" w:cs="Calibri" w:eastAsia="Calibri"/>
          <w:b w:val="0"/>
          <w:color w:val="15131F"/>
          <w:sz w:val="21"/>
        </w:rPr>
        <w:t>Mar 6 ott, 12:30, chiamata: Grazie, Lydia. Prima di dirti qualsiasi cosa sul fotovoltaico, posso farti qualche domanda sull’officina e sulle bollette?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12:38: Il problema è l’estate. I raffrescatori dell’officina e il compressore vanno tutto il giorno, e non posso spegnerli con le auto sui ponti. Voglio solo una cifra su cui poter fare i conti.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(vendite): </w:t>
      </w:r>
      <w:r>
        <w:rPr>
          <w:rFonts w:ascii="Calibri" w:hAnsi="Calibri" w:cs="Calibri" w:eastAsia="Calibri"/>
          <w:b w:val="0"/>
          <w:color w:val="15131F"/>
          <w:sz w:val="21"/>
        </w:rPr>
        <w:t>12:41: Vediamo se ho capito bene: le bollette estive sono l’unico costo che non riesci a controllare, perché i raffrescatori dell’officina e il compressore vanno tutto il giorno. Solo luglio e agosto ti sono costati 3.900 $. Ecco cosa offriamo: misuriamo il tuo tetto, guardiamo le tue ultime 12 bollette e ti mandiamo un preventivo scritto con la potenza dell’impianto, la produzione prevista e il prezzo. Dave Romero di Romero Brake &amp; Muffler, a due miglia da te, aveva la stessa preoccupazione e ha accettato di mostrarti le sue bollette e di rispondere alla tua chiamata. Il prossimo passo: 45 minuti venerdì alle 7:30, prima dell’apertura, per misurare il tetto. Ti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Venerdì alle 7:30 va bene. Quanto mi costa il preventivo?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(vendite): </w:t>
      </w:r>
      <w:r>
        <w:rPr>
          <w:rFonts w:ascii="Calibri" w:hAnsi="Calibri" w:cs="Calibri" w:eastAsia="Calibri"/>
          <w:b w:val="0"/>
          <w:color w:val="15131F"/>
          <w:sz w:val="21"/>
        </w:rPr>
        <w:t>Niente. Lo ricevi per iscritto entro mercoledì 14 ottobre, e se i numeri non funzionano per la tua officina, te lo dico.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Marcus (vendite): </w:t>
      </w:r>
      <w:r>
        <w:rPr>
          <w:rFonts w:ascii="Calibri" w:hAnsi="Calibri" w:cs="Calibri" w:eastAsia="Calibri"/>
          <w:b w:val="0"/>
          <w:color w:val="15131F"/>
          <w:sz w:val="21"/>
        </w:rPr>
        <w:t>13:05, email “Pinecrest: le tue bollette estive e venerdì alle 7:30”: le stesse cinque righe in meno di 120 parole, con il numero di telefono di Dave Romero e la data del preventivo, mercoledì 14 ottobre.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Schema del pitch: Pinecrest Auto Repair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Il suo problema, con le sue parole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Bollette estive che non riesce a controllare: i raffrescatori dell’officina e il compressore vanno tutto il giorno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Costo, con i suoi numeri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1.840 $ a luglio e 2.060 $ ad agosto: 3.900 $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Offerta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Tetto misurato, 12 bollette analizzate, preventivo scritto con potenza, produzione e prezzo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Una prova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Dave Romero, Romero Brake &amp; Muffler: mostra le sue bollette, risponde alla sua chiamata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Una richiesta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Sopralluogo al tetto ven 9 ott, 7:30, prima dell’apertura dell’officina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Griglia di valutazione: il pitch di 2 minuti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ripetuto il suo problema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prova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richiesta, con giorno e ora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Sotto i 2 minuti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 concordato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Sì, ven 9 ott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In CRMsoftware.pro il 6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Fotovoltaico sul tetto · Pinecrest Auto Repair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Pitch presentato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sue parole; 1.840 $ luglio, 2.060 $ agosto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Sopralluogo al tetto ven 9 ott, 7:30 · Preventivo entro mer 14 ott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Non detto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cifra di risparmio o di incentivo, nessuna scadenza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Come scrivere un pitch di vendita per ogni durata e canale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Versione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Dove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dici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La richiesta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frase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Eventi, profili, segreteria, la parte alta del tuo sito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aiuti e come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domanda sul suo problema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secondi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 chiamate, presentazioni, fiere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aiuti, il problema in cui si riconoscono, la tua offerta, una prova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minuti per fare domande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chiamata o un incontro dopo la chiamata conoscitiva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suo problema ripetuto, il costo, la tua offerta, una prova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prossimo passo con una data: un sopralluogo, un periodo di prova o un preventivo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 stesso giorno di una chiamata o di una richiesta di informazioni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stesse cinque righe, sotto le 120 parole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Conferma il prossimo passo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chat del sito e il tuo agente 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suo problema, la tua offerta e una prova in 2 o 3 frasi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Contatti e una chiamata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Cosa non dire in un pitch di vendita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Ognuna di queste cose sembra efficace sul momento e poi ti costa fiducia. Lo stesso vale per le scadenze finte e per parlare male di un concorrente.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numero che non puoi dimostrare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Risparmi, risultati o cifre sulla “maggior parte dei clienti” per cui non hai dati. Usa i numeri del cliente, o quelli di un cliente che ha accettato di condividerli. La legge statunitense richiede prove prima di fare un’affermazione.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Invece: </w:t>
      </w:r>
      <w:r>
        <w:rPr>
          <w:rFonts w:ascii="Calibri" w:hAnsi="Calibri" w:cs="Calibri" w:eastAsia="Calibri"/>
          <w:b w:val="0"/>
          <w:color w:val="15131F"/>
          <w:sz w:val="21"/>
        </w:rPr>
        <w:t>Oggi non ti prometto un numero. Il preventivo te lo mostrerà per iscritto.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testimonianza che non puoi sostenere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 cliente inventato, una citazione riscritta o un cliente che non ha accettato di essere nominato. Chiedi prima, cita alla lettera e indica cosa ottengono in genere i clienti se il suo risultato è stato insolitamente buono.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carrellata di funzioni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Dieci funzioni sono dieci occasioni per perdere il cliente. Nomina l’unica cosa che risolve il problema che ti ha raccontato.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Due o tre richieste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“Una demo, o un periodo di prova, o una proposta” gli dà tre modi per rimandare. Scegli un solo prossimo passo con giorno e ora. Due orari per lo stesso passo vanno bene.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Questa pagina non è una consulenza legale. Le regole su pubblicità e testimonianze cambiano da paese a paese e da settore a settore: controlla le regole ufficiali dove vendi e, in assicurazioni, mutui, sanità e fotovoltaico, quelle della tua abilitazione.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modelli di pitch di vendita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Chiedi prima del pitch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Fai prima la chiamata conoscitiva, o almeno chiedi qual è il problema e quanto costa. Annota le parole del cliente.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le cinque righe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Usa la scheda 1 o il foglio Schema del pitch. Se una riga resta vuota, non sei pronto.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Scegli la durata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frase o 30 secondi prima di conoscere il cliente, 2 minuti dopo la chiamata conoscitiva, l’email lo stesso giorno, la chat sul tuo sito.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Chiedi una volta, poi fermati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richiesta con giorno e ora, poi ascolta. Fissa il prossimo passo prima che finisca la chiamata.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Valuta ogni pitch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Annotalo nel registro Excel dei pitch. Ogni settimana correggi il controllo che manchi più spesso.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Le chat del sito arrivano in “Leads”. Apri il lead e fai clic su “Convert”: crea il contatto, l’azienda e la trattativa.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In “Deals”, usa “New pipeline” e “Add stage” per aggiungere una fase come Pitch presentato. Scrivi le parole e i numeri del cliente nelle note (“Notes”) della trattativa.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Trasforma la richiesta in un’attività: in “Tasks”, fai clic su “New Task” con un titolo (“Task title”) come “Sopralluogo al tetto: Pinecrest Auto Repair”, il responsabile (“Assignee”), una scadenza (“Deadline”) e la trattativa collegata (“Linked deal”). “My Tasks” mostra le attività in scadenza oggi (“Due today”) e quelle scadute (“Overdue”).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Per il pitch in chat, apri “My Bots”, scegli il tuo bot e, nella scheda “Basics”, aggiungi l’offerta e la prova alle “Instructions” e alla “Knowledge Base”. Fai clic su “Save Bot” e verifica con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Con Growth, salva il pitch in chat in “Settings” &gt; “Saved Replies” &gt; “New reply”: una scorciatoia (“Shortcut”) come /pitch, un titolo (“Title”) e il testo (“Reply body”), poi “Share with team”.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non registra né valuta le tue chiamate e non invia le email di pitch al posto tuo: le invii dalla tua casella di posta e valuti ogni pitch nel registro Excel. Lead, 1 pipeline, note e attività di base sono gratis per 3 utenti. I preventivi per il prossimo passo arrivano con Launch, 19 $ al mese con fatturazione annuale, e le risposte salvate con Growth, 49 $ al mese con fatturazione annuale.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dei pitch,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 correggere la prossima volta: quale controllo manchi più spesso?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Quota con prossimo passo a 4 su 4 contro 3 o meno.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Alcune chat dell’agente IA in “Live Support”: stessa offerta, stessa prova, nessun numero inventato.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trattativa aperta dopo un pitch ha un’attività con una scadenza (“Deadline”).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https://crmsoftware.pro/it/templates/sales-pitch-templates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 ed esempi di pitch di vendita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