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Modello di comunicazione di disservizio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Otto schede per la piccola impresa che ha un servizio fuori uso: primo avviso, aggiornamenti con e senza orario previsto, soluzioni alternative, clienti arrabbiati, fine disservizio, resoconto e istruzioni per l’agente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Scrivi prima la nota sul disservizio: cosa non funziona, cosa funziona ancora, chi è coinvolto, la soluzione alternativa e l’orario del prossimo aggiornamento. Sostituisci ogni parola tra [parentesi quadre] con questi fatti e invia gli stessi fatti su ogni canale. Registra ogni messaggio nel registro Excel delle comunicazioni sul disservizio.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messaggi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Primo avviso in chat e via email: entro 15 minuti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Invia entro: 15 minuti · Responsabile: Referente del disservizio · Prossimo aggiornamento: Tra 30 minuti · Confermato significa: Un tuo test non va a buon fine, chi sta risolvendo il problema lo conferma, oppure due clienti segnalano lo stesso errore.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Questo modello di comunicazione di disservizio parte da un solo messaggio, inviato entro 15 minuti dalla conferma del disservizio: hai visto il guasto con i tuoi occhi, oppure te lo conferma chi sta risolvendo il problema. Dice cosa non funziona, cosa funziona ancora, chi è coinvolto, cosa fare nel frattempo e quando arriva il prossimo aggiornamento. Niente cause, niente orario di ripristino.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in chat: </w:t>
      </w:r>
      <w:r>
        <w:rPr>
          <w:rFonts w:ascii="Calibri" w:hAnsi="Calibri" w:cs="Calibri" w:eastAsia="Calibri"/>
          <w:b w:val="0"/>
          <w:color w:val="15131F"/>
          <w:sz w:val="21"/>
        </w:rPr>
        <w:t>Ciao [nome], grazie per avercelo segnalato. Sì, [cosa non funziona] è fuori uso dalle [ora di inizio]. [Cosa funziona ancora]. [Chi è coinvolto]. Per ora, [soluzione alternativa]. Pubblicheremo qui il prossimo aggiornamento entro le [orario del prossimo aggiornamento], anche se non ci saranno ancora novità.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 dell’email: </w:t>
      </w:r>
      <w:r>
        <w:rPr>
          <w:rFonts w:ascii="Calibri" w:hAnsi="Calibri" w:cs="Calibri" w:eastAsia="Calibri"/>
          <w:b w:val="0"/>
          <w:color w:val="15131F"/>
          <w:sz w:val="21"/>
        </w:rPr>
        <w:t>[Servizio] non disponibile: cosa funziona ancora, prossimo aggiornamento entro le [ora]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[Cosa non funziona] è fuori uso dalle [ora di inizio] di oggi. Ci stiamo lavorando insieme a [chi sta risolvendo il problema, per esempio il nostro fornitore del sistema di prenotazione].</w:t>
        <w:br/>
        <w:br/>
        <w:t>Cosa funziona ancora: [cosa funziona ancora].</w:t>
        <w:br/>
        <w:t>Chi è coinvolto: [chi è coinvolto].</w:t>
        <w:br/>
        <w:t>Cosa puoi fare ora: [soluzione alternativa].</w:t>
        <w:br/>
        <w:br/>
        <w:t>Prossima email entro le [orario della prossima email], o prima, se il problema viene risolto. Aggiornamenti ogni 30 minuti: [dove, per esempio la chat del nostro sito].</w:t>
        <w:br/>
        <w:br/>
        <w:t>Ci scusiamo per il disagio.</w:t>
        <w:br/>
        <w:t>[Il tuo nome], [ruolo]</w:t>
        <w:br/>
        <w:t>[Nome dell’attività], [telefono]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Post sui social: </w:t>
      </w:r>
      <w:r>
        <w:rPr>
          <w:rFonts w:ascii="Calibri" w:hAnsi="Calibri" w:cs="Calibri" w:eastAsia="Calibri"/>
          <w:b w:val="0"/>
          <w:color w:val="15131F"/>
          <w:sz w:val="21"/>
        </w:rPr>
        <w:t>[Servizio] non è disponibile dalle [ora di inizio]. [Cosa funziona ancora]. [Soluzione alternativa]. Prossimo aggiornamento qui entro le [orario del prossimo aggiornamento]. Per domande: [link alla chat o 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è ancora confermato: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Stiamo verificando una segnalazione secondo cui [servizio] non funziona. Cosa vedi sullo schermo? Ti rispondo qui entro 15 minuti.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Da compilare prima dell’invio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Impatto confermato: cosa non funziona, cosa funziona ancora, chi è coinvolto.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Soluzione alternativa: una che hai provato tu, oppure “nessuna per ora”.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Orario del prossimo aggiornamento: un orario preciso, tra 30 minuti. Poi registra il messaggio.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orario di ripristino, una causa o “torna tra pochi minuti”.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Aggiornamento senza novità: indica l’orario del prossimo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Frequenza: Ogni 30 min · Intervallo massimo: 60 minuti · Responsabile: Referente del disservizio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Invialo ogni 30 minuti finché non ci sono novità vere. Atlassian consiglia di non lasciare mai passare più di un’ora senza un aggiornamento mentre i clienti non possono usare il servizio, di dire sempre quando arriverà il prossimo e di pubblicare “nessuna novità” piuttosto che niente. L’orario è l’unica promessa che puoi mantenere.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Aggiornamento in chat e sui social: </w:t>
      </w:r>
      <w:r>
        <w:rPr>
          <w:rFonts w:ascii="Calibri" w:hAnsi="Calibri" w:cs="Calibri" w:eastAsia="Calibri"/>
          <w:b w:val="0"/>
          <w:color w:val="15131F"/>
          <w:sz w:val="21"/>
        </w:rPr>
        <w:t>Aggiornamento delle [ora]: [cosa non funziona] è ancora fuori uso. [Chi sta risolvendo il problema] ci sta ancora lavorando e non abbiamo ancora un orario di ripristino. Funziona regolarmente: [cosa funziona ancora]. Nel frattempo: [soluzione alternativa]. Prossimo aggiornamento qui entro le [orario del prossimo aggiornamento].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a “Novità?”: </w:t>
      </w:r>
      <w:r>
        <w:rPr>
          <w:rFonts w:ascii="Calibri" w:hAnsi="Calibri" w:cs="Calibri" w:eastAsia="Calibri"/>
          <w:b w:val="0"/>
          <w:color w:val="15131F"/>
          <w:sz w:val="21"/>
        </w:rPr>
        <w:t>Non ancora, [nome], e preferisco dirtelo piuttosto che tirare a indovinare. Prossimo aggiornamento entro le [orario del prossimo aggiornamento].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il disservizio supera le 2 ore: </w:t>
      </w:r>
      <w:r>
        <w:rPr>
          <w:rFonts w:ascii="Calibri" w:hAnsi="Calibri" w:cs="Calibri" w:eastAsia="Calibri"/>
          <w:b w:val="0"/>
          <w:color w:val="15131F"/>
          <w:sz w:val="21"/>
        </w:rPr>
        <w:t>Aggiornamento delle [ora]: [cosa non funziona] è ancora fuori uso e [chi sta risolvendo il problema] prevede una riparazione più lunga. Da ora pubblichiamo un aggiornamento ogni [60] minuti, il prossimo alle [orario del prossimo aggiornamento], e subito se cambia qualcosa. La soluzione alternativa resta valida: [soluzione alternativa].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Da compilare prima dell’invio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L’ora di questo aggiornamento, così i clienti vedono che è recente.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Cosa è cambiato dall’ultimo aggiornamento, oppure “nessuna novità”: solo quello che ti ha detto chi sta risolvendo il problema.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 nuovo la soluzione alternativa e l’orario del prossimo aggiornamento. Imposta un promemoria in calendario 5 minuti prima.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orario di ripristino che nessuno ti ha dato, o “a breve”. Non saltare mai un aggiornamento perché mancano novità. Le linee guida di PagerDuty consentono aggiornamenti meno frequenti dopo due ore, ma ogni aggiornamento indica comunque il successivo.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Invece di un orario previsto, di’: </w:t>
      </w:r>
      <w:r>
        <w:rPr>
          <w:rFonts w:ascii="Calibri" w:hAnsi="Calibri" w:cs="Calibri" w:eastAsia="Calibri"/>
          <w:b w:val="0"/>
          <w:color w:val="5D5A70"/>
          <w:sz w:val="21"/>
        </w:rPr>
        <w:t>Un orario preciso, Nessun orario di ripristino, Cosa funziona ancora, La soluzione alternativa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Aggiornamento con orario previsto: solo se confermato, con margine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Orario previsto: Solo se confermato · Margine: +30 min o +50% · Se slitta: Dillo prima · Esempio: Il fornitore dice 08:30. Tu dici “entro le 09:00”. Risolto alle 08:20, fine disservizio alle 08:44: promessa mantenuta.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Indica un orario di ripristino solo quando chi sta risolvendo il problema (il tuo fornitore, lo sviluppatore o l’assistenza informatica) te l’ha confermato, meglio se per iscritto. Poi aggiungi un margine: almeno 30 minuti, o metà della stima per una riparazione lunga. I clienti ricordano l’orario che hai detto.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Aggiornamento in chat e sui social: </w:t>
      </w:r>
      <w:r>
        <w:rPr>
          <w:rFonts w:ascii="Calibri" w:hAnsi="Calibri" w:cs="Calibri" w:eastAsia="Calibri"/>
          <w:b w:val="0"/>
          <w:color w:val="15131F"/>
          <w:sz w:val="21"/>
        </w:rPr>
        <w:t>Aggiornamento delle [ora]: [chi sta risolvendo il problema] ha trovato la causa e prevede che [cosa non funziona] torni a funzionare entro le [orario previsto con margine]. Nel frattempo, [soluzione alternativa]. Lo confermeremo qui appena tutto funziona di nuovo. Prossimo aggiornamento entro le [orario del prossimo aggiornamento].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 dell’email: </w:t>
      </w:r>
      <w:r>
        <w:rPr>
          <w:rFonts w:ascii="Calibri" w:hAnsi="Calibri" w:cs="Calibri" w:eastAsia="Calibri"/>
          <w:b w:val="0"/>
          <w:color w:val="15131F"/>
          <w:sz w:val="21"/>
        </w:rPr>
        <w:t>Aggiornamento: ripristino di [servizio] previsto entro le [orario previsto con margine]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[Chi sta risolvendo il problema] ha trovato la causa del problema con [cosa non funziona] e prevede che torni a funzionare entro le [orario previsto con margine] di oggi.</w:t>
        <w:br/>
        <w:br/>
        <w:t>Nel frattempo: [soluzione alternativa].</w:t>
        <w:br/>
        <w:t>Cosa significa per te: [per esempio, le prenotazioni fatte prima del disservizio restano valide].</w:t>
        <w:br/>
        <w:br/>
        <w:t>Ti scriveremo quando sarà risolto, o al più tardi entro le [orario della prossima email].</w:t>
        <w:br/>
        <w:br/>
        <w:t>[Il tuo nome], [ruolo]</w:t>
        <w:br/>
        <w:t>[Nome dell’attività]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l’orario previsto slitta: </w:t>
      </w:r>
      <w:r>
        <w:rPr>
          <w:rFonts w:ascii="Calibri" w:hAnsi="Calibri" w:cs="Calibri" w:eastAsia="Calibri"/>
          <w:b w:val="0"/>
          <w:color w:val="15131F"/>
          <w:sz w:val="21"/>
        </w:rPr>
        <w:t>Aggiornamento delle [ora]: la riparazione richiede più tempo del previsto, quindi l’orario delle [orario previsto con margine] non vale più. [Nuovo orario previsto con margine, oppure: non abbiamo ancora un nuovo orario di ripristino]. La soluzione alternativa resta valida: [soluzione alternativa]. Prossimo aggiornamento entro le [orario del prossimo aggiornamento].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Da compilare prima dell’invio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Fonte dell’orario previsto: chi l’ha confermato, quando e come. Annotala nel registro.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Orario del prossimo aggiornamento: sempre ogni 30 minuti, anche con un orario previsto.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orario che nessuno ha confermato, o uno senza margine. Se slitterà, dillo prima che passi.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Soluzione alternativa e cosa funziona ancora, per tipo di disservizio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Regola: Solo se provata · Ripetila: In ogni aggiornamento · Preparati ora: Esporta ogni sera le prenotazioni del giorno dopo, tieni un secondo numero di telefono e registra un messaggio di segreteria per i disservizi.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 maggior parte dei disservizi blocca una cosa, non tutto. In ogni messaggio indica cosa funziona ancora e proponi solo una soluzione alternativa che hai provato.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Sistema di prenotazione fuori uso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Funziona ancora: </w:t>
      </w:r>
      <w:r>
        <w:rPr>
          <w:rFonts w:ascii="Calibri" w:hAnsi="Calibri" w:cs="Calibri" w:eastAsia="Calibri"/>
          <w:b w:val="0"/>
          <w:color w:val="5D5A70"/>
          <w:sz w:val="21"/>
        </w:rPr>
        <w:t>Sei aperto; di solito le prenotazioni esistenti restano valide (verifica con il tuo fornitore).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Soluzione alternativa: </w:t>
      </w:r>
      <w:r>
        <w:rPr>
          <w:rFonts w:ascii="Calibri" w:hAnsi="Calibri" w:cs="Calibri" w:eastAsia="Calibri"/>
          <w:b w:val="0"/>
          <w:color w:val="5D5A70"/>
          <w:sz w:val="21"/>
        </w:rPr>
        <w:t>Prenotazioni e disdette per telefono, in chat o via email; all’arrivo basta dire il nome.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dire: </w:t>
      </w:r>
      <w:r>
        <w:rPr>
          <w:rFonts w:ascii="Calibri" w:hAnsi="Calibri" w:cs="Calibri" w:eastAsia="Calibri"/>
          <w:b w:val="0"/>
          <w:color w:val="15131F"/>
          <w:sz w:val="21"/>
        </w:rPr>
        <w:t>La prenotazione online non funziona, ma siamo aperti e tutti gli appuntamenti si svolgono come prenotati. Per prenotare o disdire, rispondi qui o chiama il [telefono].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Ordini online fuori uso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Funziona ancora: </w:t>
      </w:r>
      <w:r>
        <w:rPr>
          <w:rFonts w:ascii="Calibri" w:hAnsi="Calibri" w:cs="Calibri" w:eastAsia="Calibri"/>
          <w:b w:val="0"/>
          <w:color w:val="5D5A70"/>
          <w:sz w:val="21"/>
        </w:rPr>
        <w:t>Ordini per telefono, ritiro in sede, ordini fatti prima del disservizio.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Soluzione alternativa: </w:t>
      </w:r>
      <w:r>
        <w:rPr>
          <w:rFonts w:ascii="Calibri" w:hAnsi="Calibri" w:cs="Calibri" w:eastAsia="Calibri"/>
          <w:b w:val="0"/>
          <w:color w:val="5D5A70"/>
          <w:sz w:val="21"/>
        </w:rPr>
        <w:t>Prendi gli ordini per telefono o in chat e conferma ognuno per iscritto.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dire: </w:t>
      </w:r>
      <w:r>
        <w:rPr>
          <w:rFonts w:ascii="Calibri" w:hAnsi="Calibri" w:cs="Calibri" w:eastAsia="Calibri"/>
          <w:b w:val="0"/>
          <w:color w:val="15131F"/>
          <w:sz w:val="21"/>
        </w:rPr>
        <w:t>Gli ordini online non funzionano. Puoi ancora ordinare per telefono al [telefono] o qui in chat, e gli ordini fatti prima delle [ora di inizio] partono come previsto.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Sito fuori uso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Funziona ancora: </w:t>
      </w:r>
      <w:r>
        <w:rPr>
          <w:rFonts w:ascii="Calibri" w:hAnsi="Calibri" w:cs="Calibri" w:eastAsia="Calibri"/>
          <w:b w:val="0"/>
          <w:color w:val="5D5A70"/>
          <w:sz w:val="21"/>
        </w:rPr>
        <w:t>Telefono, email, messaggi sui social, il tuo negozio o ufficio.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Soluzione alternativa: </w:t>
      </w:r>
      <w:r>
        <w:rPr>
          <w:rFonts w:ascii="Calibri" w:hAnsi="Calibri" w:cs="Calibri" w:eastAsia="Calibri"/>
          <w:b w:val="0"/>
          <w:color w:val="5D5A70"/>
          <w:sz w:val="21"/>
        </w:rPr>
        <w:t>Un post fissato sui social e un messaggio di segreteria sul disservizio.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dire: </w:t>
      </w:r>
      <w:r>
        <w:rPr>
          <w:rFonts w:ascii="Calibri" w:hAnsi="Calibri" w:cs="Calibri" w:eastAsia="Calibri"/>
          <w:b w:val="0"/>
          <w:color w:val="15131F"/>
          <w:sz w:val="21"/>
        </w:rPr>
        <w:t>Il nostro sito non è raggiungibile dalle [ora di inizio], ma siamo aperti come sempre. Chiama il [telefono] o scrivici su [canale social]. Prossimo aggiornamento entro le [orario del prossimo aggiornamento].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Pagamenti con carta fuori uso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Funziona ancora: </w:t>
      </w:r>
      <w:r>
        <w:rPr>
          <w:rFonts w:ascii="Calibri" w:hAnsi="Calibri" w:cs="Calibri" w:eastAsia="Calibri"/>
          <w:b w:val="0"/>
          <w:color w:val="5D5A70"/>
          <w:sz w:val="21"/>
        </w:rPr>
        <w:t>Il servizio stesso; contanti o bonifico, se li accetti.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Soluzione alternativa: </w:t>
      </w:r>
      <w:r>
        <w:rPr>
          <w:rFonts w:ascii="Calibri" w:hAnsi="Calibri" w:cs="Calibri" w:eastAsia="Calibri"/>
          <w:b w:val="0"/>
          <w:color w:val="5D5A70"/>
          <w:sz w:val="21"/>
        </w:rPr>
        <w:t>Conferma subito l’ordine e invia la richiesta di pagamento più tardi.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dire: </w:t>
      </w:r>
      <w:r>
        <w:rPr>
          <w:rFonts w:ascii="Calibri" w:hAnsi="Calibri" w:cs="Calibri" w:eastAsia="Calibri"/>
          <w:b w:val="0"/>
          <w:color w:val="15131F"/>
          <w:sz w:val="21"/>
        </w:rPr>
        <w:t>Al momento i pagamenti con carta non vanno a buon fine. Confermiamo comunque [il tuo ordine o la tua prenotazione]. Ti invieremo la richiesta di pagamento quando tornerà a funzionare, e non ti addebiteremo nulla due volte.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Internet, telefono o software fuori uso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Funziona ancora: </w:t>
      </w:r>
      <w:r>
        <w:rPr>
          <w:rFonts w:ascii="Calibri" w:hAnsi="Calibri" w:cs="Calibri" w:eastAsia="Calibri"/>
          <w:b w:val="0"/>
          <w:color w:val="5D5A70"/>
          <w:sz w:val="21"/>
        </w:rPr>
        <w:t>Cellulari, dati mobili e carta.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Soluzione alternativa: </w:t>
      </w:r>
      <w:r>
        <w:rPr>
          <w:rFonts w:ascii="Calibri" w:hAnsi="Calibri" w:cs="Calibri" w:eastAsia="Calibri"/>
          <w:b w:val="0"/>
          <w:color w:val="5D5A70"/>
          <w:sz w:val="21"/>
        </w:rPr>
        <w:t>Un hotspot dal cellulare, un secondo numero, un elenco stampato degli appuntamenti di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dire: </w:t>
      </w:r>
      <w:r>
        <w:rPr>
          <w:rFonts w:ascii="Calibri" w:hAnsi="Calibri" w:cs="Calibri" w:eastAsia="Calibri"/>
          <w:b w:val="0"/>
          <w:color w:val="15131F"/>
          <w:sz w:val="21"/>
        </w:rPr>
        <w:t>La nostra linea telefonica non funziona dalle [ora di inizio]. Scrivici qui o all’indirizzo [indirizzo email]; rispondiamo entro [30] minuti. Gli appuntamenti di oggi si svolgono come previsto.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Clienti arrabbiati o con urgenze durante il disservizio: risposte brevi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Lunghezza della risposta: Da 2 a 3 frasi · Chi decide sui soldi: Solo il titolare · Risposta dopo il passaggio: Entro 10 minuti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alcuni clienti il disservizio ha un costo reale: un appuntamento saltato, un ordine per stasera. Rispondi in 2 o 3 frasi: riconosci il problema, dai i fatti e la soluzione alternativa, di’ chi decide il resto.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Cliente arrabbiato per il disservizio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Quando: </w:t>
      </w:r>
      <w:r>
        <w:rPr>
          <w:rFonts w:ascii="Calibri" w:hAnsi="Calibri" w:cs="Calibri" w:eastAsia="Calibri"/>
          <w:b w:val="0"/>
          <w:color w:val="5D5A70"/>
          <w:sz w:val="21"/>
        </w:rPr>
        <w:t>Si lamenta, ma non chiede niente di preciso.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Se chiede di parlare con una persona, minaccia di andarsene o è ancora arrabbiato dopo una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Capisco la tua frustrazione, [nome], e hai ragione: mi dispiace. [Cosa non funziona] è fuori uso dalle [ora di inizio]; per ora, [soluzione alternativa]. Prossimo aggiornamento entro le [orario del prossimo aggiornamento].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Una scadenza oggi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Quando: </w:t>
      </w:r>
      <w:r>
        <w:rPr>
          <w:rFonts w:ascii="Calibri" w:hAnsi="Calibri" w:cs="Calibri" w:eastAsia="Calibri"/>
          <w:b w:val="0"/>
          <w:color w:val="5D5A70"/>
          <w:sz w:val="21"/>
        </w:rPr>
        <w:t>Un appuntamento, un ordine o una consegna di oggi che la soluzione alternativa non può salvare.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Sì, al referente del disservizio.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Capisco che [quello che ti serve] non può aspettare. Passo la richiesta a [nome] con i tuoi dati: può [cosa può fare]. [Nome] ti risponderà qui entro le [ora].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Rimborso, credito o penale annullata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Quando: </w:t>
      </w:r>
      <w:r>
        <w:rPr>
          <w:rFonts w:ascii="Calibri" w:hAnsi="Calibri" w:cs="Calibri" w:eastAsia="Calibri"/>
          <w:b w:val="0"/>
          <w:color w:val="5D5A70"/>
          <w:sz w:val="21"/>
        </w:rPr>
        <w:t>Soldi indietro, un credito SLA o una penale annullata.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Sempre. Decide solo [chi approva].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È una domanda legittima. In questa chat non posso decidere su rimborsi o crediti, quindi ho passato la tua richiesta a [chi approva]. Avrai una risposta entro le [ora].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Dubbi su dati, pagamenti o sicurezza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Quando: </w:t>
      </w:r>
      <w:r>
        <w:rPr>
          <w:rFonts w:ascii="Calibri" w:hAnsi="Calibri" w:cs="Calibri" w:eastAsia="Calibri"/>
          <w:b w:val="0"/>
          <w:color w:val="5D5A70"/>
          <w:sz w:val="21"/>
        </w:rPr>
        <w:t>I miei dati, il mio pagamento o il mio account sono al sicuro?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Sì, subito.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È una domanda importante e non voglio tirare a indovinare. L’ho passata a [nome], che ti risponderà entro le [ora].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passaggio: </w:t>
      </w:r>
      <w:r>
        <w:rPr>
          <w:rFonts w:ascii="Calibri" w:hAnsi="Calibri" w:cs="Calibri" w:eastAsia="Calibri"/>
          <w:b w:val="0"/>
          <w:color w:val="5D5A70"/>
          <w:sz w:val="21"/>
        </w:rPr>
        <w:t>Passa a una persona le richieste di soldi, le scadenze di oggi, le minacce legali, i dubbi su dati o sicurezza, le minacce di andarsene e la seconda richiesta di parlare con una persona. A tutti gli altri dai i fatti, la soluzione alternativa e l’orario del prossimo aggiornamento.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 per: </w:t>
      </w:r>
      <w:r>
        <w:rPr>
          <w:rFonts w:ascii="Calibri" w:hAnsi="Calibri" w:cs="Calibri" w:eastAsia="Calibri"/>
          <w:b w:val="0"/>
          <w:color w:val="5D5A70"/>
          <w:sz w:val="21"/>
        </w:rPr>
        <w:t>Rimborso o credito, Scadenza oggi, Minaccia legale, Dati o sicurezza, Richiesta ripetuta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Risolto: fine disservizio su ogni canale che hai usato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Invia dopo: Il tuo test · Osserva per: 15 minuti · Canali: Tutti quelli usati · Poi: Togli la nota sul disservizio dal tuo agente IA, ripristina il messaggio di segreteria abituale, togli il post fissato sui social e registra una riga di fine disservizio per ogni canale.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 l’avviso di fine disservizio solo dopo che il tuo test è andato a buon fine (prenota, ordina o apri la pagina da un telefono) e dopo 15 minuti senza problemi, su ogni canale che ha ricevuto il primo avviso. Secondo le linee guida di PagerDuty, il messaggio finale conferma il ripristino completo e dice chiaramente se sono andati persi dei dati.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 e social: </w:t>
      </w:r>
      <w:r>
        <w:rPr>
          <w:rFonts w:ascii="Calibri" w:hAnsi="Calibri" w:cs="Calibri" w:eastAsia="Calibri"/>
          <w:b w:val="0"/>
          <w:color w:val="15131F"/>
          <w:sz w:val="21"/>
        </w:rPr>
        <w:t>Risolto: [cosa non funzionava] funziona di nuovo dalle [orario di ripristino]. [Effetti che restano, per esempio nessuna prenotazione è andata persa]. [Cosa fare, se serve]. Entro il [data del resoconto] invieremo a [chi riceve il resoconto] un’email su quello che è successo.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 dell’email: </w:t>
      </w:r>
      <w:r>
        <w:rPr>
          <w:rFonts w:ascii="Calibri" w:hAnsi="Calibri" w:cs="Calibri" w:eastAsia="Calibri"/>
          <w:b w:val="0"/>
          <w:color w:val="15131F"/>
          <w:sz w:val="21"/>
        </w:rPr>
        <w:t>Risolto: [servizio] funziona di nuovo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[Cosa non funzionava] funziona di nuovo dalle [orario di ripristino] di oggi. Abbiamo fatto noi stessi una prova alle [ora del test].</w:t>
        <w:br/>
        <w:br/>
        <w:t>- [Effetti che restano, per esempio: nessuna prenotazione e nessun dato sono andati persi]</w:t>
        <w:br/>
        <w:t>- [Cosa devi fare, oppure: niente]</w:t>
        <w:br/>
        <w:t>- [Decisioni già prese, per esempio nessuna penale per disdetta tardiva nelle ore del disservizio]</w:t>
        <w:br/>
        <w:br/>
        <w:t>Entro il [data del resoconto] ti invieremo un breve resoconto su cosa è successo e cosa stiamo cambiando.</w:t>
        <w:br/>
        <w:br/>
        <w:t>Grazie per la pazienza, e ci scusiamo ancora.</w:t>
        <w:br/>
        <w:t>[Il tuo nome], [ruolo]</w:t>
        <w:br/>
        <w:t>[Nome dell’attività]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Prima di inviare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tuo test è andato a buon fine, poi 15 minuti senza errori.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Risoluzione: orario di ripristino, cosa è stato risolto e cosa è andato perso, oppure “non è andato perso nulla”.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non succederà mai più, o una causa che nessuno ha confermato.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Resoconto dopo il disservizio: cosa è successo, cosa è cambiato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Invia entro: 1 giorno lavorativo · Credito approvato da: Titolare · Mittente: Referente del disservizio · Chi decide su un credito: Le condizioni o lo SLA ne prevedono uno: applicalo, il titolare conferma. Nessuna regola scritta: decide il titolare, una sola volta per tutti i clienti coinvolti.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Entro 1 giorno lavorativo, scrivi a tutti i clienti coinvolti o che ti hanno contattato. Lo schema di Atlassian: riconosci il problema e scusati, spiega cosa è andato storto, spiega la soluzione e come eviti che si ripeta, e scusati di nuovo. Aggiungi la decisione sul credito e chi l’ha approvata.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 dell’email: </w:t>
      </w:r>
      <w:r>
        <w:rPr>
          <w:rFonts w:ascii="Calibri" w:hAnsi="Calibri" w:cs="Calibri" w:eastAsia="Calibri"/>
          <w:b w:val="0"/>
          <w:color w:val="15131F"/>
          <w:sz w:val="21"/>
        </w:rPr>
        <w:t>Cosa è successo a [servizio] il [data] e cosa abbiamo cambiato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Il [data], dalle [ora di inizio] alle [orario di ripristino], [cosa non funzionava] non era disponibile. Ci dispiace: [il costo per i clienti in una frase].</w:t>
        <w:br/>
        <w:br/>
        <w:t>Cosa è successo: [causa in parole semplici, per esempio il nostro fornitore del sistema di prenotazione ha avuto un guasto ai server].</w:t>
        <w:br/>
        <w:t>Cosa abbiamo fatto: [cosa hai fatto durante il disservizio].</w:t>
        <w:br/>
        <w:t>Cosa stiamo cambiando: [da 1 a 3 modifiche concrete, con le date].</w:t>
        <w:br/>
        <w:t>Credito: [il credito e chi l’ha approvato, oppure elimina questa riga].</w:t>
        <w:br/>
        <w:br/>
        <w:t>Se pensi di aver ricevuto un addebito per errore, rispondi entro il [data] e [nome] lo verificherà.</w:t>
        <w:br/>
        <w:br/>
        <w:t>Grazie per la fiducia.</w:t>
        <w:br/>
        <w:t>[Il tuo nome], [ruolo]</w:t>
        <w:br/>
        <w:t>[Nome dell’attività]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Richiesta di credito: le tue condizioni lo prevedono: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Dai nostri registri risulta che [cosa non funzionava] non era disponibile dalle [ora di inizio] alle [orario di ripristino], per un totale di [durata]. In base a [dove è scritta la regola], ti spetta [credito]. [Chi approva] l’ha approvato e lo vedrai [dove e quando].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Richiesta di credito: le tue condizioni non lo prevedono: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[Cosa non funzionava] non era disponibile dalle [ora di inizio] alle [orario di ripristino] e mi dispiace per il disagio. Le nostre condizioni non prevedono un credito per i disservizi, ma ho passato la tua richiesta a [chi approva], che ti risponderà entro il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Controllo di chiusura: </w:t>
      </w:r>
      <w:r>
        <w:rPr>
          <w:rFonts w:ascii="Calibri" w:hAnsi="Calibri" w:cs="Calibri" w:eastAsia="Calibri"/>
          <w:b w:val="0"/>
          <w:color w:val="5D5A70"/>
          <w:sz w:val="21"/>
        </w:rPr>
        <w:t>Chiuso solo quando l’avviso di fine disservizio è uscito su ogni canale usato, questo resoconto è stato inviato e ogni riga del registro è completa.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Istruzioni per l’agente IA durante un disservizio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Aggiorna la nota: Ogni 30 min · Passa a una persona: Soldi, scadenze, azioni legali · Rimuovi: Dopo la fine del disservizio · Dove si fa in CRMsoftware.pro: “My Bots” &gt; scegli il bot &gt; scheda “Basics”: “Instructions” e “Knowledge Base”, poi “Save Bot”. Le chat passate a una persona arrivano in “Live Support”.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Durante un disservizio quasi tutte le chat chiedono tre cose: se il servizio è fuori uso, cosa si può fare e quando torna a funzionare. Un agente IA risponde in pochi secondi, ma solo con i fatti che gli dai. Incolla le regole nelle sue istruzioni e la nota nella sua knowledge base.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Incolla in “Instructions”: </w:t>
      </w:r>
      <w:r>
        <w:rPr>
          <w:rFonts w:ascii="Calibri" w:hAnsi="Calibri" w:cs="Calibri" w:eastAsia="Calibri"/>
          <w:b w:val="0"/>
          <w:color w:val="15131F"/>
          <w:sz w:val="21"/>
        </w:rPr>
        <w:t>REGOLE PER IL DISSERVIZIO (dalle [ora di inizio] del [data], finché non vengono rimosse)</w:t>
        <w:br/>
        <w:t>1. [Cosa non funziona] è fuori uso. Rispondi alle domande su questo argomento solo con i fatti della NOTA SUL DISSERVIZIO nella tua knowledge base. Non aggiungere cause, numeri o orari.</w:t>
        <w:br/>
        <w:t>2. Non dare mai un orario di ripristino se la nota non ne riporta uno. Se non c’è, di’ che non abbiamo ancora un orario di ripristino e indica l’orario del prossimo aggiornamento.</w:t>
        <w:br/>
        <w:t>3. In ogni risposta sul disservizio, includi cosa funziona ancora, la soluzione alternativa e l’orario del prossimo aggiornamento.</w:t>
        <w:br/>
        <w:t>4. Non promettere mai rimborsi, crediti o l’annullamento di penali. Passa la chat al team se il cliente chiede queste cose, ha una scadenza oggi, parla di azioni legali, di dati o di sicurezza, oppure chiede di parlare con una persona.</w:t>
        <w:br/>
        <w:t>5. Rispondi sul disservizio in 2 o 3 frasi. Scusati una sola volta.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Incolla in “Knowledge Base”: </w:t>
      </w:r>
      <w:r>
        <w:rPr>
          <w:rFonts w:ascii="Calibri" w:hAnsi="Calibri" w:cs="Calibri" w:eastAsia="Calibri"/>
          <w:b w:val="0"/>
          <w:color w:val="15131F"/>
          <w:sz w:val="21"/>
        </w:rPr>
        <w:t>NOTA SUL DISSERVIZIO, aggiornata alle [ora] del [data]</w:t>
        <w:br/>
        <w:t>Non funziona: [cosa non funziona] dalle [ora di inizio].</w:t>
        <w:br/>
        <w:t>Funziona ancora: [cosa funziona ancora].</w:t>
        <w:br/>
        <w:t>Chi è coinvolto: [chi è coinvolto].</w:t>
        <w:br/>
        <w:t>Soluzione alternativa: [soluzione alternativa].</w:t>
        <w:br/>
        <w:t>Orario di ripristino: [orario previsto con margine, oppure nessuno per ora].</w:t>
        <w:br/>
        <w:t>Decisioni: [per esempio nessuna penale per disdetta tardiva nelle ore del disservizio, oppure nessuna].</w:t>
        <w:br/>
        <w:t>Prossimo aggiornamento: [orario del prossimo aggiornamento] in questa chat e su [canale social].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Ogni 30 minuti e alla fine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Aggiorna prima la nota: Nuova ora, orario di ripristino e prossimo aggiornamento; salva, poi pubblica gli stessi fatti sugli altri canali.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Fai una prova: Chiedi “È fuori uso?” e “Quando torna a funzionare?” e controlla che le risposte usino la nota nuova.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Dopo la fine del disservizio: Elimina entrambi i blocchi, salva e controlla che l’agente IA non parli più del disservizio.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lasciare mai che l’agente IA: </w:t>
      </w:r>
      <w:r>
        <w:rPr>
          <w:rFonts w:ascii="Calibri" w:hAnsi="Calibri" w:cs="Calibri" w:eastAsia="Calibri"/>
          <w:b w:val="0"/>
          <w:color w:val="5D5A70"/>
          <w:sz w:val="21"/>
        </w:rPr>
        <w:t>Tiri a indovinare un orario di ripristino, spieghi una causa che nessuno ha confermato o offra soldi.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Messaggi ai clienti per un disservizio: l’app di prenotazione di uno studio di yoga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Ironbark Yoga, uno studio fittizio con circa 600 iscritti, apre alle 06:00. Martedì 6 ottobre 2026 la sua app di prenotazione si blocca alle 06:10. Theo, il responsabile dello studio, scrive la nota sul disservizio; l’agente IA risponde alle chat in base alla nota, Ana la pubblica su Instagram e Theo scrive via email ai 46 iscritti prenotati prima di mezzogiorno.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La vostra app non funziona e non riesco a disdire la lezione delle 9:30. Se per questo mi fate pagare la penale di 15 $ per disdetta tardiva, con voi ho chiuso.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dispiace, Jordan. La nostra app di prenotazione è fuori uso dalle 06:10, quindi non è possibile disdire dall’app. Le lezioni si svolgono come da programma. Non posso decidere io sulle penali, quindi ti passo a Theo, il responsabile dello studio. Ti risponderà qui entro 10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(responsabile dello studio): </w:t>
      </w:r>
      <w:r>
        <w:rPr>
          <w:rFonts w:ascii="Calibri" w:hAnsi="Calibri" w:cs="Calibri" w:eastAsia="Calibri"/>
          <w:b w:val="0"/>
          <w:color w:val="15131F"/>
          <w:sz w:val="21"/>
        </w:rPr>
        <w:t>Ciao Jordan, sono Theo. Ho disdetto io per te la lezione delle 9:30. Oggi non applicheremo penali per disdetta tardiva o mancata presentazione a nessuna lezione dalle 06:00 alle 12:00; la nostra titolare Rosa l’ha approvato pochi minuti fa.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Ok, grazie. Quando torna a funzionare l’app?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(responsabile dello studio): </w:t>
      </w:r>
      <w:r>
        <w:rPr>
          <w:rFonts w:ascii="Calibri" w:hAnsi="Calibri" w:cs="Calibri" w:eastAsia="Calibri"/>
          <w:b w:val="0"/>
          <w:color w:val="15131F"/>
          <w:sz w:val="21"/>
        </w:rPr>
        <w:t>Il fornitore prevede di risolvere entro le 08:30, quindi noi diciamo entro le 09:00. Prossimo aggiornamento qui e su Instagram entro le 08:00.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Nota sul disservizio alle 07:48: i campi che ogni messaggio riprende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funziona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 e prenotazione dal sito ferme dalle 06:10: niente nuove prenotazioni, disdette o pagamenti online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Funziona ancora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Studio aperto, tutte le lezioni si svolgono, le prenotazioni fatte prima delle 06:10 restano valide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 è coinvolto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Iscritti che prenotano o disdicono online; 46 iscritti prenotati prima delle 12:00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Soluzione alternativa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All’arrivo basta dire il nome alla reception; per disdire, rispondere in chat o via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Prossimo aggiornamento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08:00 in chat e su Instagram; prossima email entro le 09:00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Orario di ripristino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Fornitore: 08:30 (confermato alle 07:24). Noi diciamo: entro le 09:00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Decisioni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penale per disdetta tardiva o mancata presentazione dalle 06:00 alle 12:00, approvato da Rosa alle 07:44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Resoconto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entro il 7 ottobre, 12:00, responsabile Theo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Registro dei messaggi, 6 ottobre: 17 messaggi, 3 canali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Canale e tipo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Prossimo aggiornamento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06:29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Chat: primo avviso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07:00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06:31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Email: primo avviso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le 08:30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06:34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Instagram: primo avviso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07:00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07:30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Chat: aggiornamento con orario previsto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08:00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07:41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Instagram: aggiornamento, 11 min di ritardo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08:00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07:48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Chat: soluzione alternativa e penali annullate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08:00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08:44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Chat: fine disservizio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08:46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Instagram: fine disservizio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08:49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Email: fine disservizio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Resoconto entro il 7 ott., 12:00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ott., 11:00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Email: resoconto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di chiusura e dati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Voce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Registrato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Fine disservizio su ogni canale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alle 08:44, Instagram alle 08:46, email alle 08:49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Resoconto inviato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del 7 ottobre, 11:00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Registro completo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17 righe, nessun campo mancante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 sul disservizio rimossa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“Instructions” e “Knowledge Base”, 08:45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disservizio etichettate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41 chat, tag “Disservizio 6 ott”, 3 passate a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Attività per il resoconto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Theo, scadenza 7 ottobre, 12:00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Studio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Email di disservizio ai clienti, chat o social: cosa va dove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ci va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 che frequenza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 (agente IA e team)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avviso, ogni aggiornamento, fine disservizio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30 minuti: aggiorna la nota sul disservizio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Referente del disservizio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ai clienti coinvolti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avviso, un orario previsto confermato, fine disservizio, resoconto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email indica l’orario della successiva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Referente del disservizio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Canali social (Instagram, Facebook, X)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avviso, ogni aggiornamento, fine disservizio; fissa in alto l’ultimo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30 minuti, stesso testo della chat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Seconda persona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Telefono e reception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Messaggio di segreteria sul disservizio e un testo per la reception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ogni aggiornamento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Reception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Pagina di stato, tua o del fornitore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Mettila in link dagli altri canali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 per la chat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Referente del disservizio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questo modello di comunicazione di disservizio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Preparati prima che serva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Scegli il referente del disservizio, un sostituto e chi approva i crediti. Salva le schede da 1 a 6 come bozze e risposte salvate.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Conferma, poi invia il primo avviso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Entro 15 minuti dalla conferma: compila la nota sul disservizio, incolla la scheda 8 nel tuo agente IA, invia la scheda 1 su ogni canale e registra ogni messaggio.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Aggiorna ogni 30 minuti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La scheda 2 finché non ci sono novità, la scheda 3 quando un orario previsto è confermato. Aggiorna prima la nota, poi i canali. Passa a una persona i casi della scheda 5.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Fine disservizio, resoconto, chiusura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Fai tu una prova, invia la scheda 6 su ogni canale, togli la nota sul disservizio, invia la scheda 7 entro 1 giorno lavorativo. Chiudi quando il foglio Riepilogo dice Sì.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“My Bots” &gt; scegli il bot &gt; scheda “Basics”: incolla le regole della scheda 8 in “Instructions” e la nota sul disservizio in “Knowledge Base”. Fai clic su “Save Bot” e prova in “Try Bot”. Dopo la fine del disservizio, elimina entrambe e salva.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Le chat passate a una persona arrivano in “Live Support” con lo stato “Awaiting agent”. Fai clic su “Claim”, rispondi, poi fai clic su “Resolve”. Attiva gli avvisi in “Notification Settings”.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“Settings” &gt; “Conversation Tags” &gt; “New tag”, per esempio “Disservizio 6 ott”, e aggiungilo a ogni chat sul disservizio, così le ritrovi per il resoconto.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Con Growth, salva i messaggi della chat come risposte salvate: “Settings” &gt; “Saved Replies” &gt; “New reply”, “Shortcut” (per esempio /outage-update), “Title”, “Reply body”, “Share with team”.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“Tasks” &gt; “New Task”: in “Task title” scrivi “Email di resoconto sul disservizio”, in “Assignee” il referente del disservizio, in “Deadline” il giorno lavorativo successivo, “Priority” “High” e “Status summary required on completion”, così la decisione sul credito viene registrata prima di “Mark done”.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IA, knowledge base essenziale e attività di base: Free, 3 utenti. Passaggio a una persona e “Live Support”: Launch, 19 $ al mese con fatturazione annuale. Risposte salvate: Growth, 49 $. CRMsoftware.pro non ha una pagina di stato e non invia email sui disservizi né comunicazioni di massa; usa il tuo strumento di email e i tuoi account social.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Dopo ogni disservizio,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Minuti dalla prima segnalazione al primo avviso, rispetto all’obiettivo di 15.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Aggiornamenti inviati in ritardo, e perché.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Domande a cui l’agente IA non ha saputo rispondere: aggiungile alla bozza della nota sul disservizio.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https://crmsoftware.pro/it/templates/service-outage-live-chat-response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comunicazione di disservizio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