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di risposta al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25 risposte per email e chat dopo l’acquisto: presa in carico, richiesta di un dato, rimborso o reso, ritardo nella consegna, prodotto esaurito, istruzioni tecniche, domanda sulla fatturazione, risoluzione e ricontatto.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la scheda adatta alla situazione e sostituisci ogni parola tra [parentesi quadre] con i fatti del caso. Prima di inviare, controlla i cinque campi: prima la risposta, il passo del cliente, il prossimo aggiornamento, il tuo nome e il riferimento. Registra ogni risposta nel registro utilizzi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Email di presa in carico: richiesta ricevuta e ora del prossimo aggiornamento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 entro: 1 ora lavorativa · Prossimo aggiornamento: Stesso giorno o il successivo · Saltala: Se puoi rispondere subito · Quasi tutte le aziende la saltano: Nel test di SuperOffice su 1.000 aziende, il 90% non ha confermato di aver ricevuto un’email di assistenza.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quando non riesci a rispondere in modo completo entro un’ora, per esempio mentre verifichi con il corriere. Se puoi rispondere subito, saltala.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Abbiamo ricevuto la tua richiesta su [argomento in 3-5 parole],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averci scritto. Ho ricevuto la tua richiesta su [argomento] e me ne sto occupando ora: sto verificando [cosa stai verificando, per esempio il tracciamento con il corriere].</w:t>
        <w:br/>
        <w:br/>
        <w:t>Cosa devi fare: per ora nulla.</w:t>
        <w:br/>
        <w:t>Prossimo aggiornamento: entro [ora e giorno], anche se sarò ancora in attesa di una risposta.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Ho ricevuto la tua domanda su [argomento] e sto verificando [cosa] proprio ora. Ti rispondo qui entro le [ora]. Il tuo riferimento è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riesci a rispettare l’orario dell’aggiornamento: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come promesso, un aggiornamento su [argomento]: ancora nessuna risposta, perché [motivo in una riga]. Non devi fare nulla. Prossimo aggiornamento: entro [nuova ora e giorno]. [Il tuo nome], rif. [riferimento].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dell’invio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L’argomento con le parole del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Un’ora precisa e un giorno, mai “a breve”.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tuo nome e il riferimento.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esito. La presa in carico promette il prossimo aggiornamento, non la soluzione.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Serve un dato: chiedilo una volta sola e di’ cosa succede dopo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Chiedi: 1 cosa · Cerca prima: Ordine, account, storico · Dopo la risposta: Entro 2 ore lavorative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quando manca un solo dato per poter rispondere. Prima cerca tutto quello che puoi, poi chiedi in un unico messaggio tutto ciò che ti serve ancora.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Ci serve un dato per [completare la tua richiesta],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posso [risolvere il problema / inviarti la sostituzione] appena ho un dato: [il dato, per esempio una foto dell’etichetta sul fondo della scatola].</w:t>
        <w:br/>
        <w:br/>
        <w:t>Perché mi serve: [una riga, per esempio l’etichetta indica da quale lotto vengono le tue capsule].</w:t>
        <w:br/>
        <w:t>Cosa devi fare: rispondi a questa email con [il dato]. Lo trovi [dove].</w:t>
        <w:br/>
        <w:t>Prossimo aggiornamento: entro [2 ore lavorative] dalla tua risposta.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Per [risolvere il problema] mi serve una cosa: [il dato]. La trovi [dove]. Appena la ricevo, procedo con [prossimo 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il cliente non lo trova: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problema, [nome]. Posso usare anche [un altro dato, per esempio l’email del tuo ordine]. Se non hai nessuno dei due, entro [giorno] provvederò a [cosa farai invece].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il numero completo della carta, una password o un codice di sicurezza.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risposta in 2 giorni lavorativi: invia il ricontatto della scheda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L’esito prima di avere il dato.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Dati che vale la pena chiedere: </w:t>
      </w:r>
      <w:r>
        <w:rPr>
          <w:rFonts w:ascii="Calibri" w:hAnsi="Calibri" w:cs="Calibri" w:eastAsia="Calibri"/>
          <w:b w:val="0"/>
          <w:color w:val="5D5A70"/>
          <w:sz w:val="21"/>
        </w:rPr>
        <w:t>Numero d’ordine, Foto dell’articolo, Foto dell’etichetta, Uno screenshot, Indirizzo di consegna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Rimborso o reso approvato: importo, metodo e tempi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Rimborso su carta: 5-10 giorni · Approvato da: Chi gestisce i rimborsi · Stato: Risolto · Da dove vengono i tempi: Stripe indica che i clienti vedono un rimborso su carta circa 5-10 giorni lavorativi dopo l’emissione, a seconda della banca. Verifica i tempi del tuo gestore dei pagamenti.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quando la persona autorizzata ha emesso il rimborso o approvato il reso. La decisione e l’importo vanno nella prima riga.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Rimborso approvato: [importo] per l’ordine [numero d’ordine],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il tuo rimborso è approvato: oggi ho rimborsato [importo] per [articolo] dell’ordine [numero d’ordine] sulla tua [carta che termina con le ultime 4 cifre].</w:t>
        <w:br/>
        <w:br/>
        <w:t>Quando lo vedrai: di solito le banche mostrano un rimborso sulla carta entro [da 5 a 10] giorni lavorativi. Se la banca te lo chiede, il riferimento del rimborso è [riferimento del rimborso].</w:t>
        <w:br/>
        <w:t>Cosa devi fare: nulla. [Puoi tenere l’articolo, oppure cosa farne].</w:t>
        <w:br/>
        <w:t>Stato: risolto. Se il rimborso non compare sul tuo estratto conto entro il [data], rispondi a questa email e lo rintraccerò.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Reso approvato (prima torna l’articolo): </w:t>
      </w:r>
      <w:r>
        <w:rPr>
          <w:rFonts w:ascii="Calibri" w:hAnsi="Calibri" w:cs="Calibri" w:eastAsia="Calibri"/>
          <w:b w:val="0"/>
          <w:color w:val="15131F"/>
          <w:sz w:val="21"/>
        </w:rPr>
        <w:t>Ciao [nome], il reso di [articolo] dell’ordine [numero d’ordine] è approvato. Cosa devi fare: stampa l’etichetta allegata e consegna il pacco a [corriere] entro il [data]. Quando verrà scansionato, rimborserò [importo] su [metodo di pagamento] e ti scriverò. Il tuo referente: [il tuo nome]. Riferimento: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Fatto, [nome]: oggi ho rimborsato [importo] sulla tua carta che termina con [ultime 4 cifre]. Di solito le banche lo mostrano entro [da 5 a 10] giorni lavorativi. Rif. [riferimento].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dell’invio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Importo e numero d’ordine, esattamente come nel tuo sistema di pagamento.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ultime 4 cifre della carta, mai il numero completo.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giorno in cui arriveranno i soldi, o un rimborso non ancora approvato.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Ritardo di spedizione o di consegna: i fatti, una nuova data, un piano 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Indica: La data del corriere · Piano B: Sostituzione o rimborso · Aggiorna fino alla consegna: Ogni 2 giorni lavorativi · Non ancora spedito: Non riesci a spedire entro la data che hai indicato? È un prodotto in riassortimento: usa la scheda 5.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quando l’ordine è partito ma è in ritardo, oppure il tracciamento dice consegnato e il cliente non ha ricevuto nulla. Non ancora spedito? Usa la scheda 5.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L’ordine [numero d’ordine] è in ritardo: nuova stima [data],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il tuo ordine [numero d’ordine] è in ritardo. Ho controllato il tracciamento: si trova [dove si trova, per esempio nel deposito del corriere a Reno] e ora [corriere] prevede la consegna il [data].</w:t>
        <w:br/>
        <w:br/>
        <w:t>Se non arriva entro il [data], ti [invierò una sostituzione / rimborserò l’intero importo], come preferisci.</w:t>
        <w:br/>
        <w:t>Cosa devi fare: per ora nulla. Tracciamento: [link di tracciamento]</w:t>
        <w:br/>
        <w:t>Prossimo aggiornamento: entro [giorno], o prima se il tracciamento cambia.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Risulta consegnato, ma non è arrivato: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dal tracciamento l’ordine [numero d’ordine] risulta consegnato il [data] alle [ora], [dove]. Oggi ho aperto una richiesta di rintraccio con [corriere]. Cosa devi fare: chiedi ai vicini e rispondimi se non salta fuori entro il [data]. Se non viene ritrovato, ti [invierò una sostituzione / rimborserò l’ordine]. Prossimo aggiornamento: entro [giorno]. [Il tuo nome], rif.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L’ordine [numero d’ordine] si trova [dove] e ora [corriere] prevede il [data]. Se entro il [data] non ti è arrivato, te lo [sostituisco o rimborso]. Prossimo aggiornamento qui entro [giorno].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controllare prima di scrivere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L’ultimo evento del tracciamento e la nuova stima del corriere.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piano B e la sua data, concordati con [responsabile].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data di consegna che il corriere non ha indicato. Prometti ciò che dipende da te: l’aggiornamento e il piano B.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Prodotto esaurito o in riassortimento: avviso di ritardo e annullamento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Rimborso se annulla: 7 giorni lavorativi · Fino a 30 giorni di ritardo: Nessuna risposta = sì · Più tardi o data non nota: Indica la data di annullamento · Fuori dagli Stati Uniti: Questo testo segue la regola della FTC statunitense. Verifica le regole del tuo paese.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appena sai che non riesci a spedire in tempo. Negli Stati Uniti, a quel punto la regola della FTC sugli ordini per posta, internet e telefono richiede il consenso al ritardo, un rimborso completo e tempestivo se il cliente annulla e un modo per annullare a tue spese.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[Articolo] in ritardo: nuova data di spedizione [data], o annulla con rimborso completo,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nuova data di spedizione nota: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mi dispiace: [articolo] dell’ordine [numero d’ordine] è esaurito e non riusciamo a spedirlo entro il [data originale]. Prevediamo di spedirlo il [nuova data di spedizione].</w:t>
        <w:br/>
        <w:br/>
        <w:t>Puoi scegliere:</w:t>
        <w:br/>
        <w:t>- Aspettare: non devi fare nulla. Se non riceviamo tue notizie prima della spedizione, considereremo accettata la nuova data.</w:t>
        <w:br/>
        <w:t>- Annullare: rispondi “annulla” o usa [link di annullamento] e ti rimborseremo [importo] per intero entro [7] giorni lavorativi.</w:t>
        <w:br/>
        <w:br/>
        <w:t>Prossimo aggiornamento: il [data], o appena l’articolo parte.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data di spedizione non nota: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[articolo] dell’ordine [numero d’ordine] è esaurito perché [motivo] e per ora non posso darti una nuova data di spedizione. Puoi aspettare e annullare in qualsiasi momento fino alla spedizione, oppure annullare subito: rispondi “annulla” o usa [link di annullamento] e ti rimborseremo [importo] per intero entro [7] giorni lavorativi. Se non rispondi e non abbiamo spedito entro il [data originale più 30 giorni], annulleremo l’ordine e ti rimborseremo per intero. Prossimo aggiornamento: [data]. Il tuo referente: [il tuo nome]. Riferimento: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Proponi un articolo simile (solo se lo sceglie il cliente): </w:t>
      </w:r>
      <w:r>
        <w:rPr>
          <w:rFonts w:ascii="Calibri" w:hAnsi="Calibri" w:cs="Calibri" w:eastAsia="Calibri"/>
          <w:b w:val="0"/>
          <w:color w:val="15131F"/>
          <w:sz w:val="21"/>
        </w:rPr>
        <w:t>[Articolo simile] è disponibile e può partire il [data] allo stesso prezzo. Rispondi “cambio” se lo preferisci. Altrimenti resta tutto com’è: puoi comunque aspettare o annullare.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[Articolo] è esaurito, quindi non può partire entro il [data]. Prevediamo il [nuova data]. Puoi aspettare oppure annullare subito con rimborso completo: dimmelo pure qui. Rif. [riferimento].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l’avviso di ritardo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Nuova data fino a 30 giorni dopo: scrivi che, senza risposta, la considererai accettata.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Più tardi o data non nota: scrivi che annullerai e rimborserai se il cliente non risponde entro la data originale più 30 giorni.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Rimborso entro 7 giorni lavorativi. Un buono d’acquisto non vale come rimborso.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spedire mai un articolo diverso senza prima il suo 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data di riassortimento che il fornitore non ha confermato per iscritto.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Istruzioni tecniche: passi numerati, un test, un solo screenshot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Passi: Al massimo 5 · Chiudi con: Un test · Se non riesce: 1 screenshot · Se il ticket viene riaperto: Di solito manca un passo o il nome di un pulsante è sbagliato. Correggi la riga nella libreria e aggiorna Ultima revisione.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quando il cliente può risolvere da solo: al massimo 5 passi con i nomi esatti dei pulsanti, un test e uno screenshot solo se il test non riesce.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Come risolvere [problema in 3-5 parole], circa [2] minuti,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il problema è [la causa in una riga, per esempio un’impostazione nell’app] e puoi risolverlo in circa [2] minuti.</w:t>
        <w:br/>
        <w:br/>
        <w:t>1. [Apri la schermata o il menu].</w:t>
        <w:br/>
        <w:t>2. [Azione, con il nome esatto del pulsante].</w:t>
        <w:br/>
        <w:t>3. [Azione].</w:t>
        <w:br/>
        <w:t>4. [Salva o riavvia].</w:t>
        <w:br/>
        <w:br/>
        <w:t>Test: [cosa deve vedere il cliente, per esempio la luce si accende entro 1 minuto].</w:t>
        <w:br/>
        <w:t>Se il test non riesce: rispondi con uno screenshot di [schermata esatta] e ci penso io.</w:t>
        <w:br/>
        <w:t>Prossimo aggiornamento: se non ricevo tue notizie entro [giorno e ora], ti ricontatto io.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Risolviamolo qui: 1. [passo]. 2. [passo]. 3. [passo]. Cosa vedi adesso? Se non è [risultato atteso], mandami uno screenshot di [schermata].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lo screenshot mostra un guasto: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Lo screenshot mostra [cosa mostra], quindi [componente] è difettoso. Oggi ti invio una sostituzione senza costi. Non devi fare nulla; riceverai il tracciamento via email. [Il tuo nome], rif. [riferimento].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Scrivi i passi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Provali tu stesso, sulla versione del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Nomi esatti: “Programma luce”, non “le impostazioni”.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funzionerà. Prometti il test e il passo successivo se non riesce.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Domanda sulla fatturazione: cos’è l’addebito, con la fattura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Rispondi con: Cosa, quando, quanto · Allega: Il link della fattura · Contestazione: Email per contestazioni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per spiegare cos’è un addebito, perché è cambiato o dove trovare la fattura. Si tratta di una contestazione, o il cliente cita la sua banca? Usa i modelli di email per le contestazioni di addebito.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Il tuo addebito di [importo] del [data]: [cos’è],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l’addebito di [importo] del [data] è [cos’è, per esempio la tua confezione di ricarica, che parte ogni 2 mesi]. È stato addebitato sulla carta che termina con [ultime 4 cifre]. Fattura: [link della fattura]</w:t>
        <w:br/>
        <w:br/>
        <w:t>Perché c’è: [una riga, per esempio hai scelto l’abbonamento alle ricariche al momento dell’acquisto].</w:t>
        <w:br/>
        <w:t>Cosa devi fare: nulla, se è quello che ti aspettavi. Per [modificare o disdire l’abbonamento], [come, in una riga], oppure rispondimi e lo faccio io per te.</w:t>
        <w:br/>
        <w:t>Stato: risposta inviata. Se qualcosa ti sembra ancora sbagliato, rispondi a questa email.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 di fattura o ricevuta: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ecco la fattura per [ordine o periodo]: [link della fattura]. Se nome o indirizzo vanno modificati, rispondi con il testo esatto e te ne mando una nuova oggi stesso. [Il tuo nome], rif.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la chat: </w:t>
      </w:r>
      <w:r>
        <w:rPr>
          <w:rFonts w:ascii="Calibri" w:hAnsi="Calibri" w:cs="Calibri" w:eastAsia="Calibri"/>
          <w:b w:val="0"/>
          <w:color w:val="15131F"/>
          <w:sz w:val="21"/>
        </w:rPr>
        <w:t>L’addebito di [importo] del [data] è [cos’è]. Ecco la fattura: [link]. Se vuoi modificarlo o disdirlo, posso farlo qui adesso.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inviare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Trova l’addebito nel tuo sistema di pagamento: data, importo, ultime 4 cifre.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Cita le condizioni dalla tua pagina dei prezzi o dalla conferma d’ordine.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rimborso o un credito che forse non puoi approvare. Di’ chi decide ed entro quando.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Risolto: chiedi conferma, ricontatta e di’ di no con garbo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Ricontatta: 2° giorno lavorativo · Chiudi: 5° giorno lavorativo · Registra: Ogni risposta inviata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risposta di risoluzione non chiude il ticket. Il ticket si chiude quando il cliente conferma, o quando il periodo di ricontatto passa senza risposta, e le risposte usate sono registrate.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Risolto: [problema in 3-5 parole], me lo confermi?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[il problema] è risolto: [cosa hai fatto o cosa è cambiato, in una riga].</w:t>
        <w:br/>
        <w:br/>
        <w:t>Come verificare: [cosa deve vedere ora il cliente].</w:t>
        <w:br/>
        <w:t>Cosa devi fare: rispondi “funziona” se è tutto a posto, oppure dimmi cosa vedi se non funziona.</w:t>
        <w:br/>
        <w:t>Stato: risolto. Se non ricevo tue notizie entro il [data, 5 giorni lavorativi da oggi], chiuderò questa richiesta. Una tua risposta la riapre in qualsiasi momento.</w:t>
        <w:br/>
        <w:t>Una domanda, se hai un momento: come valuti questo aiuto, da 1 a 5?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Ricontatto al cliente silenzioso, oggetto: </w:t>
      </w:r>
      <w:r>
        <w:rPr>
          <w:rFonts w:ascii="Calibri" w:hAnsi="Calibri" w:cs="Calibri" w:eastAsia="Calibri"/>
          <w:b w:val="0"/>
          <w:color w:val="15131F"/>
          <w:sz w:val="21"/>
        </w:rPr>
        <w:t>[Il problema] è ancora risolto?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Ricontatto al cliente silenzioso, una volta, il 2° giorno lavorativo: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volevo sapere come va con [il problema]: ora funziona?</w:t>
        <w:br/>
        <w:br/>
        <w:t>Cosa devi fare: nulla, se funziona. Altrimenti rispondi con quello che vedi e me ne occupo in giornata.</w:t>
        <w:br/>
        <w:t>Stato: risolto. Se non ricevo tue notizie, chiuderò questa richiesta il [data]. Una tua risposta la riapre in qualsiasi momento.</w:t>
        <w:br/>
        <w:br/>
        <w:t>Il tuo referente: [il tuo nome], [ruolo]</w:t>
        <w:br/>
        <w:t>Riferimento: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lo facciamo, oggetto: </w:t>
      </w:r>
      <w:r>
        <w:rPr>
          <w:rFonts w:ascii="Calibri" w:hAnsi="Calibri" w:cs="Calibri" w:eastAsia="Calibri"/>
          <w:b w:val="0"/>
          <w:color w:val="15131F"/>
          <w:sz w:val="21"/>
        </w:rPr>
        <w:t>Sulla tua richiesta di [richiesta], rif. [riferimento]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lo facciamo, 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la richiesta. Non [cosa non fate, per esempio spediamo fuori dagli Stati Uniti], perché [un motivo onesto].</w:t>
        <w:br/>
        <w:br/>
        <w:t>Cosa posso offrirti: [la cosa più vicina che fate, o qualcuno che lo fa].</w:t>
        <w:br/>
        <w:t>Cosa devi fare: [nulla / un passo per l’alternativa].</w:t>
        <w:br/>
        <w:t>Stato: risposta inviata. Se ho capito male la tua richiesta, rispondimi e la riguardo.</w:t>
        <w:br/>
        <w:br/>
        <w:t>Il tuo referente: [il tuo nome], [ruolo]</w:t>
        <w:br/>
        <w:t>Riferimento: [riferimento]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di chiusura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Fatto 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Esempio compilato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Confermato, o periodo scaduto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risposta “funziona”, o il 5° giorno lavorativo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“Funziona”, mar 6 ott, 12:14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inviato, se non risponde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volta, il 2° giorno lavorativo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6 ott, 09:10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risposta registrata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riga del registro utilizzi per risposta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righe, voto 5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Riaperto: </w:t>
      </w:r>
      <w:r>
        <w:rPr>
          <w:rFonts w:ascii="Calibri" w:hAnsi="Calibri" w:cs="Calibri" w:eastAsia="Calibri"/>
          <w:b w:val="0"/>
          <w:color w:val="5D5A70"/>
          <w:sz w:val="21"/>
        </w:rPr>
        <w:t>Stesso problema dopo una risposta di risoluzione: riapri il ticket e registra Riaperto = Sì sulla risposta che non ha funzionato.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Motivi di chiusura: </w:t>
      </w:r>
      <w:r>
        <w:rPr>
          <w:rFonts w:ascii="Calibri" w:hAnsi="Calibri" w:cs="Calibri" w:eastAsia="Calibri"/>
          <w:b w:val="0"/>
          <w:color w:val="5D5A70"/>
          <w:sz w:val="21"/>
        </w:rPr>
        <w:t>Confermato, Nessuna risposta dopo il ricontatto, Non lo facciamo, Passato a contestazione di addebito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 ticket, dalla presa in carico alla chiusura confermata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Sproutwell Home Gardens, un negozio online fittizio di orti da interno per erbe aromatiche, riceve un’email fuori orario: la lampada di coltivazione non si accende. Leah risponde con quattro modelli di risposta al cliente e il ticket si chiude quando la cliente conferma.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Mer 30 set, 21:47. Ordine SW-30418. Da quando ho impostato il Programma luce nell’app, la luce non si accende mai e il mio basilico si sta piegando. Se non si può sistemare, voglio restituirlo.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(assistenza): </w:t>
      </w:r>
      <w:r>
        <w:rPr>
          <w:rFonts w:ascii="Calibri" w:hAnsi="Calibri" w:cs="Calibri" w:eastAsia="Calibri"/>
          <w:b w:val="0"/>
          <w:color w:val="15131F"/>
          <w:sz w:val="21"/>
        </w:rPr>
        <w:t>Gio 1 ott, 08:41, presa in carico: Abbiamo ricevuto la tua email, riferimento T-2131. Sto controllando le impostazioni del tuo orto e ti mando la soluzione entro le 12:00 di oggi. Per ora non devi fare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(assistenza): </w:t>
      </w:r>
      <w:r>
        <w:rPr>
          <w:rFonts w:ascii="Calibri" w:hAnsi="Calibri" w:cs="Calibri" w:eastAsia="Calibri"/>
          <w:b w:val="0"/>
          <w:color w:val="15131F"/>
          <w:sz w:val="21"/>
        </w:rPr>
        <w:t>Gio 1 ott, 11:20, istruzioni tecniche: Dipende da un’impostazione del programma che puoi correggere in circa 2 minuti: 3 passi nell’app, poi un riavvio. Test: la luce si accende entro 1 minuto. Se non succede, mandami uno screenshot della schermata Programma luce.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Gio 1 ott, 19:06. Ho fatto tutti e 3 i passi. Ancora buio. Allego lo screenshot.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(assistenza): </w:t>
      </w:r>
      <w:r>
        <w:rPr>
          <w:rFonts w:ascii="Calibri" w:hAnsi="Calibri" w:cs="Calibri" w:eastAsia="Calibri"/>
          <w:b w:val="0"/>
          <w:color w:val="15131F"/>
          <w:sz w:val="21"/>
        </w:rPr>
        <w:t>Ven 2 ott, 08:35, risolto, da confermare: Trovato. Dal tuo screenshot si vede che è attiva la Modalità vacanza, che mette in pausa la luce. Disattivala in cima alla schermata. Rispondi “funziona” se è tutto a posto; se non ricevo notizie, chiuderò la richiesta ven 9 ott.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(assistenza): </w:t>
      </w:r>
      <w:r>
        <w:rPr>
          <w:rFonts w:ascii="Calibri" w:hAnsi="Calibri" w:cs="Calibri" w:eastAsia="Calibri"/>
          <w:b w:val="0"/>
          <w:color w:val="15131F"/>
          <w:sz w:val="21"/>
        </w:rPr>
        <w:t>Mar 6 ott, 09:10, ricontatto: La luce ora funziona? Se sì, non devi fare nulla. Se non ricevo notizie, chiuderò la richiesta ven 9 ott.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 6 ott, 12:14. Scusate il silenzio! Funziona, e il basilico si è rimesso dritto. 5 su 5.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Risposta con istruzioni tecniche, compilata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la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Un’impostazione del programma, da correggere in circa 2 minuti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 del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passi nell’app, poi un riavvio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Test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Luce accesa entro 1 minuto dal riavvio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il test non riesce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Uno screenshot della schermata Programma luce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aggiornamento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entro ven 2 ott, 12:00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Leah Moreno, assistenza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Riferimento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T-2131, ordine SW-30418, Sofia Bennett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chiusura e scheda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Voce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 della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“Funziona”, mar 6 ott, 12:14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Risposte registrate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righe nel registro utilizzi, voto 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risposta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41 minuti dopo l’orario di apertura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T-2131, Leah, scadenza mar 6 ott 09:00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“Notes” del contatto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Modalità vacanza attiva; nessun reso necessario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Modifica alla libreria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Controllo della Modalità vacanza aggiunto come passo 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Un’unica struttura dietro ogni email di risposta del servizio clienti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Ogni modello ha gli stessi cinque campi nello stesso ordine: la prima riga e le ultime quattro dicono al cliente a che punto è la sua richiesta.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Prima la risposta o la decisione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La prima frase risponde o decide: rimborsato, in ritardo, risolto. Il contesto viene dopo.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L’unico passo del cliente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Un’azione e dove farla, oppure “per ora nulla”, così il cliente non deve tirare a indovinare.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Prossimo aggiornamento o risolto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giorno e un’ora che rispetterai, anche senza novità. Oppure risolto, con la data di chiusura.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Il responsabile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Una persona con nome e ruolo, non “il team”. Se il responsabile cambia, di’ chi se ne occupa ora.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Il riferimento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Nell’oggetto e alla fine, così ogni risposta finisce nella stessa pratica.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L’oggetto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La risposta e il riferimento, visibili già nell’elenco della posta in arrivo.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Esempio: </w:t>
      </w:r>
      <w:r>
        <w:rPr>
          <w:rFonts w:ascii="Calibri" w:hAnsi="Calibri" w:cs="Calibri" w:eastAsia="Calibri"/>
          <w:b w:val="0"/>
          <w:color w:val="15131F"/>
          <w:sz w:val="21"/>
        </w:rPr>
        <w:t>Rimborso approvato: 89,00 $ per l’ordine SW-30212, rif. T-2101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Obiettivi di tempo per ogni risposta dell’assistenza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Invio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non succede nulla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Presa in carico (scheda 1)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ora lavorativa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Rispondi entro l’orario dell’aggiornamento, o spostalo prima che scada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Serve un dato (scheda 2)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Nella prima risposta, una volta sola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 in 2 giorni lavorativi: ricontatta (scheda 8)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Risposte di merito (schede 3, 4, 6, 7)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giornata, al più tardi entro l’orario promesso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aggiornamento nel giorno indicato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Avviso di riassortimento (scheda 5)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Appena lo sai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Spedisci alla nuova data, o rimborsa entro 7 giorni lavorativi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Risolto, da confermare (scheda 8)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ritieni che sia risolto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2° giorno lavorativo: il ricontatto al cliente silenzioso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Alla conferma, o il 5° giorno lavorativo senza risposta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Riapri lo stesso ticket se il cliente riscrive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i modelli di risposta al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Copia le risposte che ti servono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Dal file Word o dalla libreria Excel. Sostituisci nomi, orari e regole con i tuoi.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Fissa i tuoi obiettivi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 tuoi orari, gli orari degli aggiornamenti e chi può approvare i rimborsi. Parti dalla tabella qui sopra.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Compila i cinque campi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Risposta, passo, prossimo aggiornamento, nome, riferimento. Nessuna parentesi in una risposta inviata.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e chiudi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ogni risposta. Chiudi alla conferma o dopo il periodo di ricontatto.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Rivedi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Correggi le risposte segnate Da riscrivere e controlla quelle con la data di revisione superata.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Impostali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Le chat che l’agente IA passa al team compaiono in “Live Support” come “Awaiting agent”: fai clic su “Claim” e rispondi.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Con Growth, salva le versioni per la chat: “Settings” &gt; “Saved Replies” &gt; “New reply”, “Shortcut” (per esempio /holding), “Title”, “Reply body”, “Share with team”. Digita la scorciatoia nella casella di risposta della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Per ogni aggiornamento promesso: “Tasks” &gt; “New Task”, in “Task title” “T-2131 ricontatto”, in “Assignee” chi lo segue e in “Deadline” l’orario promesso. Ogni mattina controlla “Due today” e “Overdue” in “My Tasks”.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Aggiungi un tag alle chat in “Settings” &gt; “Conversation Tags” &gt; “New tag” (per esempio Rimborso) e scrivi l’esito nelle “Notes” del contatto.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Attiva “Satisfaction Ratings” (sezione “Behavior” del bot) per ricevere una valutazione a stelle alla fine della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il cliente conferma, fai clic su “Resolve” e su “Mark done” nell’attività. Le email partono dalla tua casella di posta.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ha timer SLA per i ticket, email di ricontatto automatiche o macro che agiscono da sole su un ticket: il tuo timer è la scadenza dell’attività. Passaggio a una persona e casella unificata: Launch, 19 $ al mese con fatturazione annuale per 8 utenti. Risposte salvate: Growth, 49 $. Free: chat IA e attività di base per 3 utenti.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delle risposte,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Risposte segnate Da riscrivere: leggi i ticket riaperti e correggi il passo che non ha funzionato.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Risposte oltre Prossima revisione entro: controlla prezzi, regole e nomi dei pulsanti.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risposta scritta a mano 3 volte diventa una nuova riga della libreria.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https://crmsoftware.pro/it/templates/support-reply-templates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di risposta al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