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Respostas a clientes irritados no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Respostas para chats tensos em quatro passos: reconhecer, uma só pergunta, solução com hora marcada, confirmar. Com limites de oferta, ameaças de avaliação, linguagem abusiva, passagem para um gestor e regras para o agente de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limites de oferta na secção 4 e os [parênteses retos] de cada resposta, e depois guarde as respostas onde a sua equipa trabalha. Cole a secção 8 nas instruções do seu agente de IA. Registe cada chat tenso e encerre-o só depois de o cliente confirmar e o seguimento acontecer.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Primeira resposta: reconhecer numa frase, nunca «acalme-se»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Avalie-a depois desta resposta · Impacto: Um cliente ou muitos? · Canal: Qualquer canal de chat · Responsável: Quem tem o chat · Primeira resposta: 1 minuto · Escalamento: Sinais críticos: separador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resposta a um cliente irritado no chat é uma sequência curta, não uma mensagem longa. Envie cada passo em separado e espere pela resposta.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 sequência de chat em 4 passos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Reconhecer numa frase: Diga o que correu mal e peça desculpa uma vez. Ainda sem justificações.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Fazer uma só pergunta: Apenas sobre o que não consegue consultar.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Oferecer a solução ou o próximo passo com hora marcada: O que vai fazer, quem o faz e até quando.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Confirmar: Pergunte se lhe dá jeito e combine o seguimento.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/upset-ack: Sabe o que correu mal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problema é claro pela mensagem ou pela encomenda.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solução ou uma hora antes de verificar.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[Nome], [o que correu mal] depois de [o que fez ou esperou] não é aceitável. Peço desculpa. Estou a verificar isso agora mesmo.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/upset-read: A causa ainda não é clara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Chegam várias mensagens irritadas de uma vez, ou não percebe o que aconteceu.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a culpa é da empresa, antes de saber.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Lamento que isto esteja a ser tão frustrante, [nome]. Estou a ler agora tudo o que escreveu e respondo no prazo de [1 minuto].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/upset-takeover: Assume o chat do agente de 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agente de IA passou-lhe 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que o agente de IA não tenha confirmado.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sou [o seu nome], da equipa de [equipa]. Li o chat todo: [resumo numa frase]. Não precisa de repetir nada. Peço desculpa e vou tratar já disto.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escrever: </w:t>
      </w:r>
      <w:r>
        <w:rPr>
          <w:rFonts w:ascii="Calibri" w:hAnsi="Calibri" w:cs="Calibri" w:eastAsia="Calibri"/>
          <w:b w:val="0"/>
          <w:color w:val="5D5A70"/>
          <w:sz w:val="21"/>
        </w:rPr>
        <w:t>«Acalme-se», «Como já disse», «Infelizmente, a nossa política...» ou o mesmo pedido de desculpa duas vezes. Um pedido de desculpa e depois ação.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Recolher os factos: uma pergunta de cada vez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Atualize-a com os factos · Impacto: Uma encomenda ou muitas? · Canal: Fique no mesmo chat · Responsável: Quem tem o chat · Primeira resposta: Cada resposta no prazo de 2 minutos · Escalamento: Sem progresso após 2 perguntas: separador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Cada pergunta parece um atraso. Consulte primeiro a encomenda, a conta e o histórico do chat. Depois, peça apenas o que falta, uma pergunta por mensagem.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/upset-ask: A única coisa de que precisa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Não encontra a encomenda ou a conta, ou precisa de um dado para agir.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é a última pergunta, a menos que seja mesmo.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Para resolver isto, preciso só de uma coisa: [o dado, por exemplo o número da encomenda ou o email da sua conta]. Por agora, é tudo.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/upset-ask-again: Irrita-se por lhe perguntarem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Responde «Já vos disse» ou «Resolvam lá isso».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resultado em troca da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Desculpe perguntar. [O dado] é a única coisa que não consigo ver do meu lado. Assim que o tiver, vou [a ação que vai fazer].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/upset-recap: Confirme o que percebeu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Antes de oferecer uma solução, para resolver a coisa certa.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no resumo. É uma verificação, não uma oferta.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Para ter a certeza de que percebi bem: [o que aconteceu], e quer [o que o cliente quer]. É isso?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Não mande o cliente para o email ou o telefone para recolher os factos. Na investigação da Gartner, a mudança de canal é um dos fatores de deslealdade.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Ofereça a solução ou o próximo passo, sempre com hora marcada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 mesma do separador 1 · Impacto: O que o problema lhe custa · Canal: O mesmo chat · Responsável: Uma pessoa designada por próximo passo · Primeira resposta: Solução ou próximo passo no prazo de 10 minutos · Escalamento: Envolve dinheiro ou aprovação: separador 4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É esta mensagem que acalma o chat. Diga o que vai fazer, quem o faz e até quando. Se não conseguir resolver hoje, dê o próximo passo e uma hora para a atualização, e cumpra essa hora.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/upset-fix: Consegue resolver já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 solução está nas suas mãos: um reenvio, uma nova marcação, uma correção.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hora de entrega ou de chegada que depende de outra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Vou fazer o seguinte: [a solução]. Fica feito até [hora e dia]. Não precisa de fazer mais nada.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/upset-next: A solução demora mais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Tem de agir outra equipa, um fornecedor ou um gestor.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«Em breve» ou «o mais rápido possível». Dê um dia e uma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Não consigo resolver isto dentro do chat, por isso o próximo passo é este: [próximo passo]. Quem trata disso é [nome do responsável], que lhe dá notícias até [dia e hora], mesmo que seja só uma atualização.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/upset-confirm: Pergunte antes de fechar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Logo a seguir à solução ou ao próximo passo.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de novo. Repita o que ofereceu.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Dá-lhe jeito [a solução ou o próximo passo] até [hora e dia]?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/upset-close: Feche com o seguimento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cliente disse que sim.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hora de seguimento que ainda não está na sua lista de tarefas.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Fica confirmado: [a solução ou o próximo passo] até [hora e dia]. Vou [seguimento, por exemplo ligar-lhe] até [hora do seguimento]. Se não tiver notícias minhas até lá, envie um email para [endereço de email], que chega diretamente a mim.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que não: </w:t>
      </w:r>
      <w:r>
        <w:rPr>
          <w:rFonts w:ascii="Calibri" w:hAnsi="Calibri" w:cs="Calibri" w:eastAsia="Calibri"/>
          <w:b w:val="0"/>
          <w:color w:val="15131F"/>
          <w:sz w:val="21"/>
        </w:rPr>
        <w:t>Compreendo. O que lhe daria jeito? Digo-lhe já se consigo fazê-lo, ou quem consegue.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Reembolso, crédito ou compensação: quem pode oferecer o quê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Média a alta · Impacto: O valor em causa · Canal: Acordar no chat, pagar na sua ferramenta de pagamentos · Responsável: Agente até ao limite, depois quem aprova · Primeira resposta: Quem aprova responde no mesmo dia útil · Escalamento: Acima do limite: quem aprova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Defina os limites antes do chat tenso. Os agentes oferecem o que a tabela permite sem perguntar. Tudo o que estiver acima vai para quem aprova, com uma hora para a resposta.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Limites de oferta (preencha os seus)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quê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agente pode oferecer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Acima disso, quem aprova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 de desculpa e a solução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Sempre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precisa de aprovação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Refazer, reenviar ou substituir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[regra, por exemplo o mesmo artigo, sem custo extra]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[quem aprova]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de uma taxa pela parte que falhou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[100 $]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[quem aprova, por exemplo o gestor da loja]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ou vale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[50 $]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[quem aprova]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da encomenda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[Nunca, ou até um valor]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[proprietário ou gestor]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outra coisa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[gestor]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/upset-offer: Dentro do seu limite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 solução, por si só, não compensa o que correu mal e a oferta está na tabela.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dia em que o dinheiro aparece no cartão.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Para compensar [o que correu mal], vou [reembolsar a taxa ou acrescentar um crédito] de [valor]. [Onde aparece e quanto tempo costuma demorar]. Isto é um extra, além de [a solução].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/upset-approval: Pede mais do que pode aprovar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pedido está acima do seu limite ou não está na tabela.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resultado ou o valor. Diga quem decide e até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Não sou eu quem pode aprovar [o que pediu] e não quero adivinhar. Enviei o seu pedido a [nome de quem aprova], com os detalhes deste chat. Vai ter uma resposta até [dia e hora].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em troca de uma avaliação. Veja o separador 5.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Ameaça de cancelar ou de publicar uma avaliação: resolva primeiro, nunca negoceie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Alta; ação judicial é crítica · Impacto: Um cliente em risco de sair · Canal: Qualquer canal de chat · Responsável: Agente; gestor se for jurídico ou chargeback · Primeira resposta: 1 minuto · Escalamento: Ação judicial ou chargeback: gestor já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ameaça costuma querer dizer que o cliente já não acredita que o problema vai ser resolvido. Não discuta a ameaça e não troque nada por ela. Resolva primeiro o problema.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/upset-cancel: «Vou cancelar»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Diz que vai cancelar, fechar a conta ou nunca mais encomendar.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desconto para ficar que não esteja na sua tabela de limites.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decisão é sua e eu ajudo em qualquer dos casos. Primeiro, deixe-me resolver [o problema]: [a solução e a hora]. Se depois disso ainda quiser cancelar, [como cancelar], e eu confirmo-lho aqui.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/upset-review: «Vou deixar uma má avaliação»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Ameaça deixar uma avaliação no Google, nas redes sociais ou num site de avaliações.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Dinheiro, descontos ou produtos grátis por uma avaliação, por não a publicar ou por a alterar ou apagar.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Tem toda a liberdade para partilhar a sua experiência, e o que quero é resolver isto, não fazer com que mude de ideias. Vou fazer já o seguinte: [a solução e a 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/upset-legal: Advogado, chargeback ou ação judicial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Fala de um advogado, de tribunal, de uma entidade reguladora ou de um chargeback.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sobre culpa ou dinheiro. Não discuta a questão jurídica.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Compreendo. Vou passar isto a [nome do gestor], que trata das reclamações formais. [Nome do gestor] entra em contacto consigo até [dia e hora]. A melhor forma de falar consigo é por [email ou telefone]?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Porque não há incentivos: </w:t>
      </w:r>
      <w:r>
        <w:rPr>
          <w:rFonts w:ascii="Calibri" w:hAnsi="Calibri" w:cs="Calibri" w:eastAsia="Calibri"/>
          <w:b w:val="0"/>
          <w:color w:val="5D5A70"/>
          <w:sz w:val="21"/>
        </w:rPr>
        <w:t>Nos EUA, a regra da FTC sobre avaliações de consumidores proíbe incentivos condicionados ao teor da avaliação. A Google proíbe incentivos por qualquer avaliação ou pela remoção de uma avaliação negativa.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Linguagem abusiva: uma mensagem de limite e depois terminar o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Crítica · Impacto: A segurança da sua equipa · Canal: Qualquer canal de chat · Responsável: Agente; gestor informado no mesmo dia · Primeira resposta: Mensagem de limite de imediato · Escalamento: Ameaça de magoar alguém: gestor já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Irritado tem a ver com o problema: palavrões por causa de uma encomenda atrasada, maiúsculas. Abusivo tem a ver com uma pessoa: insultos dirigidos ao agente, ofensas discriminatórias, ameaças. Continue a ajudar os clientes irritados. Em caso de abuso, envie uma mensagem de limite e termine o chat se continuar.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/upset-boundary: A primeira mensagem abusiva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Insultos dirigidos a si ou à sua equipa, ou ofensas discriminatórias.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Nada para que o abuso pare.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Quero resolver [o problema], e vou resolver. Mas só posso continuar se mantivermos esta conversa num tom respeitoso. [O próximo passo em que estava a trabalhar].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/upset-end: Continua depois do limite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 mensagem seguinte volta a ser abusiva.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resposta neste chat depois de o terminar.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Vou terminar este chat por causa da linguagem usada. [O problema] continua em aberto: [nome do responsável] envia-lhe um email para [endereço de email] até [dia e hora] com o próximo passo.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/upset-threat: Uma ameaça de magoar alguém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Ameaça fazer mal a si, à sua equipa ou a outra pessoa.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Absolutamente nada. Não responda à ameaça em 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Vou terminar este chat agora e passá-lo a [nome do gestor], que vai entrar em contacto consigo por escrito sobre [o problema].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Registe no mesmo dia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Copie as palavras exatas para uma nota no contacto. Não as reformule.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Registe o chat com gravidade crítica. O gestor decide sobre qualquer contacto posterior e sobre envolver a polícia.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Mantenha o problema original em aberto como tarefa. Terminar o chat não encerra o caso.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Passe a um gestor com um resumo, para ninguém ter de se repetir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Alta ou crítica · Impacto: Exige autorização acima do agente · Canal: O mesmo chat, ou uma chamada se o cliente pedir · Responsável: O gestor indicado na resposta · Primeira resposta: Gestor no prazo de 15 minutos · Escalamento: Gestor ausente: o substituto indicado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Passe o chat quando o cliente pede um gestor, a solução exige uma autorização que não tem, duas tentativas não deram resultado ou a gravidade é crítica. Envie primeiro o resumo e depois informe 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para o gestor: </w:t>
      </w:r>
      <w:r>
        <w:rPr>
          <w:rFonts w:ascii="Calibri" w:hAnsi="Calibri" w:cs="Calibri" w:eastAsia="Calibri"/>
          <w:b w:val="0"/>
          <w:color w:val="15131F"/>
          <w:sz w:val="21"/>
        </w:rPr>
        <w:t>[Nome do cliente], [número da encomenda ou da conta], [canal].</w:t>
        <w:br/>
        <w:t>O que aconteceu: [uma frase, com datas].</w:t>
        <w:br/>
        <w:t>O que quer: [as palavras do cliente].</w:t>
        <w:br/>
        <w:t>Verificado: [o que verificou]. Oferecido: [o que ofereceu].</w:t>
        <w:br/>
        <w:t>Gravidade: [baixa, média, alta ou crítica]. Prometido: [nome do gestor] responde até [hora].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/upset-manager: Informe o cliente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Logo depois de enviar o resumo.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que o gestor vai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Quem pode decidir sobre [o que pediu] é [nome do gestor], [função]. Já enviei tudo o que está neste chat, por isso não vai ter de repetir nada. [Nome do gestor] fala consigo até [hora]. Se não for possível, fala consigo [nome do substituto].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/upset-manager-hello: A primeira mensagem do gestor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gestor assume 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Mais do que as suas regras de aprovação permitem.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sou [nome do gestor], [função]. [Nome do agente] contou-me o que aconteceu: [resumo numa frase]. Não precisa de repetir nada. O que posso fazer é isto: [decisão ou próximo passo, com hora marcada].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Nunca obrigue o cliente a contar a história outra vez. Na investigação da Gartner, as transferências e a repetição de informação são fatores de deslealdade.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Regras do agente de IA para clientes irritados: quando passar o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Não avaliada pelo agente de IA · Impacto: Todos os chats a que o agente de IA responde · Canal: Site e canais ligados · Responsável: Quem edita as «Instruções» · Primeira resposta: Uma pessoa no prazo de 5 minutos · Escalamento: Pessoa, ameaças, jurídico, segurança: passar o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Cole estas regras nas instruções do seu agente de IA. São regras escritas, não deteção automática: o agente de IA aplica-as ao que o cliente escreve. Teste cada gatilho antes de confiar nele.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Colar em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Quando um cliente estiver aborrecido ou irritado:</w:t>
        <w:br/>
        <w:t>1. Comece com uma frase curta que diga qual é o problema e peça desculpa uma vez. Nunca escreva «acalme-se» nem repita um pedido de desculpa.</w:t>
        <w:br/>
        <w:t>2. Faça uma pergunta de cada vez, apenas sobre o que precisa para encontrar a encomenda: [número da encomenda, email ou telefone].</w:t>
        <w:br/>
        <w:t>3. Nunca discuta, nunca culpe o cliente nem cite uma política para lhe provar que não tem razão.</w:t>
        <w:br/>
        <w:t>4. Nunca prometa reembolsos, créditos, descontos, datas de entrega nem compensações. Quem decide é uma pessoa da nossa equipa.</w:t>
        <w:br/>
        <w:t>5. Passe o chat de imediato a uma pessoa quando o cliente pedir uma pessoa ou um gestor; ameaçar cancelar, publicar uma avaliação ou fazer um chargeback; fizer ameaças ou insultar; falar de um advogado ou de ação judicial; ou referir uma lesão ou um risco para a segurança.</w:t>
        <w:br/>
        <w:t>6. Antes de passar o chat, resuma numa só mensagem o que aconteceu, o que o cliente quer e o número da encomenda.</w:t>
        <w:br/>
        <w:t>7. Diga quem assume o chat e quando: [equipa ou nome] no prazo de [5 minutos] durante [horário de funcionamento]; fora desse horário, até [próxima hora de abertura].</w:t>
        <w:br/>
        <w:t>8. Nunca ofereça nada em troca de uma avaliação.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passagem do agente de IA: </w:t>
      </w:r>
      <w:r>
        <w:rPr>
          <w:rFonts w:ascii="Calibri" w:hAnsi="Calibri" w:cs="Calibri" w:eastAsia="Calibri"/>
          <w:b w:val="0"/>
          <w:color w:val="15131F"/>
          <w:sz w:val="21"/>
        </w:rPr>
        <w:t>Compreendo e peço desculpa. Vou passar já este chat a [equipa ou nome], com tudo o que escreveu, para não ter de repetir nada. Resposta prevista: no prazo de [5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Fora do horário: </w:t>
      </w:r>
      <w:r>
        <w:rPr>
          <w:rFonts w:ascii="Calibri" w:hAnsi="Calibri" w:cs="Calibri" w:eastAsia="Calibri"/>
          <w:b w:val="0"/>
          <w:color w:val="15131F"/>
          <w:sz w:val="21"/>
        </w:rPr>
        <w:t>Lamento o que aconteceu. A nossa equipa está indisponível até [próxima hora de abertura]. Já passei a sua mensagem e o número da encomenda, e [equipa ou nome] responde até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Só 27% dos clientes voltariam a experimentar um chatbot depois de uma má experiência. Uma passagem rápida vale mais do que três respostas da IA a mais.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Respostas a clientes irritados no chat, num exemplo preenchido: uma entrega falhada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cliente tirou o dia de folga para receber um sofá de uma loja de móveis fictícia, e o camião nunca chegou. O agente de IA passa o chat quando ela pede uma pessoa. O Owen segue os 4 passos e faz a chamada prometida antes das 07:30 da manhã seguinte.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Tirei o dia de folga para a entrega do sofá, das 8 às 12. São 12:40. Nem camião, nem telefonema. É a segunda vez que me mudam esta encomenda!!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Peço desculpa, Teresa. Esperar a manhã toda depois de tirar o dia de folga não é aceitável. Para encontrar a sua entrega, pode indicar-me o número da encomenda? Começa por 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OR-58213. Estou farta. Se não chegar hoje, cancelo e ponho uma avaliação em todo o lado. Passem-me a uma pessoa a sério.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Compreendo. Vou passar já este chat ao Owen, da nossa equipa de entregas. Para ele não ter de voltar a perguntar: encomenda OR-58213, janela de hoje das 08:00 às 12:00 falhada sem telefonema, segunda alteração a esta encomenda, e quer a entrega hoje. Resposta prevista: no prazo de 5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(entregas): </w:t>
      </w:r>
      <w:r>
        <w:rPr>
          <w:rFonts w:ascii="Calibri" w:hAnsi="Calibri" w:cs="Calibri" w:eastAsia="Calibri"/>
          <w:b w:val="0"/>
          <w:color w:val="15131F"/>
          <w:sz w:val="21"/>
        </w:rPr>
        <w:t>Teresa, sou o Owen, das entregas. Tirou o dia de folga e falhámos a janela sem lhe ligar. A culpa é nossa e peço desculpa.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(entregas): </w:t>
      </w:r>
      <w:r>
        <w:rPr>
          <w:rFonts w:ascii="Calibri" w:hAnsi="Calibri" w:cs="Calibri" w:eastAsia="Calibri"/>
          <w:b w:val="0"/>
          <w:color w:val="15131F"/>
          <w:sz w:val="21"/>
        </w:rPr>
        <w:t>O camião avariou às 09:30 e ninguém lhe ligou. Só uma pergunta: ainda pode receber o sofá hoje antes das 18:00, ou prefere amanhã, num horário fixo logo de manhã?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Não vou ficar outra vez o dia todo à espera. Amanhã, mas cedo.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(entregas): </w:t>
      </w:r>
      <w:r>
        <w:rPr>
          <w:rFonts w:ascii="Calibri" w:hAnsi="Calibri" w:cs="Calibri" w:eastAsia="Calibri"/>
          <w:b w:val="0"/>
          <w:color w:val="15131F"/>
          <w:sz w:val="21"/>
        </w:rPr>
        <w:t>Vou fazer o seguinte: o seu sofá vai em primeiro lugar na rota de amanhã, terça-feira, 6 de outubro, das 08:00 às 10:00. Também vou reembolsar já os 79 $ da taxa de entrega no seu cartão. Os reembolsos costumam aparecer no prazo de 3 a 5 dias úteis.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(entregas): </w:t>
      </w:r>
      <w:r>
        <w:rPr>
          <w:rFonts w:ascii="Calibri" w:hAnsi="Calibri" w:cs="Calibri" w:eastAsia="Calibri"/>
          <w:b w:val="0"/>
          <w:color w:val="15131F"/>
          <w:sz w:val="21"/>
        </w:rPr>
        <w:t>Terça-feira, das 08:00 às 10:00, dá-lhe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Sim. Das 8 às 10. Se não aparecer, cancelo.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Owen (entregas): </w:t>
      </w:r>
      <w:r>
        <w:rPr>
          <w:rFonts w:ascii="Calibri" w:hAnsi="Calibri" w:cs="Calibri" w:eastAsia="Calibri"/>
          <w:b w:val="0"/>
          <w:color w:val="15131F"/>
          <w:sz w:val="21"/>
        </w:rPr>
        <w:t>Confirmado: terça-feira, 6 de outubro, das 08:00 às 10:00, e o reembolso de 79 $. Ligo-lhe amanhã até às 07:30 com o nome do motorista. Se não tiver notícias minhas até lá, envie um email para owen@oaklinehome.example.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Está bem. Obrigada.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Campos de triagem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Gravidade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Alta: ameaças de cancelar e de publicar uma avaliação, pediu uma pessoa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encomenda, sofá de 1840 $, segunda alteração de data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site, segunda-feira, 5 de outubro de 2026, 12:40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Hart, entregas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Agente de IA de imediato; Owen 3 minutos após a passagem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necessário: 79 $ está dentro do limite de 100 $ do agente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Responsável e 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Passar o sofá para o primeiro horário de 6 de outubro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out., 13:00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Reembolsar os 79 $ da taxa de entrega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out., 13:00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Tarefa: ligar com o nome do motorista, prioridade «Alto»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out., 07:30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 às 07:24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 no contacto, etiqueta Entrega, linha no registo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out., 17:00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Solução confirmada pelo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«Sim. Das 8 às 10.» 5 out., 12:52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prometido feito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a 6 out., 07:24; entregue às 08:35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do registo completa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Entrega atrasada ou falhada, alta, reembolso de 79 $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Avaliação de satisfação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de 5 no fim do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Estado no registo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Encerrado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Loja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Níveis de gravidade para chats tensos: responsável, rapidez, escalamento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Gravidade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Como se apresenta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Impacto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Escalamento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Baixa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Aborrecido com um problema pequeno, sem dinheiro nem prazos em risco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cliente, impacto pequeno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minuto, agente de IA ou uma pessoa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tem o chat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necessário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Média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promessa falhada ou um problema repetido, mas ainda a colaborar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cliente, uma encomenda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minuto, solução ou próximo passo no prazo de 10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tem o chat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solução no chat: um responsável designado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Pede uma pessoa, ameaça cancelar ou publicar uma avaliação, há dinheiro envolvido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cliente em risco de sair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pessoa no prazo de 5 minutos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agente designado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Acima do limite de oferta: quem aprova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Crítica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Ação judicial, um problema de segurança, ameaças ou abuso, ou muitos clientes afetados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Risco jurídico, segurança ou muitos clientes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pessoa de imediato, o gestor no prazo de 15 minutos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gestor</w:t>
            </w:r>
          </w:p>
        </w:tc>
        <w:tc>
          <w:tcPr>
            <w:tcW w:type="dxa" w:w="1662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Gestor já, o substituto se estiver ausente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dizer a um cliente aborrecido e o que nunca escrever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escreva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Porque corre mal no chat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Escreva antes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Acalme-se.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Dá a entender que o problema é a irritação do cliente.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Peço desculpa. Vou resolver isto já.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já disse...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Soa a acusação, e o cliente sobe no chat para confirmar.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Resumindo: o seu sofá chega terça-feira, das 08:00 às 10:00.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Infelizmente, a nossa política diz...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Põe a regra acima da pessoa.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posso fazer é isto: uma substituição esta semana.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Compreendo a sua frustração.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Empatia de copiar e colar, muitas vezes enviada duas vezes.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Esperar a manhã toda em vão não é aceitável.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breve, daqui a pouco, o mais rápido possível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uma hora, o cliente tem de andar atrás de si.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às 15:00 de hoje.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bloco de texto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está irritado lê na diagonal e não vê a resposta.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ideia por mensagem, três linhas no máximo.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MAIÚSCULAS ou !!!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Lê-se como gritar de volta.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Frases simples e um ponto final.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responder a um cliente irritado no chat com este modelo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Defina primeiro os limites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a tabela de limites no separador 4 e indique quem aprova e um substituto.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Guarde as respostas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Substitua os [parênteses retos] e guarde cada resposta como atalho, para que a primeira frase saia no prazo de um minuto.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Cole as regras do agente de 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Acrescente o separador 8 às instruções do seu agente de IA e teste cada gatilho.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 cada chat tenso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chat no registo em Excel, no próprio dia.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Verifique as principais causas e os seguimentos em atraso. Resolva a causa mais frequente.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Bots», escolha o seu bot e cole o separador 8 em «Instruções», no separador «Básico». Clique em «Salvar Alterações» e teste cada gatilho com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separador «Conectar», ative «Enviar notificações por e-mail» e adicione a sua equipa em «Usuários atribuídos».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Os chats passados a uma pessoa esperam em «Suporte ao Vivo» com o estado «Aguardando agente». Clique em «Reivindicar» (assumir o chat), responda com o histórico à frente e clique em «Resolver» depois de o cliente confirmar.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Para o seguimento, abra «Tarefas» &gt; «Nova Tarefa»: «Título da tarefa», «Cessionário» (o responsável pela tarefa), «Prazo» (a hora prometida), «Prioridade» «Alto» ou «Urgente». Ponha o resumo e as eventuais palavras abusivas em «Notas»,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Acrescente uma etiqueta por causa em «Configurações» &gt; «Tags de Conversa» &gt; «Nova etiqueta». No separador «Comportamento» do bot, ative «Avaliações de Satisfação». No Growth, guarde as respostas em «Respostas salvas», por exemplo /upset-ack.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Não há deteção automática de irritação nem regras de escalamento automático: o agente de IA passa o chat com base nas suas «Instruções». Passagem para uma pessoa: Launch, 19 $ por mês, com faturação anual, para 8 utilizadores. Respostas guardadas: Growth, 49 $. Free: chat com IA e tarefas básicas para 3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fecho: só encerre um chat tenso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confirmou no chat a solução ou o próximo passo.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seguimento prometido aconteceu a tempo e está anotado.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linha do registo está completa: causa, gravidade, oferta, valor, quem aprova, resultado.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Qualquer abuso está registado palavra por palavra e o gestor sabe.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problema original está resolvido ou tem a sua própria tarefa.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https://crmsoftware.pro/pt/templates/angry-customer-live-chat-response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Respostas a clientes irritados no chat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