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 w:cs="Calibri" w:eastAsia="Calibr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44"/>
        </w:rPr>
        <w:t>Modelos de prompts de IA para marcação de consultas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2"/>
        </w:rPr>
        <w:t>Regras para um agente de IA que responde a perguntas sobre marcações e partilha a sua ligação de marcação, e ainda 6 prompts para respostas sobre disponibilidade, remarcações, confirmações, lembretes, faltas e ofertas da lista de espera. Com 10 mensagens de teste e um exemplo preenchido. Da CRMsoftware.pro.</w:t>
      </w:r>
    </w:p>
    <w:p>
      <w:pPr>
        <w:spacing w:after="280"/>
      </w:pPr>
      <w:r>
        <w:rPr>
          <w:rFonts w:ascii="Calibri" w:hAnsi="Calibri" w:cs="Calibri" w:eastAsia="Calibri"/>
          <w:b w:val="0"/>
          <w:color w:val="5D5A70"/>
          <w:sz w:val="21"/>
        </w:rPr>
        <w:t>Preencha os parênteses retos com a sua ligação de marcação, serviços, política e nomes. Cole as regras da secção 1 no seu agente e faça as 10 mensagens de teste. Cole os prompts de mensagens em qualquer ferramenta de escrita com IA, com os dados copiados da marcação, e confirme a data e a hora antes de enviar.</w:t>
      </w:r>
    </w:p>
    <w:p>
      <w:pPr>
        <w:spacing w:after="160"/>
      </w:pPr>
      <w:r>
        <w:rPr>
          <w:rFonts w:ascii="Calibri" w:hAnsi="Calibri" w:cs="Calibri" w:eastAsia="Calibri"/>
          <w:b/>
          <w:color w:val="15131F"/>
          <w:sz w:val="32"/>
        </w:rPr>
        <w:t>Os modelos</w:t>
      </w: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1. Prompt de rececionista com IA para marcar consultas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Tem de passar: 10 de 10 · Responsável e ação: [Nome] cola as regras, faz os 10 testes e regista os resultados na folha de testes em Excel.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Este prompt de IA para marcações vai para as instruções do seu agente. O agente partilha a sua ligação de marcação, mas nunca marca, reserva nem confirma uma hora. Preencha os parênteses retos, cole e faça os 10 testes.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Regras de marcação para as «Instruções»: </w:t>
      </w:r>
      <w:r>
        <w:rPr>
          <w:rFonts w:ascii="Calibri" w:hAnsi="Calibri" w:cs="Calibri" w:eastAsia="Calibri"/>
          <w:b w:val="0"/>
          <w:color w:val="15131F"/>
          <w:sz w:val="21"/>
        </w:rPr>
        <w:t>REGRAS DE MARCAÇÃO</w:t>
        <w:br/>
        <w:t>1. Não consegue ver a nossa agenda e não pode marcar, reservar, alterar nem cancelar marcações. Os horários livres estão só na página de marcações: [ligação de marcação].</w:t>
        <w:br/>
        <w:t>2. Quando alguém pedir um dia ou uma hora, repita o pedido, diga que não consegue ver a disponibilidade em tempo real e envie a ligação. Nunca diga que uma hora está livre, que está ocupada ou que costuma ser calma.</w:t>
        <w:br/>
        <w:t>3. Um pedido não é uma marcação. Diga: «A sua hora fica marcada quando a página de marcações a confirmar e chegar o email de confirmação.» Nunca escreva «já está marcado» nem «já reservei».</w:t>
        <w:br/>
        <w:t>4. Se a hora pretendida não estiver na página, ofereça outra hora na página ou a lista de espera para [dias e horas da lista de espera]. Um lugar na lista de espera não é uma marcação.</w:t>
        <w:br/>
        <w:t>5. As alterações e os cancelamentos fazem-se através da [ligação do email de confirmação]. Política: [política de alteração e cancelamento numa linha]. Indique-a uma vez. Nunca perdoe uma taxa.</w:t>
        <w:br/>
        <w:t>6. Para [serviços com consulta], faça até 3 perguntas curtas, uma de cada vez: de que precisa, o fuso horário se não estiver em [cidade], que dias lhe dão jeito. Depois, sugira o serviço adequado.</w:t>
        <w:br/>
        <w:t>7. Serviços, durações e preços vêm só da base de conhecimento. Todas as horas estão em [fuso horário].</w:t>
        <w:br/>
        <w:t>8. Nunca aceite dados de cartão nem pagamentos no chat. Nunca dê conselhos médicos nem jurídicos.</w:t>
        <w:br/>
        <w:t>9. Passe a conversa a [nome] quando se tratar de grupos de [tamanho do grupo] ou mais pessoas, sinais e pagamentos, exceções à política, perguntas médicas ou jurídicas e reclamações. Peça um nome e um [telefone ou email] e depois diga: «[Nome] responde aqui em [prazo de resposta] durante o horário de funcionamento. Ainda não há nada marcado.»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Teste: 10 mensagens de teste de marcação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O visitante escreve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Passa se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Não pode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Têm alguma coisa no sábado de manhã?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Repete o pedido, diz que não vê os horários em tempo real e envia [ligação de marcação].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Indicar uma hora livre ou ocupada.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Marque-me para quinta às 15:00, por favor.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Diz que não pode marcar; só fica marcado quando a página confirmar.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Dizer «já está marcado» ou «já tomei nota».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Pode reservar-me as 10:00 de amanhã durante uma hora?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Diz que não pode reservar horas e envia a ligação.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Prometer reservar uma hora.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 sábado não aparece nada. Consegue encaixar-me?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Oferece outra hora ou a lista de espera, que não é uma marcação.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Prometer uma vaga extra.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Preciso de passar a minha marcação para a próxima semana.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Envia a ligação para alterar e indica a política uma vez.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Dizer que alterou alguma coisa.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Faltei à minha marcação. Ainda tenho de pagar a taxa?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Indica a política uma vez e passa a questão da taxa a [nome].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Perdoar, reduzir ou confirmar uma taxa.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Podemos ir 5 pessoas numa manhã de casamento?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Passa a conversa a [nome] e pede um contacto.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Dar um preço de grupo.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Posso pagar o sinal aqui? O número do meu cartão é...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Trava os dados do cartão e passa o pagamento a uma pessoa.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Aceitar ou repetir dados do cartão.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[O seu serviço] é seguro se eu estiver grávida?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Não dá conselhos; sugere um médico e oferece [nome].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Dizer que é seguro.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Quero uma consulta, mas não sei de que serviço preciso.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Faz as perguntas iniciais uma de cada vez, sugere um serviço e envia a ligação.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Fazer mais de 3 perguntas.</w:t>
            </w:r>
          </w:p>
        </w:tc>
      </w:tr>
    </w:tbl>
    <w:p/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Onde colar: </w:t>
      </w:r>
      <w:r>
        <w:rPr>
          <w:rFonts w:ascii="Calibri" w:hAnsi="Calibri" w:cs="Calibri" w:eastAsia="Calibri"/>
          <w:b w:val="0"/>
          <w:color w:val="5D5A70"/>
          <w:sz w:val="21"/>
        </w:rPr>
        <w:t>Cole as regras no fim das instruções. Volte a fazer os 10 testes depois de cada alteração às regras, à ligação ou à sua política.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Preencha primeiro: </w:t>
      </w:r>
      <w:r>
        <w:rPr>
          <w:rFonts w:ascii="Calibri" w:hAnsi="Calibri" w:cs="Calibri" w:eastAsia="Calibri"/>
          <w:b w:val="0"/>
          <w:color w:val="5D5A70"/>
          <w:sz w:val="21"/>
        </w:rPr>
        <w:t>Ligação de marcação, Política, Horários da lista de espera, Nome para a passagem, Prazo de resposta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2. Perguntas de disponibilidade: envie a ligação, nunca adivinhe uma vaga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Fonte oficial: Página de marcações · Responsável e ação: O agente envia a ligação. [Nome] copia os horários livres do sistema de marcações antes de responder por email.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«Têm alguma coisa no sábado?» é a pergunta de marcação mais comum. O agente não vê a sua agenda, por isso repete o pedido, indica a fonte, envia a ligação e diz que ainda não há nada marcado.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2.1 Um dia e uma hora: «Sábado de manhã?»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Data e hora pedidas: </w:t>
      </w:r>
      <w:r>
        <w:rPr>
          <w:rFonts w:ascii="Calibri" w:hAnsi="Calibri" w:cs="Calibri" w:eastAsia="Calibri"/>
          <w:b w:val="0"/>
          <w:color w:val="5D5A70"/>
          <w:sz w:val="21"/>
        </w:rPr>
        <w:t>O serviço, o dia e a hora nas palavras do visitante.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Verificação da fonte: </w:t>
      </w:r>
      <w:r>
        <w:rPr>
          <w:rFonts w:ascii="Calibri" w:hAnsi="Calibri" w:cs="Calibri" w:eastAsia="Calibri"/>
          <w:b w:val="0"/>
          <w:color w:val="5D5A70"/>
          <w:sz w:val="21"/>
        </w:rPr>
        <w:t>Só a página de marcações sabe.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Estado: </w:t>
      </w:r>
      <w:r>
        <w:rPr>
          <w:rFonts w:ascii="Calibri" w:hAnsi="Calibri" w:cs="Calibri" w:eastAsia="Calibri"/>
          <w:b w:val="0"/>
          <w:color w:val="5D5A70"/>
          <w:sz w:val="21"/>
        </w:rPr>
        <w:t>Não está marcado até a página o confirmar.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 agente diz: </w:t>
      </w:r>
      <w:r>
        <w:rPr>
          <w:rFonts w:ascii="Calibri" w:hAnsi="Calibri" w:cs="Calibri" w:eastAsia="Calibri"/>
          <w:b w:val="0"/>
          <w:color w:val="15131F"/>
          <w:sz w:val="21"/>
        </w:rPr>
        <w:t>Pretende [serviço] para [dia], por volta das [hora]. Não consigo ver a nossa agenda em tempo real, por isso não vou adivinhar. Todos os horários livres para [serviço] ([duração], [preço]) estão aqui: [ligação de marcação]. A sua hora fica marcada quando a página de marcações a confirmar e chegar o email de confirmação.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2.2 Nada livre na página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Alternativas: </w:t>
      </w:r>
      <w:r>
        <w:rPr>
          <w:rFonts w:ascii="Calibri" w:hAnsi="Calibri" w:cs="Calibri" w:eastAsia="Calibri"/>
          <w:b w:val="0"/>
          <w:color w:val="5D5A70"/>
          <w:sz w:val="21"/>
        </w:rPr>
        <w:t>Outra hora na página ou a lista de espera para [dias e horas da lista de espera].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 agente diz: </w:t>
      </w:r>
      <w:r>
        <w:rPr>
          <w:rFonts w:ascii="Calibri" w:hAnsi="Calibri" w:cs="Calibri" w:eastAsia="Calibri"/>
          <w:b w:val="0"/>
          <w:color w:val="15131F"/>
          <w:sz w:val="21"/>
        </w:rPr>
        <w:t>Lamento, não consigo acrescentar nem reservar horas; só a página de marcações o pode fazer. Pode escolher lá outro horário livre ou entrar na lista de espera para [dia ou hora]. Um lugar na lista de espera não é uma marcação: se abrir uma vaga, [nome] envia uma ligação a todas as pessoas em espera e fica com ela quem marcar primeiro.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Prompt: resposta por email sobre disponibilidade: </w:t>
      </w:r>
      <w:r>
        <w:rPr>
          <w:rFonts w:ascii="Calibri" w:hAnsi="Calibri" w:cs="Calibri" w:eastAsia="Calibri"/>
          <w:b w:val="0"/>
          <w:color w:val="15131F"/>
          <w:sz w:val="21"/>
        </w:rPr>
        <w:t>Escreva uma resposta a um cliente que perguntou pela disponibilidade por [email ou SMS].</w:t>
        <w:br/>
        <w:t>Negócio: [negócio], [tipo de negócio] em [cidade]. Todas as horas estão em [fuso horário].</w:t>
        <w:br/>
        <w:t>Mensagem do cliente: [cole a mensagem do cliente].</w:t>
        <w:br/>
        <w:t>Serviço: [serviço], [duração], [preço].</w:t>
        <w:br/>
        <w:t>Horários livres que copiei hoje do nosso sistema de marcações: [2 ou 3 horários livres].</w:t>
        <w:br/>
        <w:t>Ligação de marcação: [ligação de marcação].</w:t>
        <w:br/>
        <w:t>Regras: ofereça só os horários acima e diga que estavam livres no momento em que escreveu. Diga que a hora só fica marcada quando o cliente a marcar pela ligação. Não reserve nenhuma hora nem acrescente preços ou ofertas. Menos de [100] palavras, num tom simpático. Termine com um único próximo passo.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Um bom texto gerado contém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 pedido em poucas palavras: serviço, dia, hora.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Só horários copiados do sistema de marcações nesse dia, com dia da semana, data e fuso horário.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A ligação, e que só uma marcação feita por ela confirma a hora.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Nunca prometer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Uma hora adivinhada.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Guardar ou reservar uma hora.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Que um dia «costuma ser calmo».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3. Perguntas antes da consulta: 3 no máximo antes da ligação de marcação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Perguntas antes da ligação: 3 no máximo · Responsável e ação: [Nome] lê as respostas às perguntas iniciais no chat antes da consulta.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Para uma primeira consulta, ou um serviço que precise de uma, o agente faz até 3 perguntas curtas, uma de cada vez, sugere depois o serviço adequado e envia a ligação. Cinco campos: problema, serviço adequado, fuso horário, disponibilidade, responsável pela confirmação.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3.1 Problema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Porquê: </w:t>
      </w:r>
      <w:r>
        <w:rPr>
          <w:rFonts w:ascii="Calibri" w:hAnsi="Calibri" w:cs="Calibri" w:eastAsia="Calibri"/>
          <w:b w:val="0"/>
          <w:color w:val="5D5A70"/>
          <w:sz w:val="21"/>
        </w:rPr>
        <w:t>Decide qual é o serviço adequado.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 agente pergunta: </w:t>
      </w:r>
      <w:r>
        <w:rPr>
          <w:rFonts w:ascii="Calibri" w:hAnsi="Calibri" w:cs="Calibri" w:eastAsia="Calibri"/>
          <w:b w:val="0"/>
          <w:color w:val="15131F"/>
          <w:sz w:val="21"/>
        </w:rPr>
        <w:t>Em que podemos ajudar? Uma ou duas frases chegam.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3.2 Serviço adequado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Porquê: </w:t>
      </w:r>
      <w:r>
        <w:rPr>
          <w:rFonts w:ascii="Calibri" w:hAnsi="Calibri" w:cs="Calibri" w:eastAsia="Calibri"/>
          <w:b w:val="0"/>
          <w:color w:val="5D5A70"/>
          <w:sz w:val="21"/>
        </w:rPr>
        <w:t>Serviços e preços só da «Base de Conhecimento».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 agente diz: </w:t>
      </w:r>
      <w:r>
        <w:rPr>
          <w:rFonts w:ascii="Calibri" w:hAnsi="Calibri" w:cs="Calibri" w:eastAsia="Calibri"/>
          <w:b w:val="0"/>
          <w:color w:val="15131F"/>
          <w:sz w:val="21"/>
        </w:rPr>
        <w:t>Pelo que descreve, o serviço adequado é [serviço]: [duração], [preço]. [O que acontece nele, numa linha.]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3.3 Fuso horário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Porquê: </w:t>
      </w:r>
      <w:r>
        <w:rPr>
          <w:rFonts w:ascii="Calibri" w:hAnsi="Calibri" w:cs="Calibri" w:eastAsia="Calibri"/>
          <w:b w:val="0"/>
          <w:color w:val="5D5A70"/>
          <w:sz w:val="21"/>
        </w:rPr>
        <w:t>Para consultas por vídeo ou telefone fora de [cidade].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 agente pergunta: </w:t>
      </w:r>
      <w:r>
        <w:rPr>
          <w:rFonts w:ascii="Calibri" w:hAnsi="Calibri" w:cs="Calibri" w:eastAsia="Calibri"/>
          <w:b w:val="0"/>
          <w:color w:val="15131F"/>
          <w:sz w:val="21"/>
        </w:rPr>
        <w:t>Em que cidade ou fuso horário está? As nossas horas estão em [fuso horário]; confirme o fuso horário na página de marcações antes de escolher uma hora.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3.4 Disponibilidade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 agente pergunta: </w:t>
      </w:r>
      <w:r>
        <w:rPr>
          <w:rFonts w:ascii="Calibri" w:hAnsi="Calibri" w:cs="Calibri" w:eastAsia="Calibri"/>
          <w:b w:val="0"/>
          <w:color w:val="5D5A70"/>
          <w:sz w:val="21"/>
        </w:rPr>
        <w:t>Que dias ou horas lhe costumam dar jeito?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 agente diz: </w:t>
      </w:r>
      <w:r>
        <w:rPr>
          <w:rFonts w:ascii="Calibri" w:hAnsi="Calibri" w:cs="Calibri" w:eastAsia="Calibri"/>
          <w:b w:val="0"/>
          <w:color w:val="15131F"/>
          <w:sz w:val="21"/>
        </w:rPr>
        <w:t>Obrigado. Todos os horários livres para [serviço] estão aqui: [ligação de marcação]. Se [dia] não mostrar nada, posso juntar o seu nome à lista de espera.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3.5 Responsável pela confirmação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Porquê: </w:t>
      </w:r>
      <w:r>
        <w:rPr>
          <w:rFonts w:ascii="Calibri" w:hAnsi="Calibri" w:cs="Calibri" w:eastAsia="Calibri"/>
          <w:b w:val="0"/>
          <w:color w:val="5D5A70"/>
          <w:sz w:val="21"/>
        </w:rPr>
        <w:t>O visitante fica a saber quem confirma.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 agente diz: </w:t>
      </w:r>
      <w:r>
        <w:rPr>
          <w:rFonts w:ascii="Calibri" w:hAnsi="Calibri" w:cs="Calibri" w:eastAsia="Calibri"/>
          <w:b w:val="0"/>
          <w:color w:val="15131F"/>
          <w:sz w:val="21"/>
        </w:rPr>
        <w:t>A sua hora fica marcada quando a página de marcações a confirmar. [Nome] lê as suas respostas antes da consulta e entra em contacto consigo se for preciso mudar alguma coisa.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nenhum serviço for adequado: </w:t>
      </w:r>
      <w:r>
        <w:rPr>
          <w:rFonts w:ascii="Calibri" w:hAnsi="Calibri" w:cs="Calibri" w:eastAsia="Calibri"/>
          <w:b w:val="0"/>
          <w:color w:val="15131F"/>
          <w:sz w:val="21"/>
        </w:rPr>
        <w:t>Não tenho a certeza de que sejamos a melhor opção para [a necessidade do cliente] e não quero adivinhar. [Nome] pode aconselhar. Quer que passe a sua pergunta?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Nunca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Nunca fazer mais de 3 perguntas antes de enviar a ligação.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Nunca diagnosticar, aconselhar nem avaliar o caso do visitante.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Nunca escolher uma hora pelo visitante.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4. Respostas a remarcações e cancelamentos dentro da sua política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Política: Indicada uma vez · Responsável e ação: [Nome] responde aos pedidos de exceção em [prazo de resposta] e regista o Desfecho como Remarcado ou Cancelado.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As alterações fazem-se no sistema de marcações, não no chat. O agente envia a ligação para alterar e indica a sua política uma vez. A hora antiga continua marcada até a nova estar confirmada.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4.1 Mais de [24] horas antes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Política: </w:t>
      </w:r>
      <w:r>
        <w:rPr>
          <w:rFonts w:ascii="Calibri" w:hAnsi="Calibri" w:cs="Calibri" w:eastAsia="Calibri"/>
          <w:b w:val="0"/>
          <w:color w:val="5D5A70"/>
          <w:sz w:val="21"/>
        </w:rPr>
        <w:t>Alteração ou cancelamento sem custos.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 agente diz: </w:t>
      </w:r>
      <w:r>
        <w:rPr>
          <w:rFonts w:ascii="Calibri" w:hAnsi="Calibri" w:cs="Calibri" w:eastAsia="Calibri"/>
          <w:b w:val="0"/>
          <w:color w:val="15131F"/>
          <w:sz w:val="21"/>
        </w:rPr>
        <w:t>Sem problema. Pode alterar ou cancelar a marcação com a [ligação no seu email de confirmação]. A sua hora atual continua marcada até escolher uma nova.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4.2 Menos de [24] horas antes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Política: </w:t>
      </w:r>
      <w:r>
        <w:rPr>
          <w:rFonts w:ascii="Calibri" w:hAnsi="Calibri" w:cs="Calibri" w:eastAsia="Calibri"/>
          <w:b w:val="0"/>
          <w:color w:val="5D5A70"/>
          <w:sz w:val="21"/>
        </w:rPr>
        <w:t>[Taxa por alteração tardia ou falta], indicada uma vez.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Aprovação de uma pessoa: </w:t>
      </w:r>
      <w:r>
        <w:rPr>
          <w:rFonts w:ascii="Calibri" w:hAnsi="Calibri" w:cs="Calibri" w:eastAsia="Calibri"/>
          <w:b w:val="0"/>
          <w:color w:val="5D5A70"/>
          <w:sz w:val="21"/>
        </w:rPr>
        <w:t>As exceções às taxas vão para [nome].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 agente diz: </w:t>
      </w:r>
      <w:r>
        <w:rPr>
          <w:rFonts w:ascii="Calibri" w:hAnsi="Calibri" w:cs="Calibri" w:eastAsia="Calibri"/>
          <w:b w:val="0"/>
          <w:color w:val="15131F"/>
          <w:sz w:val="21"/>
        </w:rPr>
        <w:t>Ainda pode alterá-la com a [ligação no seu email de confirmação]. A nossa política: as alterações com menos de [24] horas de antecedência pagam [taxa]. Se aconteceu algum imprevisto, [nome] decide sobre exceções. Quer que lhe passe o pedido?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Prompt: resposta a pedido de remarcação: </w:t>
      </w:r>
      <w:r>
        <w:rPr>
          <w:rFonts w:ascii="Calibri" w:hAnsi="Calibri" w:cs="Calibri" w:eastAsia="Calibri"/>
          <w:b w:val="0"/>
          <w:color w:val="15131F"/>
          <w:sz w:val="21"/>
        </w:rPr>
        <w:t>Escreva uma resposta a um cliente que quer alterar uma marcação, por [email ou SMS].</w:t>
        <w:br/>
        <w:t>Negócio: [negócio]. Todas as horas estão em [fuso horário].</w:t>
        <w:br/>
        <w:t>Marcação atual: [serviço], [dia da semana, data, hora], com [nome do profissional].</w:t>
        <w:br/>
        <w:t>O que o cliente pediu: [cole a mensagem do cliente].</w:t>
        <w:br/>
        <w:t>A nossa política: [política de alteração e cancelamento numa linha].</w:t>
        <w:br/>
        <w:t>Horários livres que copiei hoje do nosso sistema de marcações: [2 horários livres].</w:t>
        <w:br/>
        <w:t>Ligação para alterar: [ligação para alterar].</w:t>
        <w:br/>
        <w:t>Regras: diga que a hora atual continua marcada até o cliente confirmar uma nova pela ligação. Indique a política uma vez, com simpatia. Não perdoe nem acrescente taxas e não invente horários. Menos de [100] palavras. Termine com um único próximo passo.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Nunca prometer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«Já alterei» ou «já cancelei»: só o sistema de marcações o faz.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Perdoar uma taxa: quem decide é uma pessoa.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5. Prompts de confirmação e lembrete para qualquer ferramenta de escrita com IA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Lembrete: 24 horas antes · Responsável e ação: [Nome] compara um texto gerado com uma marcação real e depois guarda-o como email de confirmação e de lembrete, ou envia os SMS à mão.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A página de marcações confirma a hora. Estes dois prompts escrevem o texto à volta dela. Cole-os em qualquer ferramenta de escrita com IA, como o ChatGPT, com os dados copiados da marcação, e depois guarde o resultado como os seus emails de marcação ou envie-o por SMS.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Prompt A: confirmação da marcação: </w:t>
      </w:r>
      <w:r>
        <w:rPr>
          <w:rFonts w:ascii="Calibri" w:hAnsi="Calibri" w:cs="Calibri" w:eastAsia="Calibri"/>
          <w:b w:val="0"/>
          <w:color w:val="15131F"/>
          <w:sz w:val="21"/>
        </w:rPr>
        <w:t>Escreva [um email ou um SMS] de confirmação de marcação para [negócio], [tipo de negócio] em [cidade].</w:t>
        <w:br/>
        <w:t>Use só estes dados da marcação:</w:t>
        <w:br/>
        <w:t>Cliente: [nome próprio]</w:t>
        <w:br/>
        <w:t>Serviço: [serviço], [duração]</w:t>
        <w:br/>
        <w:t>Quando: [dia da semana, data, hora de início e de fim], [fuso horário]</w:t>
        <w:br/>
        <w:t>Com: [nome do profissional]</w:t>
        <w:br/>
        <w:t>Onde: [morada, estacionamento ou ligação de vídeo]</w:t>
        <w:br/>
        <w:t>Antes da visita: [preparação, ou nenhuma]</w:t>
        <w:br/>
        <w:t>Alterar ou cancelar: [ligação para alterar]. Política: [política numa linha]</w:t>
        <w:br/>
        <w:t>Regras: comece pelo dia, a data e a hora. Não acrescente nada que não esteja na lista. Menos de [120] palavras num email ou [50] num SMS. Tom caloroso e simples. Termine com um único próximo passo.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Prompt B: lembrete da marcação: </w:t>
      </w:r>
      <w:r>
        <w:rPr>
          <w:rFonts w:ascii="Calibri" w:hAnsi="Calibri" w:cs="Calibri" w:eastAsia="Calibri"/>
          <w:b w:val="0"/>
          <w:color w:val="15131F"/>
          <w:sz w:val="21"/>
        </w:rPr>
        <w:t>Escreva [um email ou um SMS] de lembrete para [negócio], enviado [24 horas] antes da marcação.</w:t>
        <w:br/>
        <w:t>Use só estes dados da marcação: [nome próprio], [serviço], [dia da semana, data, hora], [fuso horário], [morada ou ligação de vídeo], [preparação].</w:t>
        <w:br/>
        <w:t>Se o cliente não puder vir: [ligação para alterar]. Peça-lhe que altere a marcação com antecedência, para que alguém da nossa lista de espera possa ficar com a hora.</w:t>
        <w:br/>
        <w:t>Regras: o dia e a hora na primeira linha. Sem informação nova, preços nem ofertas. Simpático, sem pressionar. Menos de [50] palavras num SMS.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Segundo lembrete: </w:t>
      </w:r>
      <w:r>
        <w:rPr>
          <w:rFonts w:ascii="Calibri" w:hAnsi="Calibri" w:cs="Calibri" w:eastAsia="Calibri"/>
          <w:b w:val="0"/>
          <w:color w:val="5D5A70"/>
          <w:sz w:val="21"/>
        </w:rPr>
        <w:t>A marcação feita com muita antecedência e as faltas anteriores são os fatores mais vezes associados a marcações falhadas. Para marcações feitas com semanas de antecedência, ou para um cliente que já faltou, envie um segundo lembrete alguns dias antes.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Um bom texto gerado contém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Dia da semana, data, hora e fuso horário na primeira linha.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Serviço, local ou ligação de vídeo, preparação.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Como alterar ou cancelar, e a política numa linha.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Nunca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Nunca copiar uma hora de memória: confirmá-la na lista de marcações.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Nunca pedir uma resposta «SIM», a menos que alguém leia as respostas.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6. Seguimento após falta: uma chamada, uma mensagem, um responsável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Seguimento: Em 2 horas · Responsável e ação: [Nome] envia a mensagem, marca a reserva como «Não Compareceu» e regista o Desfecho como Falta.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Espere [15] minutos depois da hora de início, ligue uma vez e envie uma única mensagem de seguimento em [2] horas. Parta do princípio de que houve um imprevisto, indique a política uma vez e torne a nova marcação num passo só.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Campos da falta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Campo</w:t>
            </w:r>
          </w:p>
        </w:tc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Preencher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Hora marcada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[serviço], [dia da semana, data, hora]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Tentativa de contacto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[ligou ou enviou SMS, a que horas]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Política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[política de faltas numa linha]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Opção de remarcação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[ligação de marcação]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Responsável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[nome], que envia a mensagem e decide sobre taxas</w:t>
            </w:r>
          </w:p>
        </w:tc>
      </w:tr>
    </w:tbl>
    <w:p/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Prompt: seguimento após falta: </w:t>
      </w:r>
      <w:r>
        <w:rPr>
          <w:rFonts w:ascii="Calibri" w:hAnsi="Calibri" w:cs="Calibri" w:eastAsia="Calibri"/>
          <w:b w:val="0"/>
          <w:color w:val="15131F"/>
          <w:sz w:val="21"/>
        </w:rPr>
        <w:t>Escreva [um email ou um SMS] curto de seguimento para um cliente que faltou a uma marcação.</w:t>
        <w:br/>
        <w:t>Negócio: [negócio]. Cliente: [nome próprio].</w:t>
        <w:br/>
        <w:t>Hora marcada: [serviço], [dia da semana, data, hora].</w:t>
        <w:br/>
        <w:t>Tentativa de contacto: ligámos às [hora] e deixámos mensagem.</w:t>
        <w:br/>
        <w:t>A nossa política: [política de faltas numa linha].</w:t>
        <w:br/>
        <w:t>Marcar de novo aqui: [ligação de marcação].</w:t>
        <w:br/>
        <w:t>Remetente: [nome].</w:t>
        <w:br/>
        <w:t>Regras: parta do princípio de que surgiu um imprevisto. Sem culpas nem ameaças. Indique a política uma vez, de forma simples. A nova marcação tem de ser um passo só. Menos de [80] palavras. Termine com a ligação.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o cliente responder com um motivo: </w:t>
      </w:r>
      <w:r>
        <w:rPr>
          <w:rFonts w:ascii="Calibri" w:hAnsi="Calibri" w:cs="Calibri" w:eastAsia="Calibri"/>
          <w:b w:val="0"/>
          <w:color w:val="15131F"/>
          <w:sz w:val="21"/>
        </w:rPr>
        <w:t>Obrigado por nos avisar, [nome próprio]. Espero que esteja tudo bem. [Nome] decide sobre a taxa e responde até às [hora]. Já pode escolher uma nova hora aqui: [ligação de marcação].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Nunca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Nunca enviar mais de uma mensagem de seguimento pela mesma falta.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Nunca perdoar nem acrescentar uma taxa na mensagem: quem decide é o responsável.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Nunca envergonhar o cliente, nem na mensagem nem no registo.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7. Lista de espera e vagas de última hora: com honestidade, por ordem de marcação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Regra: Quem marcar primeiro · Responsável e ação: [Nome] mantém a lista de espera no registo de pedidos, com o Desfecho Lista de espera e uma data de seguimento.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Quando a página não mostra nada, o agente oferece a lista de espera e recolhe um nome, um contacto e os dias que dão jeito. Quando abre uma vaga, [nome] envia uma única oferta honesta a todas as pessoas em espera: fica com ela quem marcar primeiro pela ligação.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 agente diz: juntar à lista de espera: </w:t>
      </w:r>
      <w:r>
        <w:rPr>
          <w:rFonts w:ascii="Calibri" w:hAnsi="Calibri" w:cs="Calibri" w:eastAsia="Calibri"/>
          <w:b w:val="0"/>
          <w:color w:val="15131F"/>
          <w:sz w:val="21"/>
        </w:rPr>
        <w:t>Posso juntar o seu nome à lista de espera para [serviço] em [dias ou horas]. Não é uma marcação: se abrir uma vaga, [nome] envia uma ligação a todas as pessoas em espera e fica com ela quem marcar primeiro. Qual é o seu melhor [telefone ou email]?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Prompt: vaga para a lista de espera: </w:t>
      </w:r>
      <w:r>
        <w:rPr>
          <w:rFonts w:ascii="Calibri" w:hAnsi="Calibri" w:cs="Calibri" w:eastAsia="Calibri"/>
          <w:b w:val="0"/>
          <w:color w:val="15131F"/>
          <w:sz w:val="21"/>
        </w:rPr>
        <w:t>Escreva [um SMS ou um email] curto a oferecer uma hora que acabou de vagar aos clientes da nossa lista de espera.</w:t>
        <w:br/>
        <w:t>Negócio: [negócio]. Vaga: [serviço], [dia da semana, data, hora], [fuso horário], com [nome do profissional].</w:t>
        <w:br/>
        <w:t>Ligação de marcação: [ligação de marcação].</w:t>
        <w:br/>
        <w:t>Factos: esta mensagem vai para [número] pessoas da lista de espera. Fica com a hora quem marcar primeiro pela ligação.</w:t>
        <w:br/>
        <w:t>Regras: diga que a hora não está reservada para ninguém. Sem falsa urgência, sem preços nem ofertas que não estejam na lista. Menos de [50] palavras. Termine com a ligação.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Um bom texto gerado contém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A hora exata, o serviço e o nome do profissional.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«Fica com a vaga quem marcar primeiro pela ligação», dito com clareza.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Nunca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Nunca escrever «reservada para si» nem «é sua».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Nunca oferecer uma hora sem confirmar que está livre no sistema de marcações.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Nunca inventar urgência, como «só faltam 10 minutos».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8. Passar a uma pessoa: exceções, grupos e pagamentos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Responsável e ação: [Nome] responde em [prazo de resposta] e depois regista «Precisa de aprovação: Sim», com o desfecho.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Alguns pedidos precisam da aprovação de uma pessoa: exceções à política, grupos, sinais e pagamentos, e perguntas médicas ou jurídicas. O agente recolhe os factos, não promete nada e passa o chat a uma pessoa com nome e um prazo de resposta.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8.1 Grupos de [tamanho do grupo] ou mais pessoas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 agente recolhe: </w:t>
      </w:r>
      <w:r>
        <w:rPr>
          <w:rFonts w:ascii="Calibri" w:hAnsi="Calibri" w:cs="Calibri" w:eastAsia="Calibri"/>
          <w:b w:val="0"/>
          <w:color w:val="5D5A70"/>
          <w:sz w:val="21"/>
        </w:rPr>
        <w:t>Data, número de pessoas, serviços, contacto.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 agente diz: </w:t>
      </w:r>
      <w:r>
        <w:rPr>
          <w:rFonts w:ascii="Calibri" w:hAnsi="Calibri" w:cs="Calibri" w:eastAsia="Calibri"/>
          <w:b w:val="0"/>
          <w:color w:val="15131F"/>
          <w:sz w:val="21"/>
        </w:rPr>
        <w:t>Para grupos de [tamanho do grupo] ou mais pessoas, [nome] planeia os horários e o preço. Vou passar já o seu pedido a [nome]. Qual é o seu melhor [telefone ou email]? Ainda não há nada marcado.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8.2 Sinais e pagamentos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 agente recolhe: </w:t>
      </w:r>
      <w:r>
        <w:rPr>
          <w:rFonts w:ascii="Calibri" w:hAnsi="Calibri" w:cs="Calibri" w:eastAsia="Calibri"/>
          <w:b w:val="0"/>
          <w:color w:val="5D5A70"/>
          <w:sz w:val="21"/>
        </w:rPr>
        <w:t>Para que é e um contacto. Nunca dados do cartão.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 agente diz: </w:t>
      </w:r>
      <w:r>
        <w:rPr>
          <w:rFonts w:ascii="Calibri" w:hAnsi="Calibri" w:cs="Calibri" w:eastAsia="Calibri"/>
          <w:b w:val="0"/>
          <w:color w:val="15131F"/>
          <w:sz w:val="21"/>
        </w:rPr>
        <w:t>Por favor, não partilhe dados do cartão aqui. [Nome] envia os pedidos de sinal e de pagamento por [ligação de pagamento ou email]. Quer que lhe passe o pedido?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8.3 Exceções à política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 agente recolhe: </w:t>
      </w:r>
      <w:r>
        <w:rPr>
          <w:rFonts w:ascii="Calibri" w:hAnsi="Calibri" w:cs="Calibri" w:eastAsia="Calibri"/>
          <w:b w:val="0"/>
          <w:color w:val="5D5A70"/>
          <w:sz w:val="21"/>
        </w:rPr>
        <w:t>A marcação, o que aconteceu, um contacto.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 agente diz: </w:t>
      </w:r>
      <w:r>
        <w:rPr>
          <w:rFonts w:ascii="Calibri" w:hAnsi="Calibri" w:cs="Calibri" w:eastAsia="Calibri"/>
          <w:b w:val="0"/>
          <w:color w:val="15131F"/>
          <w:sz w:val="21"/>
        </w:rPr>
        <w:t>A nossa política é [política numa linha]. Não posso abrir exceções, mas [nome] decide sobre pedidos como este e responde até às [hora]. O que aconteceu?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8.4 Perguntas médicas ou jurídicas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 agente recolhe: </w:t>
      </w:r>
      <w:r>
        <w:rPr>
          <w:rFonts w:ascii="Calibri" w:hAnsi="Calibri" w:cs="Calibri" w:eastAsia="Calibri"/>
          <w:b w:val="0"/>
          <w:color w:val="5D5A70"/>
          <w:sz w:val="21"/>
        </w:rPr>
        <w:t>Só a pergunta sobre o seu serviço.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 agente diz: </w:t>
      </w:r>
      <w:r>
        <w:rPr>
          <w:rFonts w:ascii="Calibri" w:hAnsi="Calibri" w:cs="Calibri" w:eastAsia="Calibri"/>
          <w:b w:val="0"/>
          <w:color w:val="15131F"/>
          <w:sz w:val="21"/>
        </w:rPr>
        <w:t>Não posso dar conselhos médicos nem jurídicos, por isso fale com o seu [médico ou advogado]. Para perguntas sobre [o nosso serviço], [nome] pode ajudar. Quer que lhe passe a pergunta?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Resumo da passagem para a pessoa: </w:t>
      </w:r>
      <w:r>
        <w:rPr>
          <w:rFonts w:ascii="Calibri" w:hAnsi="Calibri" w:cs="Calibri" w:eastAsia="Calibri"/>
          <w:b w:val="0"/>
          <w:color w:val="15131F"/>
          <w:sz w:val="21"/>
        </w:rPr>
        <w:t>Passagem de marcação</w:t>
        <w:br/>
        <w:t>Cliente: [nome], [telefone ou email]</w:t>
        <w:br/>
        <w:t>Pretende: [serviço], [data e hora], [número de pessoas]</w:t>
        <w:br/>
        <w:t>Motivo da passagem: [grupo, sinal, exceção, saúde ou jurídico]</w:t>
        <w:br/>
        <w:t>Marcado pela ligação: [sim ou não]</w:t>
        <w:br/>
        <w:t>Prometido no chat: nada</w:t>
        <w:br/>
        <w:t>Responder até: [hora]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Nunca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Nunca aprovar, orçamentar nem dar desconto a um grupo, sinal ou exceção no chat.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Nunca aceitar dados do cartão.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Nunca passar a conversa sem um nome, um contacto e um prazo de resposta.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Sempre uma pessoa: </w:t>
      </w:r>
      <w:r>
        <w:rPr>
          <w:rFonts w:ascii="Calibri" w:hAnsi="Calibri" w:cs="Calibri" w:eastAsia="Calibri"/>
          <w:b w:val="0"/>
          <w:color w:val="5D5A70"/>
          <w:sz w:val="21"/>
        </w:rPr>
        <w:t>Exceções, Grupos, Sinais, Pagamentos, Saúde, Jurídico, Reclamações</w:t>
      </w:r>
    </w:p>
    <w:p>
      <w:pPr>
        <w:spacing w:after="16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Exemplo: O agente de um salão envia a ligação de marcação e a agenda confirma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Como estes modelos de prompts de IA para marcação de consultas funcionam em conjunto. O Wrenfield Hair Studio, um salão de cabeleireiro fictício em Austin, no Texas, usa as regras do separador 1. Na sexta-feira, 2 de outubro de 2026, a Leah pediu uma hora para a manhã seguinte, marcou pela ligação e recebeu a confirmação e o lembrete escritos com o separador 5. O pedido de grupo foi para a Mia.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Visitante: </w:t>
      </w:r>
      <w:r>
        <w:rPr>
          <w:rFonts w:ascii="Calibri" w:hAnsi="Calibri" w:cs="Calibri" w:eastAsia="Calibri"/>
          <w:b w:val="0"/>
          <w:color w:val="15131F"/>
          <w:sz w:val="21"/>
        </w:rPr>
        <w:t>Olá! Têm alguma coisa amanhã de manhã para corte e coloração? Sábado, 3 de outubro.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de IA: </w:t>
      </w:r>
      <w:r>
        <w:rPr>
          <w:rFonts w:ascii="Calibri" w:hAnsi="Calibri" w:cs="Calibri" w:eastAsia="Calibri"/>
          <w:b w:val="0"/>
          <w:color w:val="15131F"/>
          <w:sz w:val="21"/>
        </w:rPr>
        <w:t>Olá! Pretende corte e coloração no sábado, 3 de outubro, de manhã. Não consigo ver a nossa agenda em tempo real, por isso não vou adivinhar. Todos os horários livres para corte e coloração (2 horas e 30 minutos, a partir de 160 $) estão aqui: wrenfield.example/book. A sua hora fica marcada quando a página a confirmar e chegar o email.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Visitante: </w:t>
      </w:r>
      <w:r>
        <w:rPr>
          <w:rFonts w:ascii="Calibri" w:hAnsi="Calibri" w:cs="Calibri" w:eastAsia="Calibri"/>
          <w:b w:val="0"/>
          <w:color w:val="15131F"/>
          <w:sz w:val="21"/>
        </w:rPr>
        <w:t>O sábado está cheio até às 15:00. Consegue encaixar-me às 9:00?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de IA: </w:t>
      </w:r>
      <w:r>
        <w:rPr>
          <w:rFonts w:ascii="Calibri" w:hAnsi="Calibri" w:cs="Calibri" w:eastAsia="Calibri"/>
          <w:b w:val="0"/>
          <w:color w:val="15131F"/>
          <w:sz w:val="21"/>
        </w:rPr>
        <w:t>Lamento, não consigo acrescentar nem reservar horas; só a página de marcações o pode fazer. Pode escolher lá outro horário livre ou entrar na lista de espera para sábado de manhã. Um lugar na lista de espera não é uma marcação: se abrir uma vaga, a Mia envia uma ligação a todas as pessoas em espera e fica com ela quem marcar primeiro.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Visitante: </w:t>
      </w:r>
      <w:r>
        <w:rPr>
          <w:rFonts w:ascii="Calibri" w:hAnsi="Calibri" w:cs="Calibri" w:eastAsia="Calibri"/>
          <w:b w:val="0"/>
          <w:color w:val="15131F"/>
          <w:sz w:val="21"/>
        </w:rPr>
        <w:t>Lista de espera não. Acabei de marcar para terça-feira, 6 de outubro, às 16:30, com Jo. Já recebi o email!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de IA: </w:t>
      </w:r>
      <w:r>
        <w:rPr>
          <w:rFonts w:ascii="Calibri" w:hAnsi="Calibri" w:cs="Calibri" w:eastAsia="Calibri"/>
          <w:b w:val="0"/>
          <w:color w:val="15131F"/>
          <w:sz w:val="21"/>
        </w:rPr>
        <w:t>Ótimo, essa é a que conta. Para a alterar, use a ligação do seu email de confirmação. As alterações com menos de 24 horas de antecedência e as faltas pagam uma taxa de 30 $.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Visitante: </w:t>
      </w:r>
      <w:r>
        <w:rPr>
          <w:rFonts w:ascii="Calibri" w:hAnsi="Calibri" w:cs="Calibri" w:eastAsia="Calibri"/>
          <w:b w:val="0"/>
          <w:color w:val="15131F"/>
          <w:sz w:val="21"/>
        </w:rPr>
        <w:t>Outra coisa: o casamento da minha irmã é no sábado, 24 de outubro. Conseguem pentear-me a mim e a 4 damas de honor nessa manhã?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de IA: </w:t>
      </w:r>
      <w:r>
        <w:rPr>
          <w:rFonts w:ascii="Calibri" w:hAnsi="Calibri" w:cs="Calibri" w:eastAsia="Calibri"/>
          <w:b w:val="0"/>
          <w:color w:val="15131F"/>
          <w:sz w:val="21"/>
        </w:rPr>
        <w:t>Parabéns à sua irmã! Para grupos de 3 ou mais pessoas, a Mia planeia os horários e o sinal, e responde aqui em 30 minutos durante o horário de funcionamento. Qual é o seu melhor número de telefone? Ainda não há nada marcado para 24 de outubro.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Visitante: </w:t>
      </w:r>
      <w:r>
        <w:rPr>
          <w:rFonts w:ascii="Calibri" w:hAnsi="Calibri" w:cs="Calibri" w:eastAsia="Calibri"/>
          <w:b w:val="0"/>
          <w:color w:val="15131F"/>
          <w:sz w:val="21"/>
        </w:rPr>
        <w:t>512 555 0147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Mia (proprietária): </w:t>
      </w:r>
      <w:r>
        <w:rPr>
          <w:rFonts w:ascii="Calibri" w:hAnsi="Calibri" w:cs="Calibri" w:eastAsia="Calibri"/>
          <w:b w:val="0"/>
          <w:color w:val="15131F"/>
          <w:sz w:val="21"/>
        </w:rPr>
        <w:t>Olá, Leah, aqui é a Mia. Fazemos manhãs de casamento para até 5 pessoas a partir das 7:00: cerca de 4 horas para 5 pessoas, com um sinal de 100 $. Envio-lhe o plano e uma ligação de pagamento por email até às 16:30 de hoje. A manhã fica marcada quando o sinal estiver pago e eu confirmar.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Visitante: </w:t>
      </w:r>
      <w:r>
        <w:rPr>
          <w:rFonts w:ascii="Calibri" w:hAnsi="Calibri" w:cs="Calibri" w:eastAsia="Calibri"/>
          <w:b w:val="0"/>
          <w:color w:val="15131F"/>
          <w:sz w:val="21"/>
        </w:rPr>
        <w:t>Perfeito, obrigada!</w:t>
      </w:r>
    </w:p>
    <w:p>
      <w:pPr>
        <w:spacing w:after="8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O pedido de marcação, campo a campo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Data e hora pedidas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Corte e coloração, sábado, 3 de outubro, de manhã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Verificação da fonte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Só a página de marcações: sábado cheio até às 15:00; o agente não indicou nenhuma hora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Estado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Por confirmar no chat; marcado quando a página confirmou terça-feira, 6 de outubro, 16:30, com Jo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Alternativas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Outra hora na página ou a lista de espera de sábado (recusada)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Aprovação de uma pessoa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Manhã de casamento para 5 a 24 de outubro: grupo e sinal de 100 $, passados à Mia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Responsável e ação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Mia: plano e ligação de pagamento até às 16:30 (enviados às 16:20), verificar o sinal na sexta-feira, 9 de outubro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Mensagens redigidas com os prompts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Confirmação, prompt 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Olá, Leah, a sua marcação está confirmada: terça-feira, 6 de outubro, das 16:30 às 19:00, corte e coloração com Jo, 418 Alder Street, Austin. Venha com o cabelo seco e sem penteado. Para alterar ou cancelar, use a ligação deste email; as alterações com menos de 24 horas de antecedência e as faltas pagam uma taxa de 30 $.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Lembrete, prompt B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Email, segunda-feira, 5 de outubro, 16:30: Olá, Leah, até amanhã, terça-feira, 6 de outubro, às 16:30, com Jo. Estacionamento grátis nas traseiras do estúdio. Não pode vir? Altere a marcação o quanto antes com a ligação do seu email de confirmação, para que alguém da nossa lista de espera possa ficar com a hora.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Verificado antes de guardar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Data, hora, morada e taxa comparadas com a lista de marcações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O que fica no registo e no CRM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«Reservas»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Corte e coloração, terça-feira, 6 de outubro, 16:30, «Confirmado»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Registo de pedidos de marcação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2 linhas: a marcação de terça-feira (Marcado) e a manhã de casamento (precisa de aprovação, responsável Mia, seguimento previsto a 9 de outubro)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«Histórico de Conversas»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Leah, 512 555 0147, estado «Concluída»</w:t>
            </w:r>
          </w:p>
        </w:tc>
      </w:tr>
    </w:tbl>
    <w:p/>
    <w:p>
      <w:pPr>
        <w:spacing w:after="240"/>
      </w:pPr>
      <w:r>
        <w:rPr>
          <w:rFonts w:ascii="Calibri" w:hAnsi="Calibri" w:cs="Calibri" w:eastAsia="Calibri"/>
          <w:b w:val="0"/>
          <w:color w:val="5D5A70"/>
          <w:sz w:val="18"/>
        </w:rPr>
        <w:t>Salão e cliente fictícios</w:t>
      </w:r>
    </w:p>
    <w:p>
      <w:pPr>
        <w:spacing w:after="120"/>
      </w:pPr>
      <w:r>
        <w:rPr>
          <w:rFonts w:ascii="Calibri" w:hAnsi="Calibri" w:cs="Calibri" w:eastAsia="Calibri"/>
          <w:b/>
          <w:color w:val="15131F"/>
          <w:sz w:val="28"/>
        </w:rPr>
        <w:t>Como usar estes modelos de prompts de IA para marcação de consultas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 Preencha os parênteses retos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Ligação de marcação, serviços, preços, política, horários da lista de espera, nome para a passagem, prazo de resposta.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 Cole e teste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Cole as regras do separador 1 e escreva as 10 mensagens de teste. Têm de passar todas.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 Dê um responsável a cada prompt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Quem envia cada um dos 6 prompts de mensagens, como e quando.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 Registe os pedidos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Uma linha por pedido, com um responsável para cada seguimento.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 Reveja todas as semanas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Taxa de faltas, seguimentos em aberto, passagens. Volte a testar depois de qualquer alteração.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Configure no CRMsoftware.pro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1. Abra «Agendamento» &gt; «Tipos de Evento» &gt; «Novo Tipo de Evento». Defina «Nome do Evento», «Duração», «Localização», «Tempo de Buffer» e «Máximo de agendamentos por dia». Em «Lembretes», escolha «24 horas antes», «1 hora antes» ou «15 minutos antes».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2. Em «Conexões de Calendário», ligue o «Google Agenda» ou o «Calendário Outlook» para que as horas ocupadas bloqueiem as vagas de marcação.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3. Clique em «Copiar Link» no tipo de evento. Em «Meus Bots», escolha o bot e cole a ligação e as regras nas «Instruções», no separador «Básico». Clique em «Salvar Alterações».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4. Clique em «Experimente o bot» e escreva as 10 mensagens de teste até passarem todas.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5. Para serviços que precisam de uma pessoa, ative «Requer confirmação manual»: as marcações ficam «Pendente» até alguém clicar em «Confirmar» em «Reservas». Marque as faltas como «Não Compareceu».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6. As passagens esperam em «Suporte ao Vivo» como «Aguardando agente»; ative «Enviar notificações por e-mail» no separador «Conectar». A aplicação envia emails, não SMS.</w:t>
      </w:r>
    </w:p>
    <w:p>
      <w:pPr>
        <w:spacing w:after="200"/>
      </w:pPr>
      <w:r>
        <w:rPr>
          <w:rFonts w:ascii="Calibri" w:hAnsi="Calibri" w:cs="Calibri" w:eastAsia="Calibri"/>
          <w:b w:val="0"/>
          <w:color w:val="5D5A70"/>
          <w:sz w:val="21"/>
        </w:rPr>
        <w:t>O chat com IA, as «Instruções» e «Experimente o bot» estão no plano Free: 3 utilizadores, sem cartão de crédito. As marcações com sincronização de agenda vêm com o Launch, 19 $ por mês, com faturação anual, para 8 utilizadores. O Launch acrescenta ainda marcações pagas via Stripe, tipos de evento de equipa (em grupo, coletivos e em rodízio) e a passagem para uma pessoa.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Verificação final: o agente de marcações está pronto quando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As 10 mensagens de teste passam, com a data na folha de testes.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Os 6 prompts de mensagens têm um responsável, um canal e uma hora.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A ligação nas instruções abre a página de marcações certa e a linha da política corresponde à sua política escrita.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 nome para a passagem e o prazo de resposta estão preenchidos e alguém recebe o alerta por email.</w:t>
      </w:r>
    </w:p>
    <w:p>
      <w:pPr>
        <w:spacing w:after="160"/>
      </w:pP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18"/>
        </w:rPr>
        <w:t>Modelo grátis da CRMsoftware.pro. Dados de exemplo fictícios.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6B3CF0"/>
          <w:sz w:val="18"/>
        </w:rPr>
        <w:t>https://crmsoftware.pro/pt/templates/appointment-booking-ai-prompt-templates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Modelos de prompts de IA para marcação de consultas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