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para contestação de cobrança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Oito separadores para uma empresa responder ao seu próprio cliente: primeira resposta, cinco tipos de contestação, respostas de chat em direto e o email de fecho, com os campos de que todas as respostas precisam.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factos do caso: referência da cobrança, dados da fatura, passos da verificação, responsável e prazo do ponto de situação. Envie a primeira resposta no prazo de 1 dia útil e depois o email do tipo de contestação. Registe todos os casos no registo de contestações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Primeira resposta: confirmar a contestação no prazo de 1 dia útil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 prazo de: 1 dia útil · Responsável: Faturação ou chefe de apoio · Prazo do ponto de situação: No prazo de 2 dias úteis · Registar antes de enviar: Data de receção, cliente, referência da cobrança, valor, tipo se conhecido, responsável, data da primeira resposta e data do ponto de situação prometido. Uma linha no registo em Excel.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email para contestação de cobrança começa com uma resposta que sai no próprio dia e, em qualquer caso, no prazo de 1 dia útil após a mensagem do cliente. Confirma a cobrança, diz o que vai verificar, quem é o responsável pelo caso e quando o cliente volta a ter notícias. Não diz quem tem razão e não promete nada além do ponto de situação.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sua questão sobre a cobrança de [valor] de [data da cobrança], ref. [referência da cobrança]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nos avisar sobre a cobrança de [valor] de [data da cobrança]. Abri um caso para a analisar. A sua referência é [referência da cobrança].</w:t>
        <w:br/>
        <w:br/>
        <w:t>O que temos registado: a cobrança corresponde à fatura [número da fatura], emitida a [data da fatura] para [plano ou produto], relativa a [período ou artigos]. No extrato do seu cartão aparece como [descritor no extrato].</w:t>
        <w:br/>
        <w:br/>
        <w:t>O que acontece a seguir: estou a verificar [passos da verificação, por exemplo o registo do pagamento, a fatura e o histórico da sua conta]. Fico eu responsável por este caso e terá notícias minhas até [data e hora do ponto de situação], mesmo que a verificação ainda não esteja concluída. Se a cobrança estiver errada, reembolsamo-la diretamente.</w:t>
        <w:br/>
        <w:br/>
        <w:t>Por agora, não precisa de fazer nada. Se tiver uma captura de ecrã da cobrança no seu extrato, responda com ela e o processo fica mais rápido. Por favor, não envie o número completo do cartão.</w:t>
        <w:br/>
        <w:br/>
        <w:t>[O seu nome], [função]</w:t>
        <w:br/>
        <w:t>[Empresa], [telefone ou email]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Referência da cobrança: o seu número de caso ou o ID do pagamento no seu prestador de pagamentos. O cliente cita-a em todas as respostas.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Dados da fatura: número da fatura ou da encomenda, data de emissão, plano ou produto, período ou artigos e o descritor que o cliente vê no extrato.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Passos da verificação: os dois ou três registos que vai consultar, ditos de forma simples.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Responsável: uma pessoa com nome que assina este e todos os emails seguintes do caso.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Prazo do ponto de situação: uma data e hora no prazo de [2 dias úteis]. Ponha-o na agenda antes de carregar em enviar.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a cobrança está errada, que vem aí um reembolso ou o dia em que o dinheiro aparece. A única promessa deste email é o prazo do ponto de situação, por isso cumpra-o mesmo que a resposta ainda seja «estamos a verificar».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conseguir encontrar a cobrança: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nos alertar para a cobrança de [valor] de [data da cobrança]. Ainda não consigo associá-la a nenhuma conta. Pode responder com o email da sua conta, os últimos 4 dígitos do cartão e o nome que aparece no extrato? Por favor, não envie o número completo do cartão. Respondo até [data e hora do ponto de situação]. [O seu nome], [empresa]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Cobrança em duplicado ou valor errado: reembolso e prazos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No próprio dia · Responsável: Responsável pela faturação · Prazo do reembolso: O intervalo do seu prestador · Antes de enviar: O reembolso aparece como emitido no seu prestador de pagamentos, a referência está no registo de contestações e o valor é igual ao duplicado ou à diferença face à fatura.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este email quando o registo do pagamento mostra duas cobranças para a mesma fatura, ou quando o valor difere do total da fatura. Emita primeiro o reembolso no seu prestador de pagamentos e só depois envie o email. Indique o prazo do banco como o intervalo que o seu prestador publica, não como um dia prometido.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Reembolso emitido pela cobrança em duplicado, ref. [referência da cobrança]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Tinha razão. O nosso registo de pagamentos mostra duas cobranças de [valor] a [data da cobrança] para a fatura [número da fatura] ([plano ou produto], [período]). Só uma era devida e peço desculpa pelo transtorno.</w:t>
        <w:br/>
        <w:br/>
        <w:t>Reembolsei hoje, [data do reembolso], [valor do reembolso] para o cartão terminado em [últimos 4 dígitos]. Referência do reembolso: [referência do reembolso]. Os reembolsos costumam demorar [3 a 10 dias úteis] a aparecer no extrato, consoante o banco.</w:t>
        <w:br/>
        <w:br/>
        <w:t>Porque aconteceu: [uma frase simples, por exemplo a página de pagamento foi submetida duas vezes]. Já [o que alterou] para que não volte a acontecer.</w:t>
        <w:br/>
        <w:br/>
        <w:t>O seu [plano ou produto] mantém-se igual e está pago até [fim do período]. Se o reembolso não aparecer até [data 10 dias úteis depois do reembolso], responda a este email e no próprio dia falo com o nosso prestador de pagamentos.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Valor errado em vez de duplicado: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tinha razão. Cobrámos [valor cobrado], mas a fatura [número da fatura] soma [valor correto]. Reembolsei hoje, [data do reembolso], a diferença de [diferença] para o cartão terminado em [últimos 4 dígitos], referência [referência do reembolso]. Costuma aparecer no prazo de [3 a 10 dias úteis]. A causa foi [uma frase] e já [o que alterou].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Referência da cobrança, as duas datas e os dois valores cobrados e o número da fatura a que pertencem.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Valor do reembolso, data do reembolso e referência do reembolso copiada do seu prestador de pagamentos.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Prazo do banco: o intervalo que o seu prestador de pagamentos indica para reembolsos, não um palpite.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Causa numa frase e a correção, mesmo que a correção seja «estamos a verificar a página de pagamento».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Responsável: a pessoa que emitiu o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antes de estar emitido no prestador de pagamentos, ou o dia exato em que vai aparecer. Se o reembolso precisar de aprovação, envie antes a primeira resposta com um prazo de ponto de situação e volte com este email quando o reembolso estiver feito.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Renovação ou cobrança de subscrição inesperada: duas opções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Opções: Manter ou reembolsar · Responsável: Responsável pela faturação · Exceções: Fundador ou responsável pela faturação · Evitar a próxima: Envie os lembretes de renovação [7 a 30 dias] antes de uma renovação anual, mantenha um email de faturação separado do email de início de sessão e faça com que o cancelamento esteja a um clique da fatura.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cliente esqueceu-se da renovação, nunca viu o lembrete ou pensava que tinha cancelado. Envie primeiro a primeira resposta. Depois, quando tiver os factos da renovação (data de início, duração, data da renovação, lembrete enviado ou não, tentativas de cancelamento), envie este email com duas opções e deixe o cliente escolher.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renovação do seu [plano] a [data da cobrança], ref. [referência da cobrança]: duas opções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paciência. Eis o que apurei sobre a cobrança de [valor] de [data da cobrança], referência [referência da cobrança].</w:t>
        <w:br/>
        <w:br/>
        <w:t>O seu [plano] começou a [data de início] com renovação [mensal ou anual], como consta de [onde foi acordado, por exemplo a confirmação da encomenda de data]. Renovou-se a [data da renovação] por [período], fatura [número da fatura]. Enviámos o lembrete da renovação para [endereço de email] a [data do lembrete]. [Se não foi enviado: Não enviámos nenhum lembrete antes desta renovação. O erro é nosso e peço desculpa.]</w:t>
        <w:br/>
        <w:br/>
        <w:t>Tem duas opções:</w:t>
        <w:br/>
        <w:t>1. Manter o plano. Nada muda, e eu atualizo o seu contacto de faturação para [novo endereço de email], para que o próximo lembrete chegue à pessoa certa.</w:t>
        <w:br/>
        <w:t>2. Cancelar e receber um reembolso de [valor do reembolso] ao abrigo da nossa regra de renovação ([regra, por exemplo reembolso total até 30 dias após uma renovação]). O seu acesso terminaria a [data de fim].</w:t>
        <w:br/>
        <w:br/>
        <w:t>Responda com 1 ou 2 e trato disso no mesmo dia útil. Se não tiver notícias suas até [data], volto a escrever-lhe uma única vez.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tentaram cancelar antes da renovação: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os nossos registos mostram que [cancelou a data ou pediu o cancelamento a data] antes da renovação de [data da renovação], por isso esta cobrança não devia ter acontecido. Reembolsei hoje, [data do reembolso], [valor do reembolso] para o cartão terminado em [últimos 4 dígitos], referência [referência do reembolso], e o seu plano está agora cancelado, como pediu. Peço desculpa pelo passo a mais.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Referência da cobrança, plano, duração, data de início, data da renovação, número da fatura e período.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Lembrete: a data e o endereço para onde foi, ou a admissão clara de que não foi enviado.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Regra de reembolso das renovações copiada dos seus termos, o valor do reembolso e a data de fim do acesso.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Responsável, e a data do novo contacto se o cliente não responder.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fora da sua regra escrita de renovação sem a aprovação do responsável, ou que o cliente «devia ter lido o lembrete». Se a sua regra não permite reembolso depois de uma renovação, ofereça um crédito ou uma mudança de plano em vez de nada.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Consumo, excedente ou taxas extra contestados: mostre o registo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Anexar: Relatório de consumo · Responsável: Responsável pela faturação · Limite de cortesia: Definido pelo responsável, registado · Provas a anexar: O relatório de consumo com datas, a cláusula ou a página da encomenda onde aparece a tarifa e o PDF da fatura.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cliente aceita o serviço, mas contesta o valor: excedente de consumo, utilizadores extra, adicionais ou uma taxa por atraso. Verifique o registo de consumo antes de responder, porque os contadores também falham. Depois envie a discriminação, a tarifa e onde foi acordada, com o registo em anexo.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Discriminação de [tipo de taxa] na fatura [número da fatura], ref. [referência da cobrança]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Eis a discriminação da cobrança de [valor] de [data da cobrança], referência [referência da cobrança].</w:t>
        <w:br/>
        <w:br/>
        <w:t>A fatura [número da fatura], relativa a [período], inclui:</w:t>
        <w:br/>
        <w:t>- Subscrição do [plano]: [valor do plano]</w:t>
        <w:br/>
        <w:t>- [tipo de taxa, por exemplo utilizadores extra ou excedente de consumo]: [quantidade] x [tarifa] = [valor da taxa], com base em [o que mostra o registo de consumo, com datas]</w:t>
        <w:br/>
        <w:t>- [imposto ou outra linha]: [valor da linha]</w:t>
        <w:br/>
        <w:t>Total: [valor]</w:t>
        <w:br/>
        <w:br/>
        <w:t>A tarifa de [tipo de taxa] está definida em [onde foi acordada, por exemplo os termos do seu plano, secção número, ou a encomenda de data]. Anexo [relatório de consumo ou captura de ecrã] para que possa conferir os números com os seus próprios registos.</w:t>
        <w:br/>
        <w:br/>
        <w:t>Se o consumo foi inesperado, posso [opção que as suas regras permitem, por exemplo definir um alerta em limite ou passar a sua conta para plano a partir do próximo período]. [Se permitido: Como ajuste único, posso também creditar valor do crédito na sua próxima fatura.] Diga-me qual prefere até [data] e confirmo no próprio dia.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seu registo de consumo estava errado: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tinha razão. O nosso registo de consumo contou [o que foi contado] duas vezes entre [data] e [data]. O valor correto de [tipo de taxa] é [valor correto], não [taxa cobrada], por isso reembolsei hoje, [data do reembolso], a diferença de [diferença] para o cartão terminado em [últimos 4 dígitos], referência [referência do reembolso]. A fatura corrigida segue em anexo. Obrigado por conferir os números.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Referência da cobrança, número da fatura, período e cada linha com quantidade, tarifa e valor.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registo de consumo com datas, anexado como relatório ou captura de ecrã.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Onde a tarifa foi acordada: a cláusula, a encomenda ou a página de preços, citada com exatidão.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opção que pode oferecer (alerta, mudança de plano, crédito) e o limite de cortesia aprovado pelo responsável.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Responsável, e a data até à qual quer a escolha do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Perdoar uma taxa que está nos termos sem a aprovação do responsável, ou que «o sistema está sempre certo». Se não conseguir apresentar o registo de consumo, trate a taxa como não comprovada e reembolse-a.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Cobrança não reconhecida: encontre a encomenda ou encaminhe para o banco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Verificar primeiro: Registo da encomenda · Responsável: Responsável pela faturação · Escalar para: Fundador se for provável uso indevido · Verificar antes de responder: Registo do prestador de pagamentos (últimos 4 dígitos, nome, email, país se aparecer), histórico de encomendas, entrega ou atividade de início de sessão, e o seu próprio descritor no extrato.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cliente diz que nunca comprou nada à sua empresa. Normalmente é uma compra real que não reconhece: um descritor pouco claro no extrato, ou uma encomenda feita por um colega ou um familiar. Às vezes o cartão foi usado sem autorização. Verifique primeiro, diga o que encontrou e nunca discuta se é fraude. Nos EUA, a lei federal limita a responsabilidade do titular por cobranças não autorizadas no cartão de crédito a 50 $, por isso encaminhá-lo para o banco emissor do cartão custa-lhe pouco.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Sobre a cobrança de [valor] que não reconheceu, ref. [referência da cobrança]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nos contactar sobre a cobrança de [valor] de [data da cobrança]. Eis o que encontrei, referência [referência da cobrança].</w:t>
        <w:br/>
        <w:br/>
        <w:t>A cobrança corresponde à encomenda [número da encomenda ou da fatura], feita a [data da encomenda] para [produto ou plano], em nome de [nome na encomenda] e com o email [email na encomenda]. Nos extratos do cartão aparece como [descritor no extrato], que não mostra o nosso nome completo, e peço desculpa pela confusão. [O que foi entregue ou ativado, quando e onde, por exemplo a conta foi ativada a data e usada pela última vez a data].</w:t>
        <w:br/>
        <w:br/>
        <w:t>Se esta encomenda foi feita por si ou por alguém da sua família ou da sua equipa, não precisa de fazer nada. Se não foi ninguém, ligue para a linha de fraude do banco que emitiu o cartão (o número no verso do cartão) para que possam bloqueá-lo, e responda a este email para me avisar. Vamos colaborar com a investigação do banco e eu encerro a conta criada com a encomenda.</w:t>
        <w:br/>
        <w:br/>
        <w:t>Se não tiver notícias suas, volto a escrever-lhe até [data do ponto de situação].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conseguir associá-la a nenhuma encomenda: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não encontro nenhuma cobrança nossa de [valor] a [data da cobrança] em seu nome, com o seu email ou com um cartão terminado em [últimos 4 dígitos]. Pode vir de outra empresa com um nome parecido. Se o seu extrato mostra [o nosso descritor no extrato], envie-me uma captura de ecrã dessa linha (sem o número completo do cartão) e eu verifico com o nosso prestador de pagamentos até [data do ponto de situação]. Se mostra outro nome, o banco que emitiu o cartão pode dizer-lhe quem fez a cobrança.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Referência da cobrança, e o número da encomenda ou da fatura, a data, o nome e o email a que a associou.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seu descritor no extrato exatamente como o banco o mostra.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Dados de entrega ou de ativação que mostrem que a compra foi usada.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que vai fazer à conta se o cartão foi usado indevidamente.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Responsável, e a data do novo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o cliente «deve ter-se esquecido», que é fraude ou o que o banco vai decidir. Nunca peça o número completo do cartão por email ou chat, e nunca o escreva de volta.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Explicar uma cobrança correta: primeiro as provas, depois as opções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Tom: Primeiro os registos · Responsável: Faturação; fundador acima de [limite] · Nova verificação: No prazo de 1 dia útil · Anexar: A encomenda assinada ou a aceitação, o PDF da fatura e o registo de consumo ou de entrega.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suas verificações mostram que a cobrança está certa e o cliente continua a contestá-la. Mostre os registos, não a sua opinião: o acordo, a fatura, a entrega ou a utilização, por esta ordem. Depois ofereça opções, porque uma cobrança correta pode acabar na mesma num chargeback (a contestação junto do banco) se o cliente se sentir ignorado.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O que cobre a cobrança de [valor] de [data da cobrança], ref. [referência da cobrança]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paciência enquanto verifiquei a cobrança de [valor] de [data da cobrança], referência [referência da cobrança]. Revi o registo do pagamento, a fatura e o histórico da sua conta. Eis o que mostram.</w:t>
        <w:br/>
        <w:br/>
        <w:t>1. Acordo: a [data], [assinou a encomenda, aceitou o orçamento ou escolheu o plano] para [produto ou plano] por [preço]. Segue uma cópia em anexo.</w:t>
        <w:br/>
        <w:t>2. Fatura: [número da fatura], emitida a [data da fatura] para [período ou artigos], total [valor], enviada para [endereço de email] a [data de envio].</w:t>
        <w:br/>
        <w:t>3. Entrega ou utilização: [o que foi entregue ou usado e quando, por exemplo o serviço esteve ativo de data a data e a sua conta iniciou sessão número vezes].</w:t>
        <w:br/>
        <w:br/>
        <w:t>Com base nestes registos, a cobrança está correta e não a posso reembolsar. Compreendo que não é a resposta que esperava.</w:t>
        <w:br/>
        <w:br/>
        <w:t>O que posso oferecer: [opções que as suas regras permitem, por exemplo pagar em número prestações, passar para plano mais barato a partir do próximo período, ou um crédito único de valor do crédito]. Se achar que algum dos registos acima está errado, envie-me o que tiver e volto a verificar no prazo de [1 dia útil].</w:t>
        <w:br/>
        <w:br/>
        <w:t>[O seu nome], [função]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disserem que vão contestar junto do banco: </w:t>
      </w:r>
      <w:r>
        <w:rPr>
          <w:rFonts w:ascii="Calibri" w:hAnsi="Calibri" w:cs="Calibri" w:eastAsia="Calibri"/>
          <w:b w:val="0"/>
          <w:color w:val="15131F"/>
          <w:sz w:val="21"/>
        </w:rPr>
        <w:t>Está no seu direito, mas preferia resolver isto diretamente consigo. Uma contestação junto do banco costuma demorar dois a três meses a ser decidida, enquanto eu posso avançar hoje com qualquer uma das opções acima. Se a apresentar, enviaremos ao seu banco os mesmos registos que lhe enviei, e esta oferta mantém-se até [data].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Referência da cobrança, e o registo do acordo: encomenda assinada, orçamento aceite ou escolha do plano, com a data.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Número da fatura, data de emissão, período ou artigos, total, e para onde e quando foi enviada.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Prova de entrega ou de utilização com datas.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opções que o responsável permite para este valor e durante quanto tempo a oferta se mantém.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Responsável. Para valores acima de [o seu limite], é o fundador ou o responsável pela faturação que assina este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além das opções que lista, e não escreva «conforme os nossos termos» sem citar a linha. Nenhuma ameaça de cobrança coerciva no mesmo email: isso é uma carta à parte, mais tarde, se alguma vez for preciso.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Respostas de chat em direto para uma contestação de cobrança na caixa de entrada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2 minutos · Responsável: Quem está com o chat · Mais de 10 minutos: Passar para email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chat serve para confirmar a receção, encontrar a cobrança e corrigir o que é claro em poucos minutos. Tudo o que exija uma verificação mais longa passa para email com a primeira resposta do separador 1, para que o cliente tenha a referência por escrito. Guarde estas quatro como atalhos.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/dispute-ack: Confirmar no chat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Um cliente assinala uma cobrança que não esperava.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está errada, nem um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nos avisar, [nome]. Vou abrir um caso para a cobrança de [valor] de [data da cobrança]. Para a encontrar, pode indicar-me o email da sua conta e os últimos 4 dígitos do cartão? Por favor, não escreva o número completo do cartão.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/dispute-hold: Encontrada, a verificar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Já associou a cobrança e precisa de alguns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 nesses minutos se não tiver a certeza. Passe para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Encontrei: fatura [número da fatura], [plano ou produto], [período]. A referência do seu caso é [referência da cobrança]. Estou a verificar [o que está a verificar]. Dê-me cerca de [minutos] minutos. Se demorar mais, envio-lhe um email até às [hora] de hoje com o que apurei.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/dispute-refund: Reembolso confirmado no chat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Um duplicado ou um valor errado, reembolso já emitido.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dia em que o dinheiro aparece.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Tinha razão: [o que aconteceu, numa frase]. Acabei de reembolsar [valor do reembolso] para o cartão terminado em [últimos 4 dígitos], referência [referência do reembolso]. Costuma aparecer no prazo de [3 a 10 dias úteis]. Vou já enviar a confirmação por email para [endereço de 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/dispute-handover: Passar ao responsável pela faturação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valor, a decisão ou a conta ultrapassam o que pode fazer.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resultado. Diga quem decide e até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Isto precisa de [nome do responsável], que trata da faturação. Passei este chat com os dados da cobrança e a referência do seu caso, [referência da cobrança]. [Nome do responsável] envia-lhe um email até [data e hora do ponto de situação]. O endereço [endereço de email] está correto?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Escreva o atalho na caixa de resposta, substitua os parênteses retos e envie. Se o cliente disser que já ligou ao banco, pergunte se a contestação já foi apresentada e anote a resposta no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/dispute-ack, /dispute-hold, /dispute-refund, /dispute-handover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Resultado, email de fecho e como evitar o chargeback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Fechar quando: 3 dados registados · Se não responder: Novo contacto após 3 dias úteis · Responsável: A mesma pessoa da primeira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contestação só está fechada quando ficam registadas três coisas: o resultado, a referência do reembolso ou a explicação enviada e a confirmação do cliente. Envie este email de fecho depois de o cliente confirmar e preencha depois as últimas colunas do registo.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Fechado: a sua questão de faturação, ref. [referência da cobrança]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confirmar. Segue um breve resumo para os seus registos.</w:t>
        <w:br/>
        <w:br/>
        <w:t>Caso [referência da cobrança]: a cobrança de [valor] de [data da cobrança], fatura [número da fatura].</w:t>
        <w:br/>
        <w:t>Resultado: [reembolso de valor do reembolso a data do reembolso, referência referência do reembolso / explicada, a cobrança mantém-se / reembolso parcial de valor do reembolso a data do reembolso].</w:t>
        <w:br/>
        <w:t>O que alterámos: [uma frase, ou «nada a alterar»].</w:t>
        <w:br/>
        <w:br/>
        <w:t>Se algo nesta cobrança lhe parecer errado num extrato nos próximos [30] dias, responda a este email com a referência e chega-me diretamente.</w:t>
        <w:br/>
        <w:br/>
        <w:t>[O seu nome], [função]</w:t>
        <w:br/>
        <w:t>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Evitar o chargeback: ofereça primeiro a via do reembolso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Responda antes do banco: Um cliente que não tem notícias no prazo de um dia liga muitas vezes ao banco emissor do cartão. As redes de cartões costumam dar aos titulares 120 dias a contar do pagamento para abrir uma contestação, por isso um cliente que ficou em silêncio não é um caso fechado.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Indique a via do reembolso na primeira resposta: Uma frase: se a cobrança estiver errada, reembolsamo-la diretamente. Um reembolso direto chega ao cliente em dias; um chargeback demora 2 a 3 meses a ser decidido.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Peça que suspenda a contestação no banco enquanto verifica: Se o cliente já ligou ao banco, pergunte se a contestação já foi apresentada. Depois de um chargeback estar aberto, o seu prestador de pagamentos debita o valor mais uma taxa de contestação, e não pode reembolsar fora do processo de contestação.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Conteste apenas cobranças corretas: Se a cobrança foi erro seu, aceite a contestação. Se estava correta, responda ao seu prestador dentro do prazo dele, normalmente 7 a 21 dias, com os mesmos registos que enviou ao cliente, e continue a falar com o cliente.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registar em cada contestação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 do caso preenchido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 receção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de outubro de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Marcus Hale, Hale Landscaping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Referência da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GPH-D-0412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189,00 $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Tipo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inesperada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Dana Whitfield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resposta enviada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de outubro de 2026, 09:38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Ponto de situação prometido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outubro de 2026, 17:00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Explicada e aceite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Referência do reembolso ou explicação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com opções, 6 de outubro, 11:20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Confirmação do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de 6 de outubro, 14:05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outubro de 2026, 1 dia após a receção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de fecho: </w:t>
      </w:r>
      <w:r>
        <w:rPr>
          <w:rFonts w:ascii="Calibri" w:hAnsi="Calibri" w:cs="Calibri" w:eastAsia="Calibri"/>
          <w:b w:val="0"/>
          <w:color w:val="5D5A70"/>
          <w:sz w:val="21"/>
        </w:rPr>
        <w:t>Não está fechada enquanto algum destes campos estiver vazio: resultado, referência do reembolso ou explicação, confirmação do cliente. O silêncio não é uma confirmação. Envie um novo contacto após [3 dias úteis]; se continuar sem resposta, feche com o resultado que enviou e escreva «sem resposta após o contacto de [data]» nas notas.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Resultados: </w:t>
      </w:r>
      <w:r>
        <w:rPr>
          <w:rFonts w:ascii="Calibri" w:hAnsi="Calibri" w:cs="Calibri" w:eastAsia="Calibri"/>
          <w:b w:val="0"/>
          <w:color w:val="5D5A70"/>
          <w:sz w:val="21"/>
        </w:rPr>
        <w:t>Reembolsada, Explicada e aceite, Reembolso parcial, Escalada, Chargeback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renovação de 189 $ contestada, fechada em um dia útil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 dono de uma empresa de jardinagem encontra uma cobrança que não reconhece de um fornecedor fictício de alojamento web e está prestes a ligar ao banco. O agente de IA recolhe os dados e passa a conversa. A Dana envia a primeira resposta no chat e o email com as opções na manhã seguinte. Resultado: explicada e aceite, sem reembolso, sem chargeback.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tenho no cartão uma cobrança de 189 $ de GRANITEPEAK*HOST, de 2 de outubro. Não encomendei nada. Estou quase a contestá-la no banco.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nos avisar, Marcus. Vou abrir um caso para a cobrança de 189 $ de 2 de outubro. Para a encontrar, pode indicar-me o email da sua conta e os últimos 4 dígitos do cartão? Por favor, não escreva o número completo do cartão.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marcus@halelandscaping.example, cartão terminado em 4417.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Vou passar este chat à Dana, que trata da faturação, com estes dados. Ela consegue ver tudo o que escreveu e responde no prazo de 1 dia útil. Se uma cobrança estiver errada, reembolsamo-la diretamente.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Dana (faturação): </w:t>
      </w:r>
      <w:r>
        <w:rPr>
          <w:rFonts w:ascii="Calibri" w:hAnsi="Calibri" w:cs="Calibri" w:eastAsia="Calibri"/>
          <w:b w:val="0"/>
          <w:color w:val="15131F"/>
          <w:sz w:val="21"/>
        </w:rPr>
        <w:t>Olá, Marcus, aqui é a Dana. Encontrei: fatura GPH-2026-1187, emitida a 2 de outubro para o plano de alojamento Business, renovação anual de halelandscaping.example, de 2 de outubro de 2026 a 1 de outubro de 2027. A referência do seu caso é GPH-D-0412. Estou a verificar a data da renovação, o lembrete que enviámos e as definições da sua conta, e envio-lhe um email até às 17:00 de amanhã, o mais tardar. Pode suspender a contestação no banco até lá?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Está bem, espero pelo seu email. Não me lembro de nenhum lembrete.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Dana (faturação): </w:t>
      </w:r>
      <w:r>
        <w:rPr>
          <w:rFonts w:ascii="Calibri" w:hAnsi="Calibri" w:cs="Calibri" w:eastAsia="Calibri"/>
          <w:b w:val="0"/>
          <w:color w:val="15131F"/>
          <w:sz w:val="21"/>
        </w:rPr>
        <w:t>Entendido, é uma das coisas que estou a verificar. Terá o meu email até às 17:00 de amanhã, provavelmente antes.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Primeira resposta: os cinco campos obrigatórios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Referência da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GPH-D-0412, pagamento 7F3K-2910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Dados da fatura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GPH-2026-1187, plano Business, anual, 2 out. 2026 a 1 out. 2027, 189,00 $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Passos da verificação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da renovação, lembrete enviado, definições da conta, tentativas de cancelamento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Dana Whitfield, faturação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 do ponto de situação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outubro de 2026, 17:00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de outubro de 2026, 09:38, 24 minutos após o chat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Conclusão e email com opções, 6 de outubro, 11:20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Conclusão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Plano iniciado a 2 de outubro de 2024, renovação anual na confirmação da encomenda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Lembrete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 a 18 de setembro para a caixa de correio de um antigo funcionário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Opções oferecidas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Manter o plano, novo email de faturação. 2. Cancelar, reembolso total ao abrigo da regra de renovação de 30 dias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cliente escolheu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Opção 1, resposta às 14:05: «Mantenham, obrigado por verificarem»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Reembolso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Nenhum. Email de faturação alterado para billing@halelandscaping.example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Explicada e aceite, fechada a 6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Explicada e aceite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ou explicação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com opções, 6 out., 11:20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Confirmação do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Resposta, 6 out., 14:05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Contestação GPH-D-0412, Dana, prazo 6 out., 17:00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Notas e etiqueta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Conclusão, novo email de faturação, etiqueta Contestação de cobrança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Avaliação de satisfação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em 5 após o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Como responder a um cliente que contesta uma cobrança: quatro regras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Acordem estas regras antes de alguém responder a uma contestação de cobrança, e escrevam os limites.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Confirme primeiro, julgue depois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primeira resposta nunca diz quem tem razão. Confirma a cobrança, indica os registos que vai verificar e dá um prazo. Um «tem razão» errado cria um reembolso que não pode retirar; um «a cobrança está correta» errado manda o cliente para o banco.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Estou a verificar o registo do pagamento, a fatura e o histórico da sua conta, e terá notícias minhas até [data e hora].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responsável, um prazo, uma referência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pessoa com nome assina todos os emails do caso, todos os emails levam a referência da cobrança e todos os emails indicam a data seguinte. Nomeie um responsável substituto para as férias e só altere um prazo por escrito, antes de ele passar.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Ponha o prazo do ponto de situação na agenda antes de enviar a primeira resposta.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Ofereça a via do reembolso antes do banco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Diga na primeira resposta que uma cobrança errada é reembolsada diretamente. Reembolse duplicados e valores errados no próprio dia em que os confirma, sem pedir ao cliente que retire nada primeiro. Um cliente que fica vale mais do que uma discussão ganha.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Escale para quem pode decidir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Passe o caso ao fundador ou ao responsável pela faturação quando o valor ultrapassa o limite acordado, o cliente fala num advogado ou num chargeback, é provável um uso indevido do cartão, o mesmo cliente contesta uma segunda cobrança ou o pedido sai da sua política escrita. Diga ao cliente quem decide e até quando.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Escreva quem pode reembolsar até que valor sem perguntar, por exemplo o apoio até 100 $, o responsável pela faturação até 500 $, o fundador acima disso. Registe quem aprovou nas notas da contestação.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Cinco tipos de contestação: o que verificar e o que enviar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Verificar primeiro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 habitual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Duplicado ou valor errado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Registo do prestador de pagamentos: duas cobranças para uma fatura, ou o valor face ao total da fatura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do duplicado ou da diferença, no próprio dia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inesperada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 início, duração, data da renovação, lembrete enviado, tentativas de cancelamento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Manter o plano, ou cancelar com reembolso ao abrigo da regra de renovação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3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Consumo ou taxas contestados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Registo de consumo com datas, a tarifa nos termos, erros de contagem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Explicada com o relatório, ou corrigida e reembolsada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Cobrança não reconhecida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Registo da encomenda, nome e email, descritor no extrato, entrega ou início de sessão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Associada a uma encomenda, ou o cliente é encaminhado para o banco emissor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5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Cobrança correta contestada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Acordo, fatura, entrega ou utilização, por esta ordem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Explicada com provas e opções, às vezes um reembolso parcial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6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os modelos de email para contestação de cobrança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Defina objetivos e limites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Primeira resposta no prazo de 1 dia útil, ponto de situação no prazo de 2 dias úteis e quem pode reembolsar até que valor. Escreva-os na folha Listas do registo de contestações.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Abra uma linha e envie a primeira resposta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Crie a referência da cobrança, encontre a fatura, preencha os cinco campos e envie o separador 1. Ponha o prazo do ponto de situação na agenda.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Verifique os registos e escolha o tipo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Registo do prestador de pagamentos, fatura, acordo, consumo ou entrega. Escolha o tipo no registo e envie o email correspondente dos separadores 2 a 6.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Feche com a confirmação do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o email de fecho do separador 8 e preencha o resultado, a referência do reembolso ou a explicação, a confirmação e a data de fecho.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o registo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Percentagem de primeiras respostas no prazo, contestações por tipo e uma ação de prevenção para o tipo mais frequente.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«CRM» &gt; «Faturas» e procure a fatura. «Número da Fatura», «Status» («Rascunho», «Enviado», «Pago», «Atraso»), «Data de Vencimento», «Itens» e o «Contato», a «Empresa» e o «Acordo» (o negócio) associados dão-lhe os dados da fatura para a primeira resposta.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Quando a contestação chega pelo chat, assuma a conversa em «Suporte ao Vivo» (estado «Aguardando agente») e responda a partir da caixa de entrada unificada. O histórico do chat fica no contacto, por isso o responsável pela faturação nunca pede ao cliente que repita tudo.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Crie uma tarefa: «Tarefas» &gt; «Nova Tarefa», «Título da tarefa» “Contestação GPH-D-0412: enviar conclusões”, «Cessionário» (o responsável pela tarefa) o responsável pelo caso, «Prazo» a hora do ponto de situação prometido, «Prioridade» «Alto», «Acordo vinculado» se existir. Ative «Resumo de status necessário ao concluir», para que o resultado fique escrito antes de «Marca concluída».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Registe o resultado em «Notas» no contacto: o que foi faturado, a conclusão, a referência do reembolso ou a explicação e a confirmação do cliente. Adicione uma etiqueta de conversa “Contestação de cobrança” («Configurações» &gt; «Tags de Conversa» &gt; «Nova etiqueta») para filtrar as contestações mais tarde.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Growth, guarde o separador 1 e as quatro respostas de chat em «Respostas salvas»: «Configurações» &gt; «Respostas salvas» &gt; «Nova resposta», «Atalho» (por exemplo /dispute-ack), «Título», «Corpo da resposta», «Compartilhar com a equipe». Escreva o atalho na caixa de resposta.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Ative as «Avaliações de Satisfação» do seu bot (um pedido de classificação por estrelas quando a conversa termina) para ver como terminam os chats de faturação. Os reembolsos são emitidos no seu prestador de pagamentos, não na aplicação.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Faturas, ligações de pagamento, passagem para uma pessoa e caixa de entrada unificada: Launch, 19 $ por mês, com faturação anual, para 8 utilizadores. Respostas guardadas: Growth, 49 $ por mês, com faturação anual, para 20 utilizadores. Free: chat com IA, caixa de leads e tarefas básicas para 3 utilizadores. A aplicação não emite reembolsos nem trata de chargebacks; faça-o no seu prestador de pagamentos.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das contestações,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linhas abertas têm um responsável e uma data de ponto de situação prometida que ainda não passou.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percentagem de primeiras respostas no prazo de 1 dia útil está no seu objetivo ou acima dele.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tipo mais frequente deste mês recebe uma ação de prevenção: um lembrete de renovação, um descritor mais claro no extrato ou um alerta de consumo.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linhas fechadas têm um resultado, uma referência do reembolso ou explicação e uma confirmação do cliente.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https://crmsoftware.pro/pt/templates/billing-dispute-email-templates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para contestação de cobrança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