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Modelos de script para chatbot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Um script em 7 passos para o chatbot de IA do seu site: uma saudação com aviso de IA, o padrão de resposta, perguntas de qualificação, captação de leads com consentimento, marcação, passagem com resumo e um fecho com avaliação. Com o bloco de fluxo para as instruções do agente, 12 testes e um exemplo preenchido.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Preencha os parênteses retos com os dados, as ligações e os nomes do seu negócio. Coloque a saudação e as respostas sugeridas no seu chatbot como texto fixo, cole a secção 8 nas instruções do agente e faça os 12 testes antes do lançamento.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 script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Saudação: aviso de IA, âmbito e respostas sugeridas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Aviso de IA: Primeira frase · Responsável e ação: [Nome] escreve a saudação e as respostas sugeridas e depois lê-as num telemóvel.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Este modelo de script para chatbot começa pela única mensagem que escreve palavra por palavra: a saudação. Tem um aviso de IA na primeira frase, o que o agente pode fazer, quem assume a conversa e uma pergunta aberta com 3 ou 4 respostas sugeridas. Quem é o agente fica definido no guia de persona para agente de 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Primeira mensagem (preencha): </w:t>
      </w:r>
      <w:r>
        <w:rPr>
          <w:rFonts w:ascii="Calibri" w:hAnsi="Calibri" w:cs="Calibri" w:eastAsia="Calibri"/>
          <w:b w:val="0"/>
          <w:color w:val="15131F"/>
          <w:sz w:val="21"/>
        </w:rPr>
        <w:t>Olá, sou o [nome do bot], o assistente de IA da [empresa]. Posso ajudar com [tarefa 1], [tarefa 2] e [tarefa 3], e [nome], da nossa equipa, trata de tudo o que eu não conseguir. Em que posso ajudar?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Respostas sugeridas (3 ou 4 botões): </w:t>
      </w:r>
      <w:r>
        <w:rPr>
          <w:rFonts w:ascii="Calibri" w:hAnsi="Calibri" w:cs="Calibri" w:eastAsia="Calibri"/>
          <w:b w:val="0"/>
          <w:color w:val="15131F"/>
          <w:sz w:val="21"/>
        </w:rPr>
        <w:t>[Pergunta mais frequente, 2 ou 3 palavras]</w:t>
        <w:br/>
        <w:t>[Marcar ou pedir orçamento]</w:t>
        <w:br/>
        <w:t>[Segunda pergunta mais frequente]</w:t>
        <w:br/>
        <w:t>Falar com uma pessoa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Variante: a maioria dos chats chega fora do horário: </w:t>
      </w:r>
      <w:r>
        <w:rPr>
          <w:rFonts w:ascii="Calibri" w:hAnsi="Calibri" w:cs="Calibri" w:eastAsia="Calibri"/>
          <w:b w:val="0"/>
          <w:color w:val="15131F"/>
          <w:sz w:val="21"/>
        </w:rPr>
        <w:t>Olá, sou o [nome do bot], o assistente de IA da [empresa]. Respondo a perguntas sobre [tarefas] a qualquer hora. A nossa equipa está disponível [dias e horário] e responde a tudo o que eu não souber. Em que posso ajudar?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 primeira mensagem do visitante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Se o visitante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agente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Faz uma pergunta completa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Responde logo. Sem segunda saudação.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Só diz «olá»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«Olá! Em que posso ajudar? Por exemplo, [opção 1], [opção 2] ou outra coisa.»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Pergunta «É uma pessoa real?»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«Não, sou um assistente de IA. [Nome], da nossa equipa, pode assumir a conversa. Quer que passe a conversa?»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Porque é que o aviso vem primeiro: </w:t>
      </w:r>
      <w:r>
        <w:rPr>
          <w:rFonts w:ascii="Calibri" w:hAnsi="Calibri" w:cs="Calibri" w:eastAsia="Calibri"/>
          <w:b w:val="0"/>
          <w:color w:val="5D5A70"/>
          <w:sz w:val="21"/>
        </w:rPr>
        <w:t>Na UE, a partir de 2 de agosto de 2026, as pessoas têm de ser informadas de que estão a lidar com um sistema de IA, o mais tardar na primeira interação, salvo se isso for óbvio. Na Califórnia, um bot não pode enganar as pessoas sobre a sua identidade artificial para fazer uma venda.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dê ao bot um nome ou uma foto de pessoa sem «assistente de IA» na mesma frase.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comece só com um menu: um visitante com uma pergunta real tem de a poder escrever.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mostre mais de 4 respostas sugeridas.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Preencha primeiro: </w:t>
      </w:r>
      <w:r>
        <w:rPr>
          <w:rFonts w:ascii="Calibri" w:hAnsi="Calibri" w:cs="Calibri" w:eastAsia="Calibri"/>
          <w:b w:val="0"/>
          <w:color w:val="5D5A70"/>
          <w:sz w:val="21"/>
        </w:rPr>
        <w:t>Nome do bot, 3 tarefas, Nome para a passagem, Texto dos botões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O padrão de resposta: resposta, fonte, próximo passo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Tamanho da resposta: 3 frases · Responsável e ação: [Nome] confere as respostas sobre preços com a tabela de preços todas as semanas e depois de cada alteração de preços.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Cada resposta tem três partes: a resposta na primeira frase, a fonte e um próximo passo. No máximo 3 frases curtas, para que o visitante possa verificar a fonte e o chat nunca acabe num beco sem saída.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padrão (preencha): </w:t>
      </w:r>
      <w:r>
        <w:rPr>
          <w:rFonts w:ascii="Calibri" w:hAnsi="Calibri" w:cs="Calibri" w:eastAsia="Calibri"/>
          <w:b w:val="0"/>
          <w:color w:val="15131F"/>
          <w:sz w:val="21"/>
        </w:rPr>
        <w:t>[A resposta: primeiro o número, o sim ou o não.] [A fonte: nome da página ou ligação, com a data no caso dos preços.] [Um próximo passo: uma pergunta, uma ligação ou uma pessoa.]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Preço: «Quanto custa [serviço]?»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5D5A70"/>
          <w:sz w:val="21"/>
        </w:rPr>
        <w:t>O preço para o tamanho ou a opção que o visitante indicou.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Fonte: </w:t>
      </w:r>
      <w:r>
        <w:rPr>
          <w:rFonts w:ascii="Calibri" w:hAnsi="Calibri" w:cs="Calibri" w:eastAsia="Calibri"/>
          <w:b w:val="0"/>
          <w:color w:val="5D5A70"/>
          <w:sz w:val="21"/>
        </w:rPr>
        <w:t>[ligação da tabela de preços]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Uma pergunta de qualificação ou a ligação de marcação.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diz: </w:t>
      </w:r>
      <w:r>
        <w:rPr>
          <w:rFonts w:ascii="Calibri" w:hAnsi="Calibri" w:cs="Calibri" w:eastAsia="Calibri"/>
          <w:b w:val="0"/>
          <w:color w:val="15131F"/>
          <w:sz w:val="21"/>
        </w:rPr>
        <w:t>[Serviço] para [tamanho] custa [preço], segundo a nossa tabela de preços: [ligação da tabela de preços]. Para confirmar que trabalhamos na sua zona: qual é o seu código postal?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Política: «Posso cancelar?»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5D5A70"/>
          <w:sz w:val="21"/>
        </w:rPr>
        <w:t>Sim ou não e depois a regra numa linha.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Fonte: </w:t>
      </w:r>
      <w:r>
        <w:rPr>
          <w:rFonts w:ascii="Calibri" w:hAnsi="Calibri" w:cs="Calibri" w:eastAsia="Calibri"/>
          <w:b w:val="0"/>
          <w:color w:val="5D5A70"/>
          <w:sz w:val="21"/>
        </w:rPr>
        <w:t>[ligação da política]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A ligação para o fazer.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diz: </w:t>
      </w:r>
      <w:r>
        <w:rPr>
          <w:rFonts w:ascii="Calibri" w:hAnsi="Calibri" w:cs="Calibri" w:eastAsia="Calibri"/>
          <w:b w:val="0"/>
          <w:color w:val="15131F"/>
          <w:sz w:val="21"/>
        </w:rPr>
        <w:t>Sim, sem custos até [24] horas antes. Depois disso, a taxa é de [taxa]. Política completa: [ligação da política]. Pode alterar a sua marcação com a ligação do seu email de confirmação.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Serviço: «Fazem [serviço]?»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5D5A70"/>
          <w:sz w:val="21"/>
        </w:rPr>
        <w:t>Sim com o essencial, ou não com o serviço mais próximo que faz.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Fonte: </w:t>
      </w:r>
      <w:r>
        <w:rPr>
          <w:rFonts w:ascii="Calibri" w:hAnsi="Calibri" w:cs="Calibri" w:eastAsia="Calibri"/>
          <w:b w:val="0"/>
          <w:color w:val="5D5A70"/>
          <w:sz w:val="21"/>
        </w:rPr>
        <w:t>[ligação da página do serviço]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Marcação, uma pergunta ou uma pessoa.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diz: </w:t>
      </w:r>
      <w:r>
        <w:rPr>
          <w:rFonts w:ascii="Calibri" w:hAnsi="Calibri" w:cs="Calibri" w:eastAsia="Calibri"/>
          <w:b w:val="0"/>
          <w:color w:val="15131F"/>
          <w:sz w:val="21"/>
        </w:rPr>
        <w:t>Não, não fazemos [serviço]. Mas temos [serviço mais próximo] por [preço]: [ligação da página do serviço]. Dá-lhe jeito?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a resposta não está nas fontes: </w:t>
      </w:r>
      <w:r>
        <w:rPr>
          <w:rFonts w:ascii="Calibri" w:hAnsi="Calibri" w:cs="Calibri" w:eastAsia="Calibri"/>
          <w:b w:val="0"/>
          <w:color w:val="5D5A70"/>
          <w:sz w:val="21"/>
        </w:rPr>
        <w:t>O agente usa as respostas honestas dos nossos modelos de respostas de recurso e segurança da IA. Nunca adivinha só para completar o padrão.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comece com frases feitas como «Ótima pergunta!»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dê dois próximos passos na mesma mensagem.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indique uma fonte que o agente não recebeu.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Perguntas de qualificação: no máximo 3, uma por mensagem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Perguntas: No máximo 3 · Responsável e ação: [Nome] verifica todos os meses as perguntas que os visitantes saltam e retira as que ninguém responde.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Faça só perguntas que mudam o próximo passo: o preço, a zona, a marcação online ou uma pessoa. No máximo 3, uma por mensagem, com opções sempre que possível. Salte o que o visitante já disse.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As suas 3 perguntas (preencha)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Pergunta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Porquê perguntar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Se a resposta for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[Onde é? Código postal ou localidade]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Confirma a sua zona de serviço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Fora da zona: diga-o e sugira [alternativa].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[Que tamanho ou que opção?]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Define o preço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Acima de [limite]: uma pessoa envia um orçamento.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[Para quando precisa?]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Ligação de marcação ou uma pessoa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Dentro de [48 horas]: passe a conversa a [nome].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Zona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Dados recolhidos: </w:t>
      </w:r>
      <w:r>
        <w:rPr>
          <w:rFonts w:ascii="Calibri" w:hAnsi="Calibri" w:cs="Calibri" w:eastAsia="Calibri"/>
          <w:b w:val="0"/>
          <w:color w:val="5D5A70"/>
          <w:sz w:val="21"/>
        </w:rPr>
        <w:t>Código postal ou localidade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pergunta: </w:t>
      </w:r>
      <w:r>
        <w:rPr>
          <w:rFonts w:ascii="Calibri" w:hAnsi="Calibri" w:cs="Calibri" w:eastAsia="Calibri"/>
          <w:b w:val="0"/>
          <w:color w:val="15131F"/>
          <w:sz w:val="21"/>
        </w:rPr>
        <w:t>Qual é o código postal da [casa ou empresa]?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Tamanho ou opção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Dados recolhidos: </w:t>
      </w:r>
      <w:r>
        <w:rPr>
          <w:rFonts w:ascii="Calibri" w:hAnsi="Calibri" w:cs="Calibri" w:eastAsia="Calibri"/>
          <w:b w:val="0"/>
          <w:color w:val="5D5A70"/>
          <w:sz w:val="21"/>
        </w:rPr>
        <w:t>Tamanho, número ou tipo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pergunta: </w:t>
      </w:r>
      <w:r>
        <w:rPr>
          <w:rFonts w:ascii="Calibri" w:hAnsi="Calibri" w:cs="Calibri" w:eastAsia="Calibri"/>
          <w:b w:val="0"/>
          <w:color w:val="15131F"/>
          <w:sz w:val="21"/>
        </w:rPr>
        <w:t>Quantos [quartos e casas de banho]? Por exemplo: [2 quartos, 1 casa de banho].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3.3 Prazo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Dados recolhidos: </w:t>
      </w:r>
      <w:r>
        <w:rPr>
          <w:rFonts w:ascii="Calibri" w:hAnsi="Calibri" w:cs="Calibri" w:eastAsia="Calibri"/>
          <w:b w:val="0"/>
          <w:color w:val="5D5A70"/>
          <w:sz w:val="21"/>
        </w:rPr>
        <w:t>Data ou prazo limite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pergunta: </w:t>
      </w:r>
      <w:r>
        <w:rPr>
          <w:rFonts w:ascii="Calibri" w:hAnsi="Calibri" w:cs="Calibri" w:eastAsia="Calibri"/>
          <w:b w:val="0"/>
          <w:color w:val="15131F"/>
          <w:sz w:val="21"/>
        </w:rPr>
        <w:t>Para quando precisa: esta semana, na próxima ou mais tarde?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o visitante não quiser responder: </w:t>
      </w:r>
      <w:r>
        <w:rPr>
          <w:rFonts w:ascii="Calibri" w:hAnsi="Calibri" w:cs="Calibri" w:eastAsia="Calibri"/>
          <w:b w:val="0"/>
          <w:color w:val="15131F"/>
          <w:sz w:val="21"/>
        </w:rPr>
        <w:t>Não há problema. Os nossos preços estão aqui: [ligação da tabela de preços]. Se mais tarde quiser um orçamento exato, é só pedir.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faça duas perguntas na mesma mensagem.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faça mais de 3 perguntas antes do próximo passo.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faça uma pergunta só para recolher dados que não vai usar.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Captação de leads: peça os contactos com consentimento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Pedir: 2 campos · Responsável e ação: [Nome] verifica se a ligação da privacidade abre e se a frase sobre a finalidade corresponde ao que faz realmente com os dados.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Peça os contactos só quando o próximo passo precisar deles: um orçamento, uma chamada de volta ou uma resposta quando a sua equipa não está disponível. Peça depois da resposta, nunca antes. Diga porquê, peça só o que precisa, coloque a ligação da sua política de privacidade e espere por um sim. Na UE, o RGPD obriga a dizer às pessoas quem é e porque recolhe os dados delas no momento em que os recolhe.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pede (preencha): </w:t>
      </w:r>
      <w:r>
        <w:rPr>
          <w:rFonts w:ascii="Calibri" w:hAnsi="Calibri" w:cs="Calibri" w:eastAsia="Calibri"/>
          <w:b w:val="0"/>
          <w:color w:val="15131F"/>
          <w:sz w:val="21"/>
        </w:rPr>
        <w:t>Para [enviar o seu orçamento], [nome] precisa do seu nome e do seu [email ou telefone]. Usamos estes dados apenas para responder a este pedido. Política de privacidade: [ligação da privacidade]. Concorda?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Depois de o visitante partilhar: </w:t>
      </w:r>
      <w:r>
        <w:rPr>
          <w:rFonts w:ascii="Calibri" w:hAnsi="Calibri" w:cs="Calibri" w:eastAsia="Calibri"/>
          <w:b w:val="0"/>
          <w:color w:val="15131F"/>
          <w:sz w:val="21"/>
        </w:rPr>
        <w:t>Obrigado, [nome próprio]. [Nome] vai [enviar o orçamento] para [email ou telefone] até [hora].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disser que não: </w:t>
      </w:r>
      <w:r>
        <w:rPr>
          <w:rFonts w:ascii="Calibri" w:hAnsi="Calibri" w:cs="Calibri" w:eastAsia="Calibri"/>
          <w:b w:val="0"/>
          <w:color w:val="15131F"/>
          <w:sz w:val="21"/>
        </w:rPr>
        <w:t>Sem problema. Pode na mesma marcar online aqui: [ligação de marcação] ou ligar-nos para o [telefone]. Posso ajudar com mais alguma coisa?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Formulário antes do chat ou pedir no chat?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Opção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Indicado para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Contrapartida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formulário antes do chat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Equipas que dão seguimento a todos os chats por email ou telefone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visitantes dão os dados antes de receberem qualquer resposta.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Pedir no chat (este separador)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Primeiro as respostas; contactos só quando um orçamento ou uma chamada de volta os exigem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chats que terminam com uma resposta não deixam contacto.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peça dados que o próximo passo não usa, como a data de nascimento.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inscreva ninguém numa newsletter a partir de um chat. O marketing precisa de um sim próprio, à parte.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Marcação: envie a ligação, a página de marcações confirma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Marcado quando: A página confirma · Responsável e ação: [Nome] verifica se a ligação abre o serviço e o preço certos depois de cada alteração.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Para serviços com preço e duração fixos, o agente envia a sua ligação de marcação. Não consegue ver, reservar nem confirmar horas; quem o faz é a página de marcações. Regras completas de marcação: os nossos modelos de prompts de IA para marcação de consultas.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diz: a ligação de marcação: </w:t>
      </w:r>
      <w:r>
        <w:rPr>
          <w:rFonts w:ascii="Calibri" w:hAnsi="Calibri" w:cs="Calibri" w:eastAsia="Calibri"/>
          <w:b w:val="0"/>
          <w:color w:val="15131F"/>
          <w:sz w:val="21"/>
        </w:rPr>
        <w:t>Pode escolher uma hora livre para [serviço] ([duração], [preço]) aqui: [ligação de marcação]. A sua hora fica marcada quando a página de marcações a confirmar e chegar o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Depois de o visitante marcar: </w:t>
      </w:r>
      <w:r>
        <w:rPr>
          <w:rFonts w:ascii="Calibri" w:hAnsi="Calibri" w:cs="Calibri" w:eastAsia="Calibri"/>
          <w:b w:val="0"/>
          <w:color w:val="15131F"/>
          <w:sz w:val="21"/>
        </w:rPr>
        <w:t>Ótimo, fica então [dia, data, hora]. Para alterar, use a ligação do seu email de confirmação. Posso ajudar com mais alguma coisa?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não puder ser marcado online: </w:t>
      </w:r>
      <w:r>
        <w:rPr>
          <w:rFonts w:ascii="Calibri" w:hAnsi="Calibri" w:cs="Calibri" w:eastAsia="Calibri"/>
          <w:b w:val="0"/>
          <w:color w:val="15131F"/>
          <w:sz w:val="21"/>
        </w:rPr>
        <w:t>[Serviço] precisa primeiro de um orçamento, porque [motivo]. [Nome] pode enviar-lho até [hora]. Quer que passe o seu pedido?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escreva «já está marcado» antes de a página de marcações o confirmar.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diga que uma hora está livre, ocupada ou que costuma ser calma.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aceite dados de cartão no chat.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Passagem para uma pessoa com um resumo que o visitante confirma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Resumo: O visitante confirma · Responsável e ação: [Nome] assume o chat, lê o resumo e responde dentro de [prazo de resposta].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 visitante não deve ter de repetir nada e a pessoa não deve ter de percorrer o chat todo. O agente escreve um resumo curto no chat, pede ao visitante que o confirme e depois diz quem responde, onde e quando. Quando passar a conversa e com que rapidez responder: veja o guia de passagem para uma pessoa.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Resumo no chat (preencha): </w:t>
      </w:r>
      <w:r>
        <w:rPr>
          <w:rFonts w:ascii="Calibri" w:hAnsi="Calibri" w:cs="Calibri" w:eastAsia="Calibri"/>
          <w:b w:val="0"/>
          <w:color w:val="15131F"/>
          <w:sz w:val="21"/>
        </w:rPr>
        <w:t>Isto é o que vou passar a [nome]:</w:t>
        <w:br/>
        <w:t>[nome próprio], [email ou telefone]</w:t>
        <w:br/>
        <w:t>Pretende: [pedido numa linha]</w:t>
        <w:br/>
        <w:t>Detalhes: [respostas às suas perguntas]</w:t>
        <w:br/>
        <w:t>Já respondido: [o que o agente lhe disse]</w:t>
        <w:br/>
        <w:t>Está correto?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Mensagem de passagem, horário de funcionamento: </w:t>
      </w:r>
      <w:r>
        <w:rPr>
          <w:rFonts w:ascii="Calibri" w:hAnsi="Calibri" w:cs="Calibri" w:eastAsia="Calibri"/>
          <w:b w:val="0"/>
          <w:color w:val="15131F"/>
          <w:sz w:val="21"/>
        </w:rPr>
        <w:t>Obrigado. [Nome] responde aqui dentro de [prazo de resposta]. Se sair, [nome] responde por [email ou telefone]. Ainda não há nada [marcado ou confirmado].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Fora do horário de funcionamento: </w:t>
      </w:r>
      <w:r>
        <w:rPr>
          <w:rFonts w:ascii="Calibri" w:hAnsi="Calibri" w:cs="Calibri" w:eastAsia="Calibri"/>
          <w:b w:val="0"/>
          <w:color w:val="15131F"/>
          <w:sz w:val="21"/>
        </w:rPr>
        <w:t>A nossa equipa está indisponível até [dia e hora]. [Nome] já tem o seu resumo e vai responder por [email ou telefone] até [hora]. Ainda não há nada [marcado ou confirmado].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o visitante corrigir o resumo: </w:t>
      </w:r>
      <w:r>
        <w:rPr>
          <w:rFonts w:ascii="Calibri" w:hAnsi="Calibri" w:cs="Calibri" w:eastAsia="Calibri"/>
          <w:b w:val="0"/>
          <w:color w:val="15131F"/>
          <w:sz w:val="21"/>
        </w:rPr>
        <w:t>Obrigado, já corrigi: [dado corrigido]. [Nome] vai ver a versão corrigida.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diga «vou transferir a conversa» sem um nome e um prazo de resposta.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prometa «já a seguir» quando não está ninguém online.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passe a conversa sem o resumo e um contacto.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Passar a uma pessoa: </w:t>
      </w:r>
      <w:r>
        <w:rPr>
          <w:rFonts w:ascii="Calibri" w:hAnsi="Calibri" w:cs="Calibri" w:eastAsia="Calibri"/>
          <w:b w:val="0"/>
          <w:color w:val="5D5A70"/>
          <w:sz w:val="21"/>
        </w:rPr>
        <w:t>Orçamentos, Reclamações, Exceções, Pedido de uma pessoa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Fecho: resumo, próximo passo e avaliação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Frase de avaliação: Uma vez · Responsável e ação: [Nome] verifica a avaliação média todas as semanas e lê os chats recentes quando ela desce.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Feche quando a necessidade do visitante estiver resolvida: resumo, próximo passo, agradecimento e a avaliação mencionada uma vez. Se a sua ferramenta de chat mostrar uma avaliação por estrelas quando o chat termina, a mensagem de fecho remete para ela.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Confirme primeiro: </w:t>
      </w:r>
      <w:r>
        <w:rPr>
          <w:rFonts w:ascii="Calibri" w:hAnsi="Calibri" w:cs="Calibri" w:eastAsia="Calibri"/>
          <w:b w:val="0"/>
          <w:color w:val="15131F"/>
          <w:sz w:val="21"/>
        </w:rPr>
        <w:t>Posso ajudar com mais alguma coisa?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Depois de uma marcação: </w:t>
      </w:r>
      <w:r>
        <w:rPr>
          <w:rFonts w:ascii="Calibri" w:hAnsi="Calibri" w:cs="Calibri" w:eastAsia="Calibri"/>
          <w:b w:val="0"/>
          <w:color w:val="15131F"/>
          <w:sz w:val="21"/>
        </w:rPr>
        <w:t>Está tudo tratado: [serviço] em [dia, data, hora]. O seu email de confirmação tem os detalhes. Obrigado por escolher a [empresa]! Pode avaliar este chat quando terminar.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Depois de uma passagem: </w:t>
      </w:r>
      <w:r>
        <w:rPr>
          <w:rFonts w:ascii="Calibri" w:hAnsi="Calibri" w:cs="Calibri" w:eastAsia="Calibri"/>
          <w:b w:val="0"/>
          <w:color w:val="15131F"/>
          <w:sz w:val="21"/>
        </w:rPr>
        <w:t>[Nome] já tem o seu pedido e vai responder até [hora]. Obrigado pela paciência, [nome próprio]. Pode avaliar este chat quando terminar.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Depois de uma resposta: </w:t>
      </w:r>
      <w:r>
        <w:rPr>
          <w:rFonts w:ascii="Calibri" w:hAnsi="Calibri" w:cs="Calibri" w:eastAsia="Calibri"/>
          <w:b w:val="0"/>
          <w:color w:val="15131F"/>
          <w:sz w:val="21"/>
        </w:rPr>
        <w:t>Ainda bem que ajudou. Se mais tarde precisar de [próximo passo], é só abrir o chat outra vez. Pode avaliar este chat quando terminar.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peça 5 estrelas nem ofereça nada em troca de uma avaliação.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feche enquanto houver uma pergunta por responder.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comece uma nova oferta no fecho.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Bloco do fluxo de conversa do chatbot para o seu agente de IA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Tem de passar: 12 de 12 · Responsável e ação: [Nome] faz os 12 testes e regista Passou ou Falhou no registo de testes em Excel.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Os separadores 1 a 7 são as palavras; este bloco diz ao agente de IA a ordem dos passos e a regra de cada um. Cole-o depois da ficha de persona e das regras de recurso, preencha os parênteses retos, guarde e faça os 12 testes.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Fluxo de conversa para as «Instruções»: </w:t>
      </w:r>
      <w:r>
        <w:rPr>
          <w:rFonts w:ascii="Calibri" w:hAnsi="Calibri" w:cs="Calibri" w:eastAsia="Calibri"/>
          <w:b w:val="0"/>
          <w:color w:val="15131F"/>
          <w:sz w:val="21"/>
        </w:rPr>
        <w:t>FLUXO DE CONVERSA</w:t>
        <w:br/>
        <w:t>Siga estes passos por ordem. Salte um passo quando o visitante já tiver dado a resposta. Uma pergunta por mensagem. No máximo 3 frases curtas por resposta.</w:t>
        <w:br/>
        <w:t>1. SAUDAÇÃO: A primeira mensagem é fixa. Se o visitante disser só olá, pergunte de que precisa e ofereça [2 ou 3 opções]. Se lhe perguntarem, diga que é um assistente de IA. Nunca diga que é uma pessoa.</w:t>
        <w:br/>
        <w:t>2. RESPOSTA: Responda na primeira frase, só com base nestas Instruções e na Base de Conhecimento. Depois indique a fonte: [nome da página ou ligação]. Termine com um próximo passo: uma pergunta, uma ligação ou uma pessoa.</w:t>
        <w:br/>
        <w:t>3. QUALIFICAÇÃO: Antes de [orçamentos, marcações ou passagens], faça até 3 perguntas, uma por mensagem: [pergunta 1], [pergunta 2], [pergunta 3]. Ofereça 2 ou 3 opções sempre que possível.</w:t>
        <w:br/>
        <w:t>4. CAPTAÇÃO DE LEADS: Peça os contactos só quando o próximo passo precisar deles. Diga porquê, peça um nome e um [email ou telefone], indique [ligação da privacidade] e pergunte se concorda. Se disser que não, continue a ajudar e ofereça [ligação de marcação] ou [telefone].</w:t>
        <w:br/>
        <w:t>5. MARCAÇÃO: Para [serviços que se podem marcar], envie [ligação de marcação]. Uma hora só fica marcada quando a página de marcações a confirmar. Nunca diga que uma hora está marcada, reservada ou livre.</w:t>
        <w:br/>
        <w:t>6. PASSAGEM: Passe a conversa em caso de [temas para passagem] ou quando o visitante pedir uma pessoa. Primeiro escreva um resumo: nome, contacto, pedido, detalhes e o que já respondeu. Pergunte «Está correto?». Depois diga: «[Nome] responde aqui dentro de [prazo de resposta].» Fora do [horário de funcionamento], diga quando a equipa responde.</w:t>
        <w:br/>
        <w:t>7. FECHO: Quando o visitante terminar, resuma o que ficou combinado e o próximo passo, agradeça e diga que pode avaliar o chat quando terminar. Nunca comece uma nova oferta.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Script de teste: 12 mensagens para escrever antes do lançamento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Escreva isto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Passa se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Saudação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É uma pessoa real?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Diz que é um assistente de IA e oferece [nome].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Saudação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olá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pergunta curta com opções, sem segunda saudação.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Resposta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Quanto custa [o seu serviço mais comum]?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Preço da tabela, a fonte e um próximo passo.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Resposta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Posso cancelar?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regra numa linha, a ligação da política, nenhuma promessa extra.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Qualificação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Preciso de [serviço] na próxima semana.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pergunta por mensagem, no máximo 3, não pergunta a data.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Qualificação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[Respostas às 3 perguntas numa só mensagem]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pergunta nada duas vezes e passa ao próximo passo.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Captação de leads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Pode enviar-me um orçamento?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Diz porquê, pede 2 campos, dá a ligação da privacidade e espera por um sim.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Captação de leads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Prefiro não dar o meu email.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Aceita, oferece [ligação de marcação] ou [telefone] e continua a ajudar.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Marcação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Marque-me para sábado às 9.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 [ligação de marcação]; nunca escreve «já está marcado».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Passagem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Quero falar com uma pessoa.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Resumo, «Está correto?», depois o nome e o prazo de resposta.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Passagem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[A mesma mensagem, fora do horário de funcionamento]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Diz quando a equipa responde e recolhe um contacto.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Fecho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Obrigado, é tudo.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Resumo, próximo passo, uma frase de avaliação, nenhuma oferta nova.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Onde colocar: </w:t>
      </w:r>
      <w:r>
        <w:rPr>
          <w:rFonts w:ascii="Calibri" w:hAnsi="Calibri" w:cs="Calibri" w:eastAsia="Calibri"/>
          <w:b w:val="0"/>
          <w:color w:val="5D5A70"/>
          <w:sz w:val="21"/>
        </w:rPr>
        <w:t>Mantenha os preços e as políticas na base de conhecimento, não no bloco. Volte a fazer os 12 testes depois de cada alteração ao script, às ligações ou aos seus preços.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Preencha primeiro: </w:t>
      </w:r>
      <w:r>
        <w:rPr>
          <w:rFonts w:ascii="Calibri" w:hAnsi="Calibri" w:cs="Calibri" w:eastAsia="Calibri"/>
          <w:b w:val="0"/>
          <w:color w:val="5D5A70"/>
          <w:sz w:val="21"/>
        </w:rPr>
        <w:t>Opções, Nomes das fontes, 3 perguntas, Ligação da privacidade, Ligação de marcação, Temas para passagem, Prazo de resposta, Horário de funcionamento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O script de chatbot de uma empresa de limpezas, da saudação à avaliação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Como este modelo de script para chatbot funciona num chat real. A Fairmoor Home Cleaning, uma empresa fictícia em San Jose, na Califórnia, passou os 12 testes a 1 de outubro de 2026 e entrou em funcionamento no dia seguinte. Na terça-feira, 6 de outubro, a Dana perguntou por uma limpeza profunda, marcou-a pela ligação e recebeu da Rosa um orçamento para uma limpeza de mudança.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Olá, sou a Fern, a assistente de IA da Fairmoor Home Cleaning. Posso ajudar com preços, a nossa zona de serviço e marcações, e a Rosa, do nosso escritório, trata de tudo o que eu não conseguir. Em que posso ajudar?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Quanto custa uma limpeza profunda numa casa com 3 quartos e 2 casas de banho, no código postal 95126?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Uma limpeza profunda para 3 quartos e 2 casas de banho custa 330 $, segundo a nossa tabela de preços: fairmoor.example/prices. O 95126 fica na nossa zona. É para a casa onde vive ou é uma limpeza de mudança?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As duas! Uma limpeza profunda na casa nova e uma limpeza de mudança no meu apartamento antigo.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Pode marcar a limpeza profunda diretamente: fairmoor.example/book. Fica marcada quando a página de marcações a confirmar e chegar o email. Para a limpeza de mudança, a Rosa envia um orçamento. Quantos quartos e casas de banho tem o apartamento antigo?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Marquei para sábado, 10 de outubro, às 9:00, e já recebi o email. O apartamento antigo tem 1 quarto e 1 casa de banho, em Santa Clara. Entrego as chaves na sexta-feira, 16 de outubro.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Ótimo, fica então sábado, 10 de outubro, às 9:00. Para o orçamento da limpeza de mudança, a Rosa precisa do seu nome e de um email ou número de telefone. Usamos estes dados apenas para responder a este pedido. Política de privacidade: fairmoor.example/privacy. Concorda?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Claro. Dana Whitfield, dana.w@example.com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Obrigada, Dana. Isto é o que vou passar à Rosa: limpeza de mudança, 1 quarto, 1 casa de banho, Santa Clara, entrega das chaves na sexta-feira, 16 de outubro, orçamento por email para dana.w@example.com. Está correto?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Sim, está correto.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Obrigada. A Rosa responde aqui dentro de 15 minutos durante o horário de funcionamento. Se sair, ela responde por email. Ainda não há nada marcado para a limpeza de mudança.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Rosa (escritório): </w:t>
      </w:r>
      <w:r>
        <w:rPr>
          <w:rFonts w:ascii="Calibri" w:hAnsi="Calibri" w:cs="Calibri" w:eastAsia="Calibri"/>
          <w:b w:val="0"/>
          <w:color w:val="15131F"/>
          <w:sz w:val="21"/>
        </w:rPr>
        <w:t>Olá, Dana, aqui é a Rosa. Uma limpeza de mudança para um apartamento vazio com 1 quarto e 1 casa de banho custa 210 $, com forno e frigorífico incluídos. Podemos fazê-la na quinta-feira, 15 de outubro, a partir das 13:00. Já lhe enviei por email o orçamento e uma ligação para marcar.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Perfeito, obrigada!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Rosa (escritório): </w:t>
      </w:r>
      <w:r>
        <w:rPr>
          <w:rFonts w:ascii="Calibri" w:hAnsi="Calibri" w:cs="Calibri" w:eastAsia="Calibri"/>
          <w:b w:val="0"/>
          <w:color w:val="15131F"/>
          <w:sz w:val="21"/>
        </w:rPr>
        <w:t>De nada! Para recapitular: limpeza profunda no sábado, 10 de outubro, às 9:00, e o orçamento da limpeza de mudança está no seu email. Obrigada por escolher a Fairmoor. Pode avaliar este chat quando terminar.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O script, passo a passo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Saudação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Aviso de IA primeiro; botões: Preços, Marcar limpeza, Limpeza de mudança, Falar com uma pessoa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Resposta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330 $, a ligação da tabela de preços, uma pergunta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Qualificação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perguntas; a Dana deu a data por iniciativa própria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Marcação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Ligação enviada; sábado, 10 de outubro, 9:00, confirmado por email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Captação de leads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Finalidade e ligação da privacidade, depois nome e email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Passagem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Resumo confirmado pela Dana; Rosa em 4 minutos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Fecho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Resumo final da Rosa; avaliação de 5 estrelas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O que fica na aplicação e no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«Reservas»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Limpeza profunda, sábado, 10 de outubro, 9:00, «Confirmado»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«Suporte ao Vivo»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«Aguardando agente» 10:11, assumido às 10:15, resolvido às 10:24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«Leads»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Adicionado pela Rosa: limpeza de mudança, Santa Clara, 210 $; «Fonte»: «Chat ao Vivo»; «Status»: «Em andamento»; «Designado a»: Rosa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«Tarefas»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Dar seguimento ao orçamento da limpeza de mudança; «Cessionário» (o responsável pela tarefa): Rosa; «Prazo»: sexta-feira, 9 de outubro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«Análises»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estrelas em «Satisfação»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Exemplos de scripts de chatbot que falham com um agente de IA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Quatro frases de scripts de chatbot antigos, porque falham e o que escrever em vez delas.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«Escolha uma opção: 1 Vendas, 2 Apoio, 3 Faturação»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Uma saudação só com menu obriga os visitantes a encaixarem-se no seu menu. Um agente de IA consegue ler qualquer pergunta, por isso deixe-os escrevê-la.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 vez disso, escreva: </w:t>
      </w:r>
      <w:r>
        <w:rPr>
          <w:rFonts w:ascii="Calibri" w:hAnsi="Calibri" w:cs="Calibri" w:eastAsia="Calibri"/>
          <w:b w:val="0"/>
          <w:color w:val="15131F"/>
          <w:sz w:val="21"/>
        </w:rPr>
        <w:t>Olá, sou o [nome do bot], o assistente de IA da [empresa]. Pergunte-me o que quiser sobre [temas] ou toque num botão.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«Olá, sou a Jessica! Como posso ajudar?»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Um nome humano sem aviso parece uma pessoa. É exatamente disso que tratam as regras de aviso da UE e da Califórnia.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 vez disso, escreva: </w:t>
      </w:r>
      <w:r>
        <w:rPr>
          <w:rFonts w:ascii="Calibri" w:hAnsi="Calibri" w:cs="Calibri" w:eastAsia="Calibri"/>
          <w:b w:val="0"/>
          <w:color w:val="15131F"/>
          <w:sz w:val="21"/>
        </w:rPr>
        <w:t>Olá, sou a Jessica, a assistente de IA da [empresa]. [Nome], da nossa equipa, trata de tudo o que eu não conseguir.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«Antes de começarmos, qual é o seu email?»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Pedir dados antes de qualquer resposta põe um custo numa pergunta simples. Responda primeiro; peça os contactos quando um orçamento ou uma chamada de volta o exigirem.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 vez disso, escreva: </w:t>
      </w:r>
      <w:r>
        <w:rPr>
          <w:rFonts w:ascii="Calibri" w:hAnsi="Calibri" w:cs="Calibri" w:eastAsia="Calibri"/>
          <w:b w:val="0"/>
          <w:color w:val="15131F"/>
          <w:sz w:val="21"/>
        </w:rPr>
        <w:t>Pergunte-me o que quiser e respondo já. Se precisar de um orçamento, peço-lhe os contactos nessa altura.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«A transferir para um agente...»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Uma transferência às cegas, sem nome, sem prazo de resposta e sem resumo. O visitante repete tudo ou vai-se embora.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 vez disso, escreva: </w:t>
      </w:r>
      <w:r>
        <w:rPr>
          <w:rFonts w:ascii="Calibri" w:hAnsi="Calibri" w:cs="Calibri" w:eastAsia="Calibri"/>
          <w:b w:val="0"/>
          <w:color w:val="15131F"/>
          <w:sz w:val="21"/>
        </w:rPr>
        <w:t>Isto é o que vou passar a [nome]: [resumo]. Está correto? [Nome] responde aqui dentro de [prazo de resposta].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«Desculpe, não percebi» pertence às suas respostas de recurso: uma pergunta de clarificação e depois uma pessoa.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este modelo de script para chatbot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Preencha os parênteses retos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Nomes, tarefas, fontes, 3 perguntas, ligações, temas para passagem, prazo de resposta e horário de funcionamento.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Defina o texto visível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Escreva a saudação e 3 ou 4 respostas sugeridas. Leia-as num telemóvel.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Cole o fluxo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O separador 8 vai para as instruções do agente, depois da ficha de persona e das regras de recurso.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Faça os 12 testes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Registe Passou ou Falhou no Excel. Entre em funcionamento com 12 de 12.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Leia os chats todas as semanas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Onde os visitantes desistem ou se repetem, corrija esse passo e volte a testar.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Em «Meus Bots», escolha o bot. No separador «Básico», escreva a saudação em «Primeira Mensagem», cole o fluxo em «Instruções» (separador «Compartilhado») e acrescente a tabela de preços e as políticas à «Base de Conhecimento».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No separador «Comportamento», ative «Respostas Rápidas» e acrescente as suas «Respostas Sugeridas». Ative «Avaliações de Satisfação» para mostrar um pedido de avaliação por estrelas quando a conversa termina.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Opcional: «Coletar Dados do Usuário» (separador «Comportamento») mostra um formulário antes do chat; «Nome e E-mail são sempre coletados». «Exigir Consentimento» (separador «Avançado») mostra primeiro o seu «Texto de Consentimento» (o aviso de privacidade).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Para as marcações, abra «Agendamento» &gt; «Tipos de Evento», clique em «Copiar Link» e cole a ligação no bloco do fluxo.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Clique em «Salvar Alterações», depois em «Experimente o bot», e escreva os 12 testes.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No separador «Conectar», ative «Enviar notificações por e-mail». Os chats passados a uma pessoa esperam em «Suporte ao Vivo» como «Aguardando agente»: «Reivindicar» (assumir o chat), responder e depois «Resolver».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O chat com IA, «Primeira Mensagem», «Respostas Sugeridas», «Instruções» e «Experimente o bot» estão incluídos no plano Free: 3 utilizadores, sem cartão de crédito. A passagem para uma pessoa em «Suporte ao Vivo» e as marcações com sincronização de calendário vêm com o Launch, 19 $ por mês, com faturação anual, para 8 utilizadores.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Verificação final: o script está pronto quando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primeira frase da saudação diz «assistente de IA» e os botões cabem no ecrã de um telemóvel.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Todos os parênteses retos estão preenchidos e as ligações da privacidade e de marcação abrem.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Os 12 testes passam, com a data no registo de testes.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Alguém recebe o email de passagem e sabe qual é o prazo de resposta.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https://crmsoftware.pro/pt/templates/chatbot-script-templates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Modelos de script para chatbot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