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 de resposta a reclamação de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Ficha da reclamação, confirmação de receção, pedido de um facto, respostas de decisão, resposta final e nota de causa raiz, cada uma por email e por chat.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primeiro a tabela de aprovação e as suas datas. Substitua cada palavra entre [parênteses retos], mantenha uma ficha por reclamação e envie as respostas pela ordem. Registe cada reclamação no ficheiro Excel no dia em que chega.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 modelo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 ficha da reclamação: 5 campos antes de responder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Preencher no prazo de: 1 dia útil · Responsável: A pessoa que decide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Todas as respostas deste modelo de resposta a reclamação de cliente vão buscar os factos a uma só ficha. Os clientes raramente usam a palavra reclamação: se alguém está descontente com o que a sua empresa fez, ou deixou de fazer, e quer que a situação seja corrigida, registe-a como reclamação. Preencha a ficha antes de qualquer resposta mais longa do que a confirmação de receção.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Ficha da reclamação: </w:t>
      </w:r>
      <w:r>
        <w:rPr>
          <w:rFonts w:ascii="Calibri" w:hAnsi="Calibri" w:cs="Calibri" w:eastAsia="Calibri"/>
          <w:b w:val="0"/>
          <w:color w:val="15131F"/>
          <w:sz w:val="21"/>
        </w:rPr>
        <w:t>Referência: [número da reclamação]. Recebida: [data, hora, canal]</w:t>
        <w:br/>
        <w:t>1. O que aconteceu. Palavras do cliente: [citação, 1 ou 2 linhas]. Os nossos factos: [o que mostram a encomenda, os registos ou a equipa, com datas]</w:t>
        <w:br/>
        <w:t>2. Resolução pretendida: [o que pediu, nas palavras do cliente]</w:t>
        <w:br/>
        <w:t>3. Provas: [número da encomenda, fotos, histórico do chat, comprovativos, rastreio, fatura]</w:t>
        <w:br/>
        <w:t>4. Soluções autorizadas: [o que pode oferecer]. Quem aprova acima do seu limite: [nome]</w:t>
        <w:br/>
        <w:t>5. Seguimento: [o que vai verificar, quem, em que data]</w:t>
        <w:br/>
        <w:t>Receção confirmada: [data]. Decisão até: [data]. Resultado: [procedente, parcialmente procedente ou improcedente]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Quem pode aprovar o quê (preencha com os seus valores)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Solução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agente pode oferecer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Acima disso, quem aprova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 de desculpa, explicação, correção dos dados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Sempre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precisa de aprovação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Refazer, reparar ou substituir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[100 $] por reclamação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[gestor ou proprietário]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de uma taxa ou de parte do preço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Dentro dos mesmos [100 $]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[gestor ou proprietário]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Crédito ou desconto numa próxima encomenda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Dentro dos mesmos [100 $]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[gestor ou proprietário]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total, ou qualquer coisa fora desta tabela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Nunca sozinho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[proprietário]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responder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Cite as palavras do cliente. Não as reescreva.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só os factos que os seus registos mostram, com datas.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a resolução que o cliente pediu, mesmo que a resposta vá ser não.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Junte à ficha uma ligação para cada prova.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reclamação, uma ficha e uma referência, mesmo que chegue por chat e por email.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Some todas as soluções. Acima do seu limite, quem aprova tem de dizer que sim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 FTC diz aos consumidores que indiquem o que pretendem, como um reembolso, uma reparação, uma troca ou um crédito em loja, e que enviem cópias dos seus documentos. Os campos 2 e 3 guardam o que um cliente preparado já lhe envia.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Resultados: </w:t>
      </w:r>
      <w:r>
        <w:rPr>
          <w:rFonts w:ascii="Calibri" w:hAnsi="Calibri" w:cs="Calibri" w:eastAsia="Calibri"/>
          <w:b w:val="0"/>
          <w:color w:val="5D5A70"/>
          <w:sz w:val="21"/>
        </w:rPr>
        <w:t>Procedente, Parcialmente procedente, Improcedente, Retirada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Exemplo de resposta a uma reclamação por email: confirmar a receção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Confirmar no prazo de: 1 dia útil · Decisão até: 5 dias úteis após a receção · Nunca prometer: O resultado, um reembolso ou uma data que depende de outra pessoa.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esta mensagem no prazo de 1 dia útil, mesmo antes de saber a resposta. Repete o que percebeu, dá uma referência, diz quem decide e marca uma data de decisão: 5 dias úteis depois de receber a reclamação, a não ser que precise de mais tempo e explique porquê.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sua reclamação sobre [encomenda ou serviço], referência [número da reclamação]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nos informar sobre [o problema, nas palavras do cliente]. Lamento que isto tenha acontecido. Registei a situação como reclamação, com a referência [número da reclamação].</w:t>
        <w:br/>
        <w:br/>
        <w:t>O que percebi: [o que aconteceu, 1 ou 2 linhas]</w:t>
        <w:br/>
        <w:t>O que pediu: [resolução pretendida]</w:t>
        <w:br/>
        <w:t>Quem decide: [nome do responsável], [função]</w:t>
        <w:br/>
        <w:t>Decisão até: [dia e data], por email</w:t>
        <w:br/>
        <w:br/>
        <w:t>Estou a verificar [os registos que vai verificar]. Se precisar de alguma coisa da sua parte, peço uma única vez, numa só mensagem.</w:t>
        <w:br/>
        <w:br/>
        <w:t>Se percebi mal alguma coisa, responda a este email e eu corrijo a ficha.</w:t>
        <w:br/>
        <w:br/>
        <w:t>[O seu nome], [função],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Registei isto como a reclamação [número da reclamação]: [o que aconteceu, uma linha]. Pediu [resolução pretendida]. Quem decide é [nome do responsável], e vai receber a resposta por email até [dia e data]. Esqueci-me de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precisar de mais tempo: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um ponto de situação sobre a reclamação [número da reclamação]: ainda estou à espera de [o quê, de quem]. Vou enviar a decisão até [nova data]. É a única vez que a data muda. [O seu 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Responda no canal que o cliente usou e envie também o email, para que a referência fique por escrito.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prometa um resultado nem uma solução na confirmação de receção.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Mude a data da decisão uma vez no máximo, antes de ela passar, com o motivo, e no máximo 5 dias úteis.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O pedido de um facto: pedir uma vez e explicar porquê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1 mensagem · Lembrete: Uma vez, após 3 dias úteis · Data da decisão: Mantém-se. Se o facto chegar tarde, mude-a uma vez e explique porquê.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Verifique primeiro tudo o que consegue ver: a encomenda, o histórico do chat, os comprovativos, o rastreio. Depois peça apenas o que não consegue ver, numa só mensagem. Se precisar de duas coisas, peça as duas já: uma segunda ronda de perguntas parece um atraso.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Para decidir sobre a reclamação [número da reclamação], preciso de uma coisa da sua parte: [o facto, por exemplo fotos dos artigos danificados].</w:t>
        <w:br/>
        <w:br/>
        <w:t>Porquê: [uma linha, por exemplo mostra de que tiragem vieram]</w:t>
        <w:br/>
        <w:t>Como: responda a este email com [o que enviar]</w:t>
        <w:br/>
        <w:br/>
        <w:t>Já tenho [o que verificou], por isso não precisa de o enviar.</w:t>
        <w:br/>
        <w:br/>
        <w:t>A data da decisão mantém-se: [data].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Para decidir sobre a reclamação [número da reclamação], preciso de uma coisa: [o facto]. Pode enviar aqui ou responder ao meu email. Já tenho [o que verificou], por isso não é preciso mais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 resposta após 3 dias úteis: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um lembrete sobre a reclamação [número da reclamação]: ainda preciso de [o facto]. Se não o receber até [data], decido com base no que os nossos registos mostram e digo-lhe que partes não consegui verificar.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pedir: </w:t>
      </w:r>
      <w:r>
        <w:rPr>
          <w:rFonts w:ascii="Calibri" w:hAnsi="Calibri" w:cs="Calibri" w:eastAsia="Calibri"/>
          <w:b w:val="0"/>
          <w:color w:val="5D5A70"/>
          <w:sz w:val="21"/>
        </w:rPr>
        <w:t>Números completos de cartão, palavras-passe ou documentos que já tem. Peça o número da encomenda só se não conseguir encontrar a encomenda de outra forma.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Reclamação procedente: o que correu mal, a solução e quando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Resultado: Procedente · Acima do seu limite: Aprovação antes de oferecer · Nunca prometer: Uma data que depende da transportadora, do banco ou do fornecedor. Dê a sua data e, depois dela, o prazo habitual.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Considere a reclamação procedente quando os seus registos mostram que a empresa errou. Diga-o nas primeiras linhas, peça desculpa uma vez e explique o que vai fazer e até quando. Uma solução só conta quando está concluída.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Decisão sobre a sua reclamação [número da reclamação]: procedente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Terminei a análise da sua reclamação [número da reclamação] sobre [o problema]. Tem razão, e peço desculpa.</w:t>
        <w:br/>
        <w:br/>
        <w:t>O que verificámos: [os factos, com datas, 2 ou 3 linhas]</w:t>
        <w:br/>
        <w:t>Porque aconteceu: [a causa, uma linha]</w:t>
        <w:br/>
        <w:br/>
        <w:t>Para corrigir a situação:</w:t>
        <w:br/>
        <w:t>- [solução 1, por exemplo o reembolso dos portes de envio], até [data]</w:t>
        <w:br/>
        <w:t>- [solução 2], até [data]</w:t>
        <w:br/>
        <w:br/>
        <w:t>[Onde vai aparecer o dinheiro ou o artigo, e o prazo habitual].</w:t>
        <w:br/>
        <w:t>O que vamos mudar: [uma linha].</w:t>
        <w:br/>
        <w:br/>
        <w:t>Volto a falar consigo a [data do seguimento]. [O seu nome], [função]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[Nome], já tenho a decisão sobre a reclamação [número da reclamação]: tem razão, e peço desculpa. [A causa, uma linha]. Vou [solução] até [data]. A decisão completa está no seu email e volto a falar consigo a [data do seguimento].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solução está dentro do seu limite, ou quem aprova disse que sim por escrito.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solução tem uma data que depende de si.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seguimento é uma tarefa com responsável e data.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Parcialmente procedente: uma decisão para cada ponto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Resultado: Parcialmente procedente · Cada ponto: Decisão, motivo, solução · Revisão: Quem revê uma decisão nunca é quem a tomou.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Muitas reclamações têm mais do que um ponto. Responda a cada um: procedente ou não, o motivo e a solução. Uma resposta mista num só parágrafo soa a um não.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Decisão sobre a sua reclamação [número da reclamação]: parcialmente procedente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Terminei a análise da sua reclamação [número da reclamação]. Levantou [número] pontos e esta é a minha decisão sobre cada um.</w:t>
        <w:br/>
        <w:br/>
        <w:t>1. [Ponto 1]: procedente. [O que verificámos]. Para corrigir: [solução], até [data].</w:t>
        <w:br/>
        <w:t>2. [Ponto 2]: procedente. [O que verificámos]. Para corrigir: [solução], até [data].</w:t>
        <w:br/>
        <w:t>3. [Ponto 3]: improcedente. [A prova, com a data].</w:t>
        <w:br/>
        <w:t>O que ainda podemos oferecer: [gesto comercial], se responder até [data].</w:t>
        <w:br/>
        <w:br/>
        <w:t>No total: [soluções e valores].</w:t>
        <w:br/>
        <w:br/>
        <w:t>Se discordar de algum ponto, responda e peça uma revisão. [Nome do proprietário], que não participou na decisão, responde no prazo de 10 dias úteis.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[Nome], a decisão sobre a reclamação [número da reclamação] está no seu email. Em resumo: [ponto 1] e [ponto 2] são procedentes e vamos [soluções] até [data]. [Ponto 3] é improcedente, porque [prova, uma linha]. Ainda podemos oferecer [gesto comercial]. Interessa-lhe?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Oferta acima do seu limite: </w:t>
      </w:r>
      <w:r>
        <w:rPr>
          <w:rFonts w:ascii="Calibri" w:hAnsi="Calibri" w:cs="Calibri" w:eastAsia="Calibri"/>
          <w:b w:val="0"/>
          <w:color w:val="5D5A70"/>
          <w:sz w:val="21"/>
        </w:rPr>
        <w:t>Obtenha o sim de quem aprova antes de a enviar e escreva na ficha quem aprovou e a data.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Como responder a uma reclamação quando o cliente não tem razão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Resultado: Improcedente · Comece por: A decisão, depois as provas · Gesto comercial: Chame à oferta gesto comercial, para que não pareça uma admissão de culpa. Acima do seu limite, continua a precisar de quem aprova.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Diga a decisão nas primeiras linhas. Depois mostre as provas com datas, não apenas a política. Termine com o que ainda pode fazer e com a forma de pedir uma revisão. Recusar uma reclamação com fundamentos é um resultado normal: as empresas financeiras do Reino Unido têm de indicar os motivos quando o fazem.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Decisão sobre a sua reclamação [número da reclamação]: improcedente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Terminei a análise da sua reclamação [número da reclamação] sobre [o problema]. Lamento a desilusão, mas não a posso considerar procedente.</w:t>
        <w:br/>
        <w:br/>
        <w:t>O que os nossos registos mostram: [prova 1, com data]. [Prova 2, com data]. [Ligação ou anexo]</w:t>
        <w:br/>
        <w:t>O que isto significa: [uma linha, por exemplo o artigo corresponde ao que aprovou]</w:t>
        <w:br/>
        <w:br/>
        <w:t>O que ainda podemos fazer: [gesto comercial, por exemplo uma reimpressão com 50% de desconto], se responder até [data].</w:t>
        <w:br/>
        <w:br/>
        <w:t>Se discordar, responda e peça uma revisão. [Nome do proprietário], que não participou nesta decisão, responde no prazo de 10 dias úteis.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Verifiquei tudo sobre a reclamação [número da reclamação], [nome]. Não a posso considerar procedente: [prova, uma linha]. Os detalhes estão no seu email. O que ainda posso fazer é [gesto comercial]. Se discordar, pode pedir uma revisão a [nome do proprietário].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escrever em vez disso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escreva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Escreva antes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tem razão.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nossos registos mostram [prova e data].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acordo com a nossa política...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Foi isto que aconteceu, com as datas.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há nada que possamos fazer.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ainda posso fazer é [opção].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 é a nossa resposta final.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 discordar, pode pedir uma revisão.</w:t>
            </w:r>
          </w:p>
        </w:tc>
      </w:tr>
    </w:tbl>
    <w:p/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Resposta final depois de uma revisão, e a via de recurso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no prazo de: 10 dias úteis · Revisor: Não é quem decidiu · Final significa: Não há mais passos internos. Diga-o e indique a via de recurso.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Se o cliente discordar, alguém que não tomou a primeira decisão revê-a e envia a resposta final: a decisão, os motivos, o que vai fazer e a quem o cliente pode recorrer a seguir. As empresas financeiras do Reino Unido, por exemplo, têm de a enviar no prazo de 8 semanas e indicar o Financial Ombudsman Service.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Resposta final à sua reclamação [número da reclamação]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Sou [nome], [função]. Não participei na primeira decisão sobre a sua reclamação [número da reclamação]. Revi [o que reviu: a ficha, as provas e a sua resposta].</w:t>
        <w:br/>
        <w:br/>
        <w:t>A minha decisão: [procedente, parcialmente procedente ou improcedente]</w:t>
        <w:br/>
        <w:t>Motivos: [2 ou 3 linhas, com provas e datas]</w:t>
        <w:br/>
        <w:t>O que vamos fazer: [solução e data, ou a oferta que se mantém]</w:t>
        <w:br/>
        <w:br/>
        <w:t>Esta é a nossa resposta final. Se ainda não estiver de acordo, pode [via de recurso, com o nome e o site].</w:t>
        <w:br/>
        <w:br/>
        <w:t>[Nome], [função],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[Nome], [nome do revisor] reviu a reclamação [número da reclamação] e enviou a nossa resposta final por email. Em resumo: [decisão e motivo, uma linha]. Se ainda não estiver de acordo, o email indica a quem pode recorrer a seguir.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Via de recurso: indique a que se aplica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provedor ou a entidade de resolução alternativa de litígios do seu setor, se aderir a uma, com o respetivo site.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serviço de defesa do consumidor no país ou estado do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Nos pagamentos com cartão, o processo de contestação do emissor do cartão.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Não é aconselhamento jurídico: </w:t>
      </w:r>
      <w:r>
        <w:rPr>
          <w:rFonts w:ascii="Calibri" w:hAnsi="Calibri" w:cs="Calibri" w:eastAsia="Calibri"/>
          <w:b w:val="0"/>
          <w:color w:val="5D5A70"/>
          <w:sz w:val="21"/>
        </w:rPr>
        <w:t>Se o seu setor tiver regras próprias para reclamações ou um provedor, os prazos e a redação dessas regras vêm primeiro. Verifique a versão em vigor no seu país.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Fechar o ciclo: verificação de seguimento e nota de causa raiz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Causa raiz: Em todas as reclamações · Revisão: Contagem por causa, mensal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Feche uma reclamação só quando a solução estiver concluída, tiver perguntado ao cliente se resultou e a ficha tiver uma nota de causa raiz. Olhe para além do caso individual: o que o teria evitado?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seguimento: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Uma verificação rápida sobre a sua reclamação [número da reclamação]: [a solução] ficou concluída a [data]. Chegou tudo e está tudo como deve ser?</w:t>
        <w:br/>
        <w:br/>
        <w:t>Se sim, não precisa de responder. Vou fechar a reclamação a [data]. Se não, responda aqui e a mensagem chega diretamente a mim.</w:t>
        <w:br/>
        <w:br/>
        <w:t>Obrigado por nos ter informado. Graças à sua reclamação, [o que mudámos].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estou a acompanhar a reclamação [número da reclamação]: [a solução] chegou e está tudo como deve ser? Se ainda houver algum problema, diga-me aqui.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de causa raiz (interna): </w:t>
      </w:r>
      <w:r>
        <w:rPr>
          <w:rFonts w:ascii="Calibri" w:hAnsi="Calibri" w:cs="Calibri" w:eastAsia="Calibri"/>
          <w:b w:val="0"/>
          <w:color w:val="15131F"/>
          <w:sz w:val="21"/>
        </w:rPr>
        <w:t>Reclamação: [número da reclamação], [data], [canal]</w:t>
        <w:br/>
        <w:t>Resultado: [procedente, parcialmente procedente ou improcedente]. Custo da solução: [valor]</w:t>
        <w:br/>
        <w:t>Causa raiz: [categoria]: [o que a causou de facto, uma linha]</w:t>
        <w:br/>
        <w:t>Mesma causa desde [data]: [número] reclamações</w:t>
        <w:br/>
        <w:t>Alteração: [o que muda, responsável, data], ou nenhuma alteração, porque [motivo]</w:t>
        <w:br/>
        <w:t>Fechada: [data]. Cliente confirmou: [sim, ou sem resposta até à data]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Verificação de fecho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Concluída quando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Solução concluída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Reembolsada, refeita ou creditada, não apenas prometida.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consultado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Seguimento enviado; confirmou, ou sem resposta até à data.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Causa raiz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categoria da lista e uma linha sobre a causa.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Alteração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responsável e uma data, ou o motivo por que não é necessária.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Categorias de causa raiz: </w:t>
      </w:r>
      <w:r>
        <w:rPr>
          <w:rFonts w:ascii="Calibri" w:hAnsi="Calibri" w:cs="Calibri" w:eastAsia="Calibri"/>
          <w:b w:val="0"/>
          <w:color w:val="5D5A70"/>
          <w:sz w:val="21"/>
        </w:rPr>
        <w:t>Defeito do produto, Atraso da nossa parte, Transportadora ou fornecedor, Informação pouco clara, Erro de faturação, Comunicação da equipa, Sem falha detetada, Outra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Como responder a reclamações de clientes: um exemplo preenchido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Uma cliente pagou 54 $ pela entrega expresso de 120 convites de casamento com folha dourada de um estúdio de impressão fictício. Chegaram com 4 dias de atraso, com 6 cartões borratados e um tom de dourado de que ela não gostou. O agente de IA passa o chat a uma pessoa e o Ben regista a reclamação. Decisão: parcialmente procedente.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Os nossos convites de casamento chegaram hoje, com 4 dias de atraso, e paguei 54 $ pelo envio expresso! O dourado parece castanho, não dourado, e 6 cartões estão borratados. Quero uma reimpressão completa em ouro brilhante até sexta-feira ou o meu dinheiro de volta.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Lamento muito, Rachel. Convites atrasados e com cartões borratados não são aquilo por que pagou. Qual é o número da sua encomenda? Começa por MP.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MP-40718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Vou passar isto ao Ben, da nossa equipa de apoio, com a sua encomenda e tudo o que escreveu, para não ter de repetir nada. Resposta prevista: no prazo de 15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Ben (apoio): </w:t>
      </w:r>
      <w:r>
        <w:rPr>
          <w:rFonts w:ascii="Calibri" w:hAnsi="Calibri" w:cs="Calibri" w:eastAsia="Calibri"/>
          <w:b w:val="0"/>
          <w:color w:val="15131F"/>
          <w:sz w:val="21"/>
        </w:rPr>
        <w:t>Olá, Rachel, aqui é o Ben. Registei isto como a reclamação C-1043: entrega com 4 dias de atraso depois de ter pago o envio expresso, o tom do dourado e 6 cartões borratados. Pediu uma reimpressão completa em ouro brilhante até sexta-feira, ou um reembolso.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Ben (apoio): </w:t>
      </w:r>
      <w:r>
        <w:rPr>
          <w:rFonts w:ascii="Calibri" w:hAnsi="Calibri" w:cs="Calibri" w:eastAsia="Calibri"/>
          <w:b w:val="0"/>
          <w:color w:val="15131F"/>
          <w:sz w:val="21"/>
        </w:rPr>
        <w:t>Vou verificar o nosso registo de produção, a prova que aprovou e a amostra que guardamos da sua tiragem. Vai receber a minha decisão por email até terça-feira, 6 de outubro. Já lhe enviei os mesmos dados por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Ben (apoio): </w:t>
      </w:r>
      <w:r>
        <w:rPr>
          <w:rFonts w:ascii="Calibri" w:hAnsi="Calibri" w:cs="Calibri" w:eastAsia="Calibri"/>
          <w:b w:val="0"/>
          <w:color w:val="15131F"/>
          <w:sz w:val="21"/>
        </w:rPr>
        <w:t>Só preciso de uma coisa da sua parte: fotos dos 6 cartões borratados, em resposta a esse email. É tudo.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Terça-feira? Queria enviá-los pelo correio esta semana. O casamento é a 7 de novembro.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Ben (apoio): </w:t>
      </w:r>
      <w:r>
        <w:rPr>
          <w:rFonts w:ascii="Calibri" w:hAnsi="Calibri" w:cs="Calibri" w:eastAsia="Calibri"/>
          <w:b w:val="0"/>
          <w:color w:val="15131F"/>
          <w:sz w:val="21"/>
        </w:rPr>
        <w:t>Compreendo. Se a decisão incluir uma reimpressão, segue por expresso na mesma semana, por isso pode enviá-los pelo correio na semana seguinte. Vou responder à questão da cor à parte, com a sua prova e uma foto da amostra.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Está bem. Envio as fotos hoje à noite.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da reclamação C-1043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Palavras da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dias de atraso depois de pagar 54 $ pelo expresso; o dourado parece castanho; 6 cartões borratados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Os nossos factos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Rolo de folha dourada esgotado: impresso e expedido a 25 de setembro, com 2 dias de atraso. O expresso demora 2 dias úteis: entregue a 29 de setembro.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Resolução pretendida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Reimpressão completa em ouro brilhante até sexta-feira, ou um reembolso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Encomenda MP-40718, prova aprovada a 16 de setembro (folha ouro velho), rastreio, amostra da tiragem dela, as 6 fotos dela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Soluções autorizadas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Ben até 100 $ por reclamação; acima disso, Iris Lang, proprietária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Seguimento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Ben confirma que as reimpressões chegaram, sexta-feira, 9 de outubro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Receção confirmada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Terça-feira, 29 de setembro, 16:18. Decisão até terça-feira, 6 de outubro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Decisão: parcialmente procedente, enviada na segunda-feira, 5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Solução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Entrega atrasada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Procedente: expedida com 2 dias de atraso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dos 54 $ do envio expresso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cartões borratados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Procedente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 cartões reimpressos grátis, 43,20 $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Tom do dourado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Improcedente: corresponde à prova aprovada e à amostra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Reimpressão em ouro brilhante com 50% de desconto, 216 $, aprovada pela Iris. Recusada.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Fechar o ciclo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Reimpressões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Entregues na quinta-feira, 8 de outubro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Cliente confirmou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Sexta-feira, 9 de outubro, por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Custo da solução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97,20 $, dentro do limite do Ben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Causa raiz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Atraso da nossa parte: rolo de folha dourada esgotado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Mesma causa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reclamações desde 8 de setembro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Alteração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Stock verificado quando uma prova é aprovada, desde 7 de outubro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Fechada a 9 de outubro de 2026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Exemplo fictício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 que rapidez responder a uma reclamação: regras e referências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Aplica-se 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Confirmar a receção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Responder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Via de recurso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Código de reclamações do Housing Ombudsman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Senhorios de habitação social em Inglaterra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5 dias úteis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10 dias úteis após a confirmação; fase 2 no prazo de 20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Revisão na fase 2, depois o Housing Ombudsman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Regras da FCA, DISP 1.6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Empresas financeiras do Reino Unido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Confirmação escrita imediata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final até ao fim de 8 semanas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Financial Ombudsman Service, com o respetivo site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Processo de reclamação do CFPB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Reclamações de consumidores dos EUA sobre serviços financeiros enviadas através do CFPB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resposta intercalar se for preciso mais tempo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geral no prazo de 15 dias; em alguns casos, resposta final no prazo de 60 dias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cliente tem 60 dias para dar a sua opinião sobre a resposta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Este modelo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Pequenas empresas sem regras do setor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dia útil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5 dias úteis; adiável uma vez, até 10 no máximo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Revisão por outra pessoa no prazo de 10 dias úteis, depois a via externa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 modelo de resposta a reclamação de cliente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Defina os seus limites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Preencha a tabela de aprovação do separador 1: o que um agente pode oferecer, até que valor e quem aprova acima disso.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Decida as suas datas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1 dia útil para confirmar a receção, 5 para decidir, 10 para uma revisão. Se o seu setor tiver uma regra, use-a.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Guarde as respostas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Substitua os campos entre parênteses retos pelas suas palavras e guarde cada versão para email e para chat onde a sua equipa escreve.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Registe cada reclamação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no registo em Excel no dia em que chega, com os 5 campos da ficha.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as causas raiz todos os meses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Corrija primeiro a causa mais frequente e escreva a alteração no registo.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Bots», escolha o seu bot e acrescente às «Instruções», no separador «Básico»: passar todas as reclamações a uma pessoa, pedir apenas o número da encomenda, nunca prometer um reembolso nem uma solução. Clique em «Salvar Alterações» e teste com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Os chats passados a uma pessoa esperam em «Suporte ao Vivo» com o estado «Aguardando agente». Clique em «Reivindicar» (assumir o chat), envie a versão para chat da confirmação de receção e clique em «Resolver» quando o chat terminar.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Crie uma etiqueta “Reclamação” em «Configurações» &gt; «Tags de Conversa» &gt; «Nova etiqueta» e adicione-a à conversa. Ponha a ficha da reclamação em «Notas», no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Abra «Tarefas» &gt; «Nova Tarefa» para a decisão: «Título da tarefa» com a referência, «Cessionário» (o responsável pela tarefa), «Prazo» (a data da decisão), «Prioridade» «Alto». Acrescente uma segunda tarefa para o seguimento.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Envie os emails a partir da sua própria caixa de correio. No Growth, guarde cada resposta em «Configurações» &gt; «Respostas salvas», por exemplo /complaint-ack, e escreva o atalho na caixa de resposta do chat.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Não há deteção automática de reclamações nem escalonamento automático: o agente de IA passa o chat com base nas suas «Instruções», e os reembolsos são feitos no seu prestador de pagamentos. Passagem para uma pessoa: Launch, 19 $ por mês, com faturação anual, para 8 utilizadores. Respostas guardadas: Growth, 49 $. Free: chat com IA e tarefas básicas para 3 utilizadores.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das reclamações, 30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reclamações tiveram a receção confirmada no prazo de 1 dia útil.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decisões e os seguimentos em atraso têm um responsável e uma nova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3 causas raiz mais frequentes e uma alteração para a primeira.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Custo das soluções por causa, comparado com o mês anterior.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https://crmsoftware.pro/pt/templates/complaint-live-chat-response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resposta a reclamação de cliente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