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guião de apoio ao cliente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Guiões para telefone e chat num só fluxo: abrir, verificar, compreender, resolver ou encaminhar, confirmar, encerrar. Com campos de triagem, tempos limite e o que nunca prometer.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Substitua cada palavra entre [parênteses retos] pelos seus dados e mantenha a ordem dos passos em cada chamada e chat. Registe cada contacto no registo de contactos em Excel e avalie alguns todas as semanas na grelha de qualidade.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guiões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Abertura e saudação: as primeiras frases ao telefone e no chat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Avalie no separador 3 · Impacto: Pergunte no separador 3 · Canal: Telefone ou chat · Responsável: Quem atende · Primeira resposta: Telefone: 3 toques. Chat: 2 minutos · Escalamento: Já irritado: acalmar primeiro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Todos os modelos de guião de apoio ao cliente desta página seguem os mesmos seis passos, ao telefone e no chat. Cada separador indica os seus campos de triagem: gravidade, impacto, canal, responsável, primeira resposta e escalamento. Registe-os em cada contacto (separador 8).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fluxo de cada guião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Abrir: O seu nome, a empresa e uma oferta de ajuda.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Verificar: Dois dados antes de qualquer detalhe da conta. Separador 2.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Compreender: Pergunte e depois resuma numa frase. Separador 3.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Resolver ou encaminhar: Resolva, ou passe o caso com um resumo. Separadores 4 a 7.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5. Confirmar: O próximo passo, quem e quando, e um sim. Separador 8.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6. Encerrar: Agradeça, termine e registe. Separador 8.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Telefone: atender a chamada: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ligar para [empresa], fala [o seu nome]. Em que posso ajudar?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Telefone: antes de verificar: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[nome]. Posso ajudar com isso. Primeiro, preciso de confirmar dois dados.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primeira resposta: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aqui é [o seu nome], da [empresa]. Obrigado pela sua mensagem sobre [assunto]. Estou a ver isso agora mesmo.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assumido do agente de IA: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aqui é [o seu nome], da equipa da [empresa]. Li a sua conversa com o nosso assistente, por isso não precisa de repetir nada.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Telefone: é você que liga ao cliente: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fala [o seu nome], da [empresa]. Estou a ligar a propósito do seu contacto por [chat ou telefone] de [dia]. É uma boa altura para falarmos?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tempo de espera ou uma solução antes de conhecer o problema. Prometa só o que vai fazer a seguir.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Verificar o cliente: nunca o número completo do cartão nem palavras-passe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Crítica se a conta puder ser usurpada · Impacto: De quem são os dados em risco · Canal: Telefone, chat ou email · Responsável: Quem tem o contacto · Primeira resposta: Antes de qualquer dado · Escalamento: Suspeita de fraude: gestor em 1 hora · Porquê nada de segredos: A FTC dos EUA diz às empresas que deixem claro aos funcionários que ninguém lhes deve pedir que revelem as suas palavras-passe. Os códigos de segurança do cartão não podem ser guardados depois de um pagamento ser autorizado.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Verifique antes de abrir, discutir ou alterar o que quer que seja numa conta. Peça dois dados que consiga confirmar, nunca segredos.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que pedir e o que nunca pedir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Peça dois destes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Nunca peça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Número de conta ou de encomenda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número completo do cartão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ou telefone associado à conta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código de segurança do cartão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Código postal ou morada de faturação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palavra-passe ou um PIN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Últimos 4 dígitos do cartão, ou a data e o valor de uma cobrança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código de utilização única enviado por SMS ou email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Telefone: </w:t>
      </w:r>
      <w:r>
        <w:rPr>
          <w:rFonts w:ascii="Calibri" w:hAnsi="Calibri" w:cs="Calibri" w:eastAsia="Calibri"/>
          <w:b w:val="0"/>
          <w:color w:val="15131F"/>
          <w:sz w:val="21"/>
        </w:rPr>
        <w:t>Antes de abrir a sua conta, preciso de confirmar a sua identidade. Pode dizer-me o seu [número de conta] e o [endereço de email] associado à conta?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</w:t>
      </w:r>
      <w:r>
        <w:rPr>
          <w:rFonts w:ascii="Calibri" w:hAnsi="Calibri" w:cs="Calibri" w:eastAsia="Calibri"/>
          <w:b w:val="0"/>
          <w:color w:val="15131F"/>
          <w:sz w:val="21"/>
        </w:rPr>
        <w:t>Antes de consultar a sua conta, confirme, por favor, o seu [número de encomenda] e o [endereço de email] que usou. Nunca envie aqui números de cartão nem palavras-passe. Nós nunca os vamos pedir.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o cliente começar a ler o número do cartão: </w:t>
      </w:r>
      <w:r>
        <w:rPr>
          <w:rFonts w:ascii="Calibri" w:hAnsi="Calibri" w:cs="Calibri" w:eastAsia="Calibri"/>
          <w:b w:val="0"/>
          <w:color w:val="15131F"/>
          <w:sz w:val="21"/>
        </w:rPr>
        <w:t>Pode parar aí, não preciso do número completo. Bastam os últimos 4 dígitos.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a verificação falhar: </w:t>
      </w:r>
      <w:r>
        <w:rPr>
          <w:rFonts w:ascii="Calibri" w:hAnsi="Calibri" w:cs="Calibri" w:eastAsia="Calibri"/>
          <w:b w:val="0"/>
          <w:color w:val="15131F"/>
          <w:sz w:val="21"/>
        </w:rPr>
        <w:t>Lamento, esses dados não coincidem, por isso não posso discutir nem alterar a conta. Em alternativa, posso ligar-lhe para o número associado à conta.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Liga ao cliente e ele duvida que seja mesmo da empresa: </w:t>
      </w:r>
      <w:r>
        <w:rPr>
          <w:rFonts w:ascii="Calibri" w:hAnsi="Calibri" w:cs="Calibri" w:eastAsia="Calibri"/>
          <w:b w:val="0"/>
          <w:color w:val="15131F"/>
          <w:sz w:val="21"/>
        </w:rPr>
        <w:t>Faz bem em perguntar. Desligue, ligue-nos para o [número de telefone do seu site] e peça para falar com [o seu nome].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Deixe o cliente dizer os dados. Nunca os leia em voz alta: «É na Rua das Flores, 12?» revela a morada a um desconhecido.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Alteração de email, telefone ou morada: confirme também através do contacto que já está registado.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escreva números de cartão, códigos ou palavras-passe nas notas nem no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alteração à conta antes de a verificação passar, nem sequer «só desta vez».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Compreender o problema: quatro perguntas e um resumo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Avalie depois do resumo · Impacto: Quanto lhe custa e até quando · Canal: O mesmo canal · Responsável: Você, até encaminhar · Primeira resposta: Perguntas em 2 minutos · Escalamento: Crítica: gestor já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Pergunte antes de resolver. Quatro perguntas cobrem a maioria dos contactos. Depois, resuma numa frase e espere por um sim.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Quatro perguntas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O que aconteceu?: Nas palavras do cliente.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Desde quando e com que frequência?: Uma data e um padrão.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O que já tentou?: Para não voltar a pedir o mesmo.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4. De que precisa e até quando?: O impacto: uma chamada com um cliente, uma entrega, uma fatura.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Telefone, ou uma mensagem de chat para cada: </w:t>
      </w:r>
      <w:r>
        <w:rPr>
          <w:rFonts w:ascii="Calibri" w:hAnsi="Calibri" w:cs="Calibri" w:eastAsia="Calibri"/>
          <w:b w:val="0"/>
          <w:color w:val="15131F"/>
          <w:sz w:val="21"/>
        </w:rPr>
        <w:t>O que está a acontecer e quando começou?</w:t>
        <w:br/>
        <w:t>O que já tentou até agora?</w:t>
        <w:br/>
        <w:t>Há alguma data ou hora até à qual precise que isto funcione?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Resumo (telefone e chat): </w:t>
      </w:r>
      <w:r>
        <w:rPr>
          <w:rFonts w:ascii="Calibri" w:hAnsi="Calibri" w:cs="Calibri" w:eastAsia="Calibri"/>
          <w:b w:val="0"/>
          <w:color w:val="15131F"/>
          <w:sz w:val="21"/>
        </w:rPr>
        <w:t>Deixe-me confirmar se percebi bem: desde [quando], [o que acontece], e precisa que funcione até [data ou hora]. É isso?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Avalie a gravidade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Gravidade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Primeira resposta e escalamento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Crítica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Risco para a segurança, suspeita de usurpação de conta ou muitos clientes afetados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 imediato. Ligue já ao gestor.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cliente não consegue usar o serviço, dinheiro cobrado indevidamente ou uma data em risco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responsável responde no prazo de 2 horas, dentro do horário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Normal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Existe uma solução provisória, uma pergunta ou um pedido de alteração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1 dia útil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causa antes de a ter verificado, como «Deve ser do seu router».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Guião de diagnóstico: um passo, uma verificação, um resultado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Alta se não puder usar de todo · Impacto: O que o cliente não consegue fazer · Canal: Telefone para passos práticos · Responsável: Você, até à regra de paragem · Primeira resposta: Primeiro passo em 5 minutos · Escalamento: 3 passos sem progresso: separador 7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 quando algo não funciona e existe uma solução conhecida: um passo, pergunte o que o cliente vê, anote o resultado e só depois o passo seguinte.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Telefone: </w:t>
      </w:r>
      <w:r>
        <w:rPr>
          <w:rFonts w:ascii="Calibri" w:hAnsi="Calibri" w:cs="Calibri" w:eastAsia="Calibri"/>
          <w:b w:val="0"/>
          <w:color w:val="15131F"/>
          <w:sz w:val="21"/>
        </w:rPr>
        <w:t>Vamos experimentar uma coisa de cada vez. Primeiro, por favor, [passo]. Diga-me quando estiver feito e o que vê.</w:t>
        <w:br/>
        <w:t>Obrigado. Isso exclui [causa]. A seguir, por favor, [passo].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</w:t>
      </w:r>
      <w:r>
        <w:rPr>
          <w:rFonts w:ascii="Calibri" w:hAnsi="Calibri" w:cs="Calibri" w:eastAsia="Calibri"/>
          <w:b w:val="0"/>
          <w:color w:val="15131F"/>
          <w:sz w:val="21"/>
        </w:rPr>
        <w:t>Vamos fazer um passo de cada vez.</w:t>
        <w:br/>
        <w:t>Passo 1: [passo]. Quando terminar, responda com o que vê.</w:t>
        <w:br/>
        <w:t>Obrigado, isso exclui [causa]. Passo 2: [passo].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resultou: </w:t>
      </w:r>
      <w:r>
        <w:rPr>
          <w:rFonts w:ascii="Calibri" w:hAnsi="Calibri" w:cs="Calibri" w:eastAsia="Calibri"/>
          <w:b w:val="0"/>
          <w:color w:val="15131F"/>
          <w:sz w:val="21"/>
        </w:rPr>
        <w:t>Resultou. Se o problema voltar, contacte-nos com a referência [referência] e continuamos a partir daqui.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o cliente não pode fazer o passo agora: </w:t>
      </w:r>
      <w:r>
        <w:rPr>
          <w:rFonts w:ascii="Calibri" w:hAnsi="Calibri" w:cs="Calibri" w:eastAsia="Calibri"/>
          <w:b w:val="0"/>
          <w:color w:val="15131F"/>
          <w:sz w:val="21"/>
        </w:rPr>
        <w:t>Não há problema. Posso ligar-lhe às [hora] para o [número de telefone] e fazemos isto juntos. Pode ser?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de paragem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3 passos sem progresso, ou 15 minutos: pare e encaminhe (separador 6 ou 7).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Avise antes de qualquer passo que possa apagar dados ou definições.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Anote cada passo e o seu resultado, para que ninguém volte a pedi-lo.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Que o próximo passo vai resolver. Diga «Vamos experimentar isto» e depois verifique o resultado.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Reembolso, devolução ou troca: opções, limites e prazos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Normal; Alta se houve cobrança indevida · Impacto: O valor em causa · Canal: Telefone ou chat; confirmar por email · Responsável: Você, até ao seu limite · Primeira resposta: Uma decisão no mesmo contacto · Escalamento: Acima do limite: gestor, no próprio dia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 quando um cliente quer o dinheiro de volta, devolver um artigo ou trocá-lo por outro artigo ou plano. Verifique a sua política, ofereça o que a tabela de limites permite e diga o que acontece a seguir e quando.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Os seus limites (preencha uma vez)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Pedido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Pode oferecer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Acima disso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dentro da política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total para o método de pagamento original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 é necessário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Reembolso fora da política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Até [50 $]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Gestor, até [dia útil seguinte]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Devolução ou troca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Etiqueta pré-paga; troca pelo mesmo preço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Danificado, usado ou diferença de preço: gestor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Crédito por falha no serviço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Até [25 $] na próxima fatura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Gestor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Telefone: </w:t>
      </w:r>
      <w:r>
        <w:rPr>
          <w:rFonts w:ascii="Calibri" w:hAnsi="Calibri" w:cs="Calibri" w:eastAsia="Calibri"/>
          <w:b w:val="0"/>
          <w:color w:val="15131F"/>
          <w:sz w:val="21"/>
        </w:rPr>
        <w:t>A sua [encomenda ou subscrição] de [data] está dentro da nossa política de [30] dias, por isso pode escolher um reembolso de [valor] para o método de pagamento original ou uma troca por [artigo]. O que prefere?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[nome]. A encomenda [número de encomenda] está dentro da nossa política de [30] dias. Pode escolher:</w:t>
        <w:br/>
        <w:t>1. Um reembolso de [valor] para o método de pagamento original</w:t>
        <w:br/>
        <w:t>2. Uma troca por [artigo]</w:t>
        <w:br/>
        <w:t>Qual prefere?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 de emitir o reembolso: </w:t>
      </w:r>
      <w:r>
        <w:rPr>
          <w:rFonts w:ascii="Calibri" w:hAnsi="Calibri" w:cs="Calibri" w:eastAsia="Calibri"/>
          <w:b w:val="0"/>
          <w:color w:val="15131F"/>
          <w:sz w:val="21"/>
        </w:rPr>
        <w:t>Emiti hoje o reembolso de [valor] e vai receber uma confirmação por email. É o seu banco que decide quando o valor aparece, normalmente no prazo de [dias indicados pelo prestador de pagamentos].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Acima do seu limite: </w:t>
      </w:r>
      <w:r>
        <w:rPr>
          <w:rFonts w:ascii="Calibri" w:hAnsi="Calibri" w:cs="Calibri" w:eastAsia="Calibri"/>
          <w:b w:val="0"/>
          <w:color w:val="15131F"/>
          <w:sz w:val="21"/>
        </w:rPr>
        <w:t>Um reembolso deste valor precisa da aprovação do meu gestor. Já fiz o pedido a [nome do gestor] e vai ter uma resposta nossa até [hora e dia], com um sim ou um não.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a resposta é não: </w:t>
      </w:r>
      <w:r>
        <w:rPr>
          <w:rFonts w:ascii="Calibri" w:hAnsi="Calibri" w:cs="Calibri" w:eastAsia="Calibri"/>
          <w:b w:val="0"/>
          <w:color w:val="15131F"/>
          <w:sz w:val="21"/>
        </w:rPr>
        <w:t>Lamento, não posso reembolsar isto, porque [motivo numa frase]. O que posso fazer em alternativa: [alternativa dentro dos limites].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reembolso acima do seu limite, ou o dia em que o dinheiro chega. Prometa a data em que o emite.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Espera, transferência e chamada de volta: tempos limite e o que dizer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Conforme avaliada no separador 3 · Impacto: Quanto tempo o cliente espera · Canal: Telefone; chat para mensagens de espera · Responsável: Quem faz a chamada de volta · Primeira resposta: De volta em 2 minutos · Escalamento: Chamada falhada: o gestor liga no mesmo dia · No CRMsoftware.pro: A aplicação não tem filas de chamadas nem transferências de chamadas. Uma chamada de volta é uma tarefa com «Cessionário» (o responsável pela tarefa), «Prazo» e um resumo do estado quando fica concluída.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Peça autorização antes de pôr em espera, diga quanto tempo e volte a horas. Transfira só com um resumo. Prometa uma chamada de volta só com uma hora, um número e uma tarefa.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Tempos limite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Situação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Limite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faz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Espera ao telefone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minutos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Volte mesmo sem novidades.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Espera total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minutos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 vez disso, ofereça uma chamada de volta.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Silêncio no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 minutos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Diga o que está a fazer e quanto tempo demora.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Transferência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minuto para chegar ao colega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resposta: volte e ofereça uma chamada de volta.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de volta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intervalo de 1 hora, no máximo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Crie a tarefa antes de o contacto terminar.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Telefone: antes da espera: </w:t>
      </w:r>
      <w:r>
        <w:rPr>
          <w:rFonts w:ascii="Calibri" w:hAnsi="Calibri" w:cs="Calibri" w:eastAsia="Calibri"/>
          <w:b w:val="0"/>
          <w:color w:val="15131F"/>
          <w:sz w:val="21"/>
        </w:rPr>
        <w:t>Importa-se de aguardar cerca de [2 minutos] enquanto [verifico a sua conta]?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Telefone: ao voltar da espera: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aguardar, [nome]. [O que descobriu, ou de quanto tempo mais precisa].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Transferência assistida: ao cliente: </w:t>
      </w:r>
      <w:r>
        <w:rPr>
          <w:rFonts w:ascii="Calibri" w:hAnsi="Calibri" w:cs="Calibri" w:eastAsia="Calibri"/>
          <w:b w:val="0"/>
          <w:color w:val="15131F"/>
          <w:sz w:val="21"/>
        </w:rPr>
        <w:t>Quem trata de [assunto] é [nome]. Vou explicar-lhe primeiro a situação, para que não tenha de repetir nada. Pode ser?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Transferência assistida: ao colega: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tenho em linha [nome do cliente], identidade verificada, por causa de [problema numa linha]. Já tentou [passos] e precisa de [pedido] até [hora]. Pode ficar com a chamada agora?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Promessa de chamada de volta (telefone e chat): </w:t>
      </w:r>
      <w:r>
        <w:rPr>
          <w:rFonts w:ascii="Calibri" w:hAnsi="Calibri" w:cs="Calibri" w:eastAsia="Calibri"/>
          <w:b w:val="0"/>
          <w:color w:val="15131F"/>
          <w:sz w:val="21"/>
        </w:rPr>
        <w:t>[Nome] vai ligar-lhe [dia], entre as [hora de início] e as [hora de fim], para o número terminado em [últimos 4 dígitos]. Pode ser?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quando precisa de tempo: </w:t>
      </w:r>
      <w:r>
        <w:rPr>
          <w:rFonts w:ascii="Calibri" w:hAnsi="Calibri" w:cs="Calibri" w:eastAsia="Calibri"/>
          <w:b w:val="0"/>
          <w:color w:val="15131F"/>
          <w:sz w:val="21"/>
        </w:rPr>
        <w:t>Estou a verificar isto agora. Vai demorar cerca de [5 minutos] e escrevo aqui assim que tiver a resposta.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hora de chamada de volta sem responsável. Sem tarefa, não há promessa.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Escalamento e passagem: primeiro o resumo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Alta ou Crítica · Impacto: Exige autoridade que não tem · Canal: Crítica: telefone; senão, o mesmo canal · Responsável: Uma pessoa com nome · Primeira resposta: Crítica de imediato, Alta em 2 horas · Escalamento: Responsável sem resposta: o substituto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Escale quando a solução exige autoridade ou acessos que não tem, quando o cliente pede para falar com um gestor ou quando a gravidade é Crítica. Primeiro o resumo ao responsável, depois informe o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Nota de passagem (interna): </w:t>
      </w:r>
      <w:r>
        <w:rPr>
          <w:rFonts w:ascii="Calibri" w:hAnsi="Calibri" w:cs="Calibri" w:eastAsia="Calibri"/>
          <w:b w:val="0"/>
          <w:color w:val="15131F"/>
          <w:sz w:val="21"/>
        </w:rPr>
        <w:t>Cliente: [nome], [número de conta ou de encomenda], verificado: [sim ou não]</w:t>
        <w:br/>
        <w:t>Canal e hora: [telefone ou chat], [data e hora]</w:t>
        <w:br/>
        <w:t>Problema: [o resumo que o cliente confirmou]</w:t>
        <w:br/>
        <w:t>Tentado: [passos e resultados]</w:t>
        <w:br/>
        <w:t>Gravidade e impacto: [gravidade], [quanto lhe custa e até quando]</w:t>
        <w:br/>
        <w:t>Prometido até agora: [o que foi dito ao cliente, com horas]</w:t>
        <w:br/>
        <w:t>Responsável: [nome]. Responder até: [hora]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Telefone: informar o cliente: </w:t>
      </w:r>
      <w:r>
        <w:rPr>
          <w:rFonts w:ascii="Calibri" w:hAnsi="Calibri" w:cs="Calibri" w:eastAsia="Calibri"/>
          <w:b w:val="0"/>
          <w:color w:val="15131F"/>
          <w:sz w:val="21"/>
        </w:rPr>
        <w:t>Vou passar isto a [nome do responsável], [função], que pode [o que pode fazer]. Já tem tudo o que falámos, por isso não vai precisar de repetir nada. Vai ter notícias até [hora e dia].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informar o cliente: </w:t>
      </w:r>
      <w:r>
        <w:rPr>
          <w:rFonts w:ascii="Calibri" w:hAnsi="Calibri" w:cs="Calibri" w:eastAsia="Calibri"/>
          <w:b w:val="0"/>
          <w:color w:val="15131F"/>
          <w:sz w:val="21"/>
        </w:rPr>
        <w:t>Passei isto a [nome do responsável], [função], com este chat e os passos que tentámos. Vai ter notícias nossas até [hora e dia]. A sua referência é [referência].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cliente pede para falar com um gestor: </w:t>
      </w:r>
      <w:r>
        <w:rPr>
          <w:rFonts w:ascii="Calibri" w:hAnsi="Calibri" w:cs="Calibri" w:eastAsia="Calibri"/>
          <w:b w:val="0"/>
          <w:color w:val="15131F"/>
          <w:sz w:val="21"/>
        </w:rPr>
        <w:t>Com certeza. Posso passar-lhe já a chamada para [nome do gestor] ou pedir que lhe ligue até [hora]. O que prefere? Vou transmitir o que falámos, para que já esteja a par.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Primeiro o resumo. O cliente nunca conta a história duas vezes.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 responsável com nome, não uma equipa.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Crítica: ligue já ao responsável, não envie um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O que a próxima pessoa vai decidir. Prometa quem tem o caso e quando o cliente recebe notícias.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Guião de encerramento e o que registar depois de cada contacto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Gravidade: Conforme avaliada no separador 3 · Impacto: Uma linha no registo · Canal: O mesmo do contacto · Responsável: Quem tem o próximo passo · Primeira resposta: Registada em minutos · Escalamento: Registado como Transferido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Um contacto só fica encerrado quando o próximo passo foi confirmado com o cliente, a linha do registo está completa e qualquer chamada de volta prometida tem uma tarefa.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Telefone: confirmar e encerrar: </w:t>
      </w:r>
      <w:r>
        <w:rPr>
          <w:rFonts w:ascii="Calibri" w:hAnsi="Calibri" w:cs="Calibri" w:eastAsia="Calibri"/>
          <w:b w:val="0"/>
          <w:color w:val="15131F"/>
          <w:sz w:val="21"/>
        </w:rPr>
        <w:t>Antes de terminarmos, deixe-me confirmar: [próximo passo], por [quem], até [quando]. Está correto?</w:t>
        <w:br/>
        <w:t>Há mais alguma coisa em que possa ajudar hoje?</w:t>
        <w:br/>
        <w:t>Obrigado pela sua chamada, [nome].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Chat: confirmar e encerrar: </w:t>
      </w:r>
      <w:r>
        <w:rPr>
          <w:rFonts w:ascii="Calibri" w:hAnsi="Calibri" w:cs="Calibri" w:eastAsia="Calibri"/>
          <w:b w:val="0"/>
          <w:color w:val="15131F"/>
          <w:sz w:val="21"/>
        </w:rPr>
        <w:t>Para confirmar: [próximo passo], por [quem], até [quando]. Pode ser?</w:t>
        <w:br/>
        <w:t>Há mais alguma coisa em que possa ajudar?</w:t>
        <w:br/>
        <w:t>Obrigado, [nome]. Pode responder aqui a qualquer momento com a referência [referência].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Ainda não resolvido: </w:t>
      </w:r>
      <w:r>
        <w:rPr>
          <w:rFonts w:ascii="Calibri" w:hAnsi="Calibri" w:cs="Calibri" w:eastAsia="Calibri"/>
          <w:b w:val="0"/>
          <w:color w:val="15131F"/>
          <w:sz w:val="21"/>
        </w:rPr>
        <w:t>Eis exatamente o que acontece a seguir: [nome do responsável] vai [ação] até [hora]. Se não tiver notícias nossas até lá, responda aqui ou ligue para o [número de telefone] com a referência [referência].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Linha do registo (uma por contacto): </w:t>
      </w:r>
      <w:r>
        <w:rPr>
          <w:rFonts w:ascii="Calibri" w:hAnsi="Calibri" w:cs="Calibri" w:eastAsia="Calibri"/>
          <w:b w:val="0"/>
          <w:color w:val="15131F"/>
          <w:sz w:val="21"/>
        </w:rPr>
        <w:t>[Data e hora], [canal], [cliente], [motivo], [gravidade], [impacto numa linha]</w:t>
        <w:br/>
        <w:t>Verificado, resolvido no primeiro contacto, transferido: [sim ou não, para cada]. Primeira resposta: [minutos]</w:t>
        <w:br/>
        <w:t>Chamada de volta prometida até: [hora ou nenhuma]. Chamada de volta feita: [hora]</w:t>
        <w:br/>
        <w:t>Próximo passo: [passo]. Confirmado com o cliente: [sim ou não]. Responsável: [nome]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Verificação final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Feita quando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Próximo passo confirmado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Repetiu-o com quem e quando, e o cliente disse que sim.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Linha do registo completa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Todos os campos preenchidos, incluindo Verificado e Responsável.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 de volta com 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«Cessionário» e «Prazo» à hora prometida, antes de o contacto terminar.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«Alguém vai entrar em contacto consigo.» Diga o nome da pessoa, o canal e a hora.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Exemplo preenchido: um chat à noite, uma chamada de volta de manhã, uma linha do registo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Um exemplo de guião de apoio ao cliente do início ao fim: um chat que termina com uma chamada de volta prometida, a chamada que cumpre a promessa e a linha do registo. A Alderbank Fiber é um pequeno fornecedor de internet fictício.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Olá, a minha internet está sempre a ir abaixo à noite, 5 ou 6 vezes por noite desde sábado. Tenho uma videochamada com um cliente na quinta-feira às 9.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Lamento, isso é stressante antes de uma chamada. O que faz a luz do router quando a ligação cai? E acontece em todos os dispositivos?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Fica vermelha durante cerca de um minuto e depois volta a verde. Em todos os dispositivos.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Obrigado. Vou passar este chat à nossa equipa com as suas mensagens, para que não tenha de repetir nada.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Nina (apoio): </w:t>
      </w:r>
      <w:r>
        <w:rPr>
          <w:rFonts w:ascii="Calibri" w:hAnsi="Calibri" w:cs="Calibri" w:eastAsia="Calibri"/>
          <w:b w:val="0"/>
          <w:color w:val="15131F"/>
          <w:sz w:val="21"/>
        </w:rPr>
        <w:t>Olá, Maya, aqui é a Nina, da Alderbank Fiber. Antes de abrir a sua conta, confirme, por favor, o seu número de conta e o email associado à conta.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AB-20417, e o email é maya.c@example.com.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Nina (apoio): </w:t>
      </w:r>
      <w:r>
        <w:rPr>
          <w:rFonts w:ascii="Calibri" w:hAnsi="Calibri" w:cs="Calibri" w:eastAsia="Calibri"/>
          <w:b w:val="0"/>
          <w:color w:val="15131F"/>
          <w:sz w:val="21"/>
        </w:rPr>
        <w:t>Obrigada, coincide. Então: desde sábado, a ligação cai 5 ou 6 vezes todas as noites, a luz fica vermelha, em todos os dispositivos, e precisa que esteja estável até quinta-feira às 9:00. É isso?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Sim, exatamente.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Nina (apoio): </w:t>
      </w:r>
      <w:r>
        <w:rPr>
          <w:rFonts w:ascii="Calibri" w:hAnsi="Calibri" w:cs="Calibri" w:eastAsia="Calibri"/>
          <w:b w:val="0"/>
          <w:color w:val="15131F"/>
          <w:sz w:val="21"/>
        </w:rPr>
        <w:t>Uma luz vermelha aponta para a linha. A nossa equipa de rede testa as linhas a partir das 8:00: o Tom vai ligar-lhe amanhã entre as 9:00 e as 10:00, para o número terminado em 4471. Pode ser?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Sim. Ele consegue resolver isto antes de quinta-feira?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Nina (apoio): </w:t>
      </w:r>
      <w:r>
        <w:rPr>
          <w:rFonts w:ascii="Calibri" w:hAnsi="Calibri" w:cs="Calibri" w:eastAsia="Calibri"/>
          <w:b w:val="0"/>
          <w:color w:val="15131F"/>
          <w:sz w:val="21"/>
        </w:rPr>
        <w:t>Não posso prometer uma solução antes do teste, mas o Tom vai dizer-lhe o que encontrar e o que vem a seguir. Então: o Tom liga amanhã, entre as 9:00 e as 10:00. Mais alguma coisa?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Não, obrigada.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A chamada de volta por telefone, quarta-feira, 7 de outubro, 09:32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Abrir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«Olá, Maya, fala o Tom, da Alderbank Fiber. Estou a ligar a propósito do seu chat de ontem à noite com a Nina. É uma boa altura?»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Número de conta e email confirmados. «Para confirmar que somos nós, ligue para o número do nosso site.»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Compreender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Resumo lido nas notas. Mais duas quebras ontem à noite, às 20:15 e às 21:40.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Espera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«Importa-se de aguardar cerca de 2 minutos enquanto testo a linha?» De volta ao fim de 90 segundos.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Resolver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Perda de sinal na porta do armário de rua. Linha mudada para uma porta nova; teste sem erros.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Confirmar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«Volto a testar hoje às 21:00 e envio-lhe um email até às 21:30. Também recebe um crédito de 10 $ pelas quatro noites.» Maya: sim.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Encerrar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«Mais alguma coisa antes da sua chamada de quinta-feira?» Não. Chamada terminada às 09:44.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A linha do registo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Data, canal, 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de outubro de 2026, 21:04, chat, Maya Collins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Motivo, gravidade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 técnico, Alta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Impacto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Quebras todas as noites; chamada com cliente quinta-feira às 9:00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Verificado, primeira resposta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Sim, 1 minuto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Resolvido no primeiro contacto, transferido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Não, Não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Chamada de volta prometida até, feita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 de outubro, 10:00, feita às 09:32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Próximo passo, confirmado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Novo teste às 21:00, email até às 21:30. Sim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Responsável, 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Tom Reyes, Encerrado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final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Item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Próximo passo confirmado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21:12 (chamada de volta), chamada 09:43 (novo teste, crédito)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Linha do registo completa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Todos os campos preenchidos, Estado Encerrado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Tarefa da chamada de volta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«Cessionário» Tom, «Prazo» 7 de outubro, 10:00, «Marca concluída» às 09:44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Adapte os guiões ao seu setor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O fluxo mantém-se. O que muda é o que verifica, o que pode prometer e quem fica responsável pelo próximo passo.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Clínica ou consultório dentário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Verifique com o nome completo e a data de nascimento antes de falar de qualquer assunto. As perguntas clínicas vão para um profissional de saúde, com hora marcada para a chamada de volta. Se quem liga descrever uma emergência, diga-lhe que ligue já para o número de emergência local.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diagnóstico, o custo de um tratamento ou o que a seguradora vai pagar.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Loja online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Verifique com o número de encomenda e o email usado na compra. Peça uma fotografia quando um artigo chega danificado. Guarde a ligação de seguimento da encomenda e os seus prazos de devolução em respostas guardadas.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data de entrega que a transportadora não deu.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Serviço B2B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Verifique se quem liga é um contacto autorizado da conta, e não apenas alguém da empresa. Pergunte quantos utilizadores estão afetados. As perguntas sobre contrato, preço e renovação vão para o gestor de conta.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funcionalidade, uma data ou um crédito que não esteja no contrato.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Hotel, restaurante ou espaço de eventos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Verifique com a referência da reserva e o apelido e inclua a data no resumo. Nunca aceite dados de cartão por chat ou email; use a página de pagamento do seu sistema de reservas.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quarto ou um check-out tardio que não esteja confirmado no sistema de reservas.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Versões por setor para consultórios dentários, lojas online e serviços B2B: veja Modelos relacionados.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Avalie uma chamada ou um chat: a grelha de qualidade com 8 critérios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Critério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Sim quando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1. Abrir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Nome e empresa ditos, ajuda oferecida; chat respondido no prazo de 2 minutos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2. Verificar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Dois dados confirmados antes de qualquer detalhe da conta; nenhum número de cartão, código ou palavra-passe pedido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3. Compreender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resumo numa frase, e o cliente disse que sim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4. Resolver ou encaminhar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passo de cada vez com o resultado verificado, ou encaminhado para um responsável com nome, com um resumo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5. Espera e transferência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Pediu antes de pôr em espera, voltou no prazo de 2 minutos, transferência assistida com um resumo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6. Confirmar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Próximo passo, quem e quando repetidos, e o cliente concordou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7. Encerrar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Perguntou se havia mais alguma coisa; nada prometido fora dos limites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8. Registar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Linha do registo completa e uma tarefa para cada chamada de volta prometida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estes modelos de guião de apoio ao cliente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Preencha os espaços uma vez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Empresa, horário, telefone, os seus limites (separador 5) e os responsáveis (separador 7).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Pratique em grupos de três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Simule o exemplo: cliente, agente e um avaliador com os 8 critérios.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Mantenha a ordem, use as suas palavras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Ao telefone, nunca salte um passo. No chat, cole as frases e preencha os parênteses retos.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Registe cada contacto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linha por contacto. Uma chamada de volta prometida recebe uma tarefa antes de o contacto terminar.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Avalie 5 contactos por semana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Por pessoa. Altere o guião onde o mesmo critério continua a falhar.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Os chats passados a uma pessoa aparecem em «Suporte ao Vivo» como «Aguardando agente». Clique em «Reivindicar» (assumir o chat), leia o histórico, use as frases de chat e clique em «Resolver» depois da verificação final.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No Growth: «Configurações» &gt; «Respostas salvas» &gt; «Nova resposta», com «Atalho» (por exemplo /verify), «Título», «Corpo da resposta» e «Compartilhar com a equipe». Escreva o atalho na caixa de resposta do chat.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Cada chamada de volta prometida: «Tarefas» &gt; «Nova Tarefa» com «Cessionário» (o responsável pela tarefa), «Prazo» e «Prioridade»; ative «Resumo de status necessário ao concluir». Verifique «Prazo para hoje» e «Atraso» todas as manhãs.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Escreva o resumo e o próximo passo nas «Notas» do contacto. Acrescente uma etiqueta por motivo de contacto: «Configurações» &gt; «Tags de Conversa» &gt; «Nova etiqueta».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«Meus Bots» &gt; escolha o bot &gt; separador «Comportamento» &gt; «Avaliações de Satisfação»: uma avaliação por estrelas quando um chat termina, visível em «Análises», em «Satisfação».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CRMsoftware.pro não tem sistema telefónico de call center: não há filas de chamadas, transferências de chamadas nem gravação de chamadas. Use o seu próprio telefone e registe as chamadas. Passagem para uma pessoa: Launch, 19 $ por mês, com faturação anual, para 8 utilizadores. Respostas guardadas: Growth, 49 $. Free: chat com IA e tarefas básicas para 3 utilizadores.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semanal, 20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Chamada de volta em atraso está a zero, ou cada caso tem uma tarefa nova.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Trabalhe primeiro no motivo com a resolução no primeiro contacto mais baixa.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critério de qualidade mais falhado passa a ser o treino da próxima semana.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https://crmsoftware.pro/pt/templates/customer-service-script-templates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guião de apoio ao cliente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