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email de escalonamento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A árvore de contactos de escalonamento e os emails que a usam: para o responsável, a sua chefia, um fornecedor e o cliente, o seguimento sem resposta, a versão urgente e o email de fecho.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primeiro a árvore de contactos do separador 1. Depois, substitua cada palavra entre [parênteses retos] pelos factos do caso e envie o separador que corresponde à situação. Registe todos os escalonamentos no registo de escalonamentos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A árvore de contactos de escalonamento: quem trata de quê e até quando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Campos por linha: 5 · Resposta: «Está comigo», passo, hora · Revisão: Trimestral e após uma falha · Terceiro nível: As equipas técnicas de prevenção usam a mesma estrutura: um segundo elemento que apanha o que o principal deixa passar e, depois, toda a equipa. Numa pequena empresa, costuma ser o fundador.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Todos os modelos de email de escalonamento desta página tiram os factos de uma única tabela: a árvore de contactos de escalonamento, também chamada matriz de escalonamento. Uma linha por categoria do problema, cinco campos por linha. Preencha-a uma vez e partilhe-a com a equipa.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 da árvore (uma por categoria do problema): </w:t>
      </w:r>
      <w:r>
        <w:rPr>
          <w:rFonts w:ascii="Calibri" w:hAnsi="Calibri" w:cs="Calibri" w:eastAsia="Calibri"/>
          <w:b w:val="0"/>
          <w:color w:val="15131F"/>
          <w:sz w:val="21"/>
        </w:rPr>
        <w:t>Categoria do problema: [categoria]</w:t>
        <w:br/>
        <w:t>Responsável principal: [nome, função, telefone]</w:t>
        <w:br/>
        <w:t>Responsável substituto: [nome, função, telefone]</w:t>
        <w:br/>
        <w:t>Horário: [quando está contactável, por exemplo seg. a sex., 9:00-17:00]</w:t>
        <w:br/>
        <w:t>Prazo de resposta: Crítica [30 minutos] / Alta [2 horas] / Normal [24 horas]</w:t>
        <w:br/>
        <w:t>Plano de recurso: [o que acontece se ninguém responder dentro do prazo]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Gravidade e prazo de resposta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Gravidade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Responder em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Crítica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Risco para a segurança, exposição de dados ou muitos clientes afetados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minutos, a qualquer hora, por telefone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cliente não consegue usar o serviço, ou há dinheiro ou um compromisso com data em risco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horas, no horário do responsável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Normal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Existe uma solução provisória, ou a decisão está acima da sua função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24 horas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Como preencher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5 a 8 categorias: Avarias, entregas, faturação, reclamações, falhas no serviço, dados: os motivos reais que levam os clientes a escalar.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Um responsável, um substituto: Pessoas, não caixas de correio partilhadas. O substituto pode tomar a mesma decisão.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Horário e telefone: Quando cada responsável está contactável; um telefone para a gravidade Crítica.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Prazo por gravidade: Resposta significa «está comigo» com o próximo passo e uma hora, não a solução.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Plano de recurso: O que acontece no fim do prazo. Reveja a árvore depois de cada prazo falhado.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Exemplo: a árvore da Kettlebrook Coffee Service, uma empresa fictícia que aluga máquinas de café a escritórios e trata da sua manutenção. Os prazos seguem a tabela de gravidade.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Avaria ou reparação da máquina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Marco Bianchi, gestor de assistência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Substituto: </w:t>
      </w:r>
      <w:r>
        <w:rPr>
          <w:rFonts w:ascii="Calibri" w:hAnsi="Calibri" w:cs="Calibri" w:eastAsia="Calibri"/>
          <w:b w:val="0"/>
          <w:color w:val="5D5A70"/>
          <w:sz w:val="21"/>
        </w:rPr>
        <w:t>Ruth Okoye, diretora de operações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Horário: </w:t>
      </w:r>
      <w:r>
        <w:rPr>
          <w:rFonts w:ascii="Calibri" w:hAnsi="Calibri" w:cs="Calibri" w:eastAsia="Calibri"/>
          <w:b w:val="0"/>
          <w:color w:val="5D5A70"/>
          <w:sz w:val="21"/>
        </w:rPr>
        <w:t>seg. a sex., 7:00-17:00; Crítica a qualquer hora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Plano de recurso: </w:t>
      </w:r>
      <w:r>
        <w:rPr>
          <w:rFonts w:ascii="Calibri" w:hAnsi="Calibri" w:cs="Calibri" w:eastAsia="Calibri"/>
          <w:b w:val="0"/>
          <w:color w:val="5D5A70"/>
          <w:sz w:val="21"/>
        </w:rPr>
        <w:t>A Ruth envia uma máquina de substituição no próprio dia. Crítica: ligar à Ruth e depois à Hannah.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Entrega ou consumíveis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Ruth Okoye, diretora de operações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Substituto: </w:t>
      </w:r>
      <w:r>
        <w:rPr>
          <w:rFonts w:ascii="Calibri" w:hAnsi="Calibri" w:cs="Calibri" w:eastAsia="Calibri"/>
          <w:b w:val="0"/>
          <w:color w:val="5D5A70"/>
          <w:sz w:val="21"/>
        </w:rPr>
        <w:t>Nadia Flores, chefe de armazém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Horário: </w:t>
      </w:r>
      <w:r>
        <w:rPr>
          <w:rFonts w:ascii="Calibri" w:hAnsi="Calibri" w:cs="Calibri" w:eastAsia="Calibri"/>
          <w:b w:val="0"/>
          <w:color w:val="5D5A70"/>
          <w:sz w:val="21"/>
        </w:rPr>
        <w:t>seg. a sex., 6:30-16:00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Plano de recurso: </w:t>
      </w:r>
      <w:r>
        <w:rPr>
          <w:rFonts w:ascii="Calibri" w:hAnsi="Calibri" w:cs="Calibri" w:eastAsia="Calibri"/>
          <w:b w:val="0"/>
          <w:color w:val="5D5A70"/>
          <w:sz w:val="21"/>
        </w:rPr>
        <w:t>A Nadia envia um estafeta no próprio dia.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Faturação ou contrato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Leo Park, contabilidade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Substituto: </w:t>
      </w:r>
      <w:r>
        <w:rPr>
          <w:rFonts w:ascii="Calibri" w:hAnsi="Calibri" w:cs="Calibri" w:eastAsia="Calibri"/>
          <w:b w:val="0"/>
          <w:color w:val="5D5A70"/>
          <w:sz w:val="21"/>
        </w:rPr>
        <w:t>Hannah Price, fundadora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Horário: </w:t>
      </w:r>
      <w:r>
        <w:rPr>
          <w:rFonts w:ascii="Calibri" w:hAnsi="Calibri" w:cs="Calibri" w:eastAsia="Calibri"/>
          <w:b w:val="0"/>
          <w:color w:val="5D5A70"/>
          <w:sz w:val="21"/>
        </w:rPr>
        <w:t>seg. a sex., 9:00-17:00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Plano de recurso: </w:t>
      </w:r>
      <w:r>
        <w:rPr>
          <w:rFonts w:ascii="Calibri" w:hAnsi="Calibri" w:cs="Calibri" w:eastAsia="Calibri"/>
          <w:b w:val="0"/>
          <w:color w:val="5D5A70"/>
          <w:sz w:val="21"/>
        </w:rPr>
        <w:t>A Hannah assume o caso. Reembolsos acima de 500 $ precisam sempre da Hannah.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Reclamação ou ameaça judicial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Hannah Price, fundadora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Substituto: </w:t>
      </w:r>
      <w:r>
        <w:rPr>
          <w:rFonts w:ascii="Calibri" w:hAnsi="Calibri" w:cs="Calibri" w:eastAsia="Calibri"/>
          <w:b w:val="0"/>
          <w:color w:val="5D5A70"/>
          <w:sz w:val="21"/>
        </w:rPr>
        <w:t>Ruth Okoye, diretora de operações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Horário: </w:t>
      </w:r>
      <w:r>
        <w:rPr>
          <w:rFonts w:ascii="Calibri" w:hAnsi="Calibri" w:cs="Calibri" w:eastAsia="Calibri"/>
          <w:b w:val="0"/>
          <w:color w:val="5D5A70"/>
          <w:sz w:val="21"/>
        </w:rPr>
        <w:t>seg. a sex., 8:00-18:00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Plano de recurso: </w:t>
      </w:r>
      <w:r>
        <w:rPr>
          <w:rFonts w:ascii="Calibri" w:hAnsi="Calibri" w:cs="Calibri" w:eastAsia="Calibri"/>
          <w:b w:val="0"/>
          <w:color w:val="5D5A70"/>
          <w:sz w:val="21"/>
        </w:rPr>
        <w:t>A Ruth liga ao cliente no próprio dia.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1.5 Falha no serviço ou muitos clientes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Ruth Okoye, diretora de operações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Substituto: </w:t>
      </w:r>
      <w:r>
        <w:rPr>
          <w:rFonts w:ascii="Calibri" w:hAnsi="Calibri" w:cs="Calibri" w:eastAsia="Calibri"/>
          <w:b w:val="0"/>
          <w:color w:val="5D5A70"/>
          <w:sz w:val="21"/>
        </w:rPr>
        <w:t>Hannah Price, fundadora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Horário: </w:t>
      </w:r>
      <w:r>
        <w:rPr>
          <w:rFonts w:ascii="Calibri" w:hAnsi="Calibri" w:cs="Calibri" w:eastAsia="Calibri"/>
          <w:b w:val="0"/>
          <w:color w:val="5D5A70"/>
          <w:sz w:val="21"/>
        </w:rPr>
        <w:t>A qualquer hora, por telefone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Plano de recurso: </w:t>
      </w:r>
      <w:r>
        <w:rPr>
          <w:rFonts w:ascii="Calibri" w:hAnsi="Calibri" w:cs="Calibri" w:eastAsia="Calibri"/>
          <w:b w:val="0"/>
          <w:color w:val="5D5A70"/>
          <w:sz w:val="21"/>
        </w:rPr>
        <w:t>Ligar à Hannah. Enviar email aos clientes afetados de hora a hora até estar resolvido.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1.6 Dados ou segurança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Hannah Price, fundadora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Substituto: </w:t>
      </w:r>
      <w:r>
        <w:rPr>
          <w:rFonts w:ascii="Calibri" w:hAnsi="Calibri" w:cs="Calibri" w:eastAsia="Calibri"/>
          <w:b w:val="0"/>
          <w:color w:val="5D5A70"/>
          <w:sz w:val="21"/>
        </w:rPr>
        <w:t>Leo Park, contabilidade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Horário: </w:t>
      </w:r>
      <w:r>
        <w:rPr>
          <w:rFonts w:ascii="Calibri" w:hAnsi="Calibri" w:cs="Calibri" w:eastAsia="Calibri"/>
          <w:b w:val="0"/>
          <w:color w:val="5D5A70"/>
          <w:sz w:val="21"/>
        </w:rPr>
        <w:t>A qualquer hora, por telefone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Plano de recurso: </w:t>
      </w:r>
      <w:r>
        <w:rPr>
          <w:rFonts w:ascii="Calibri" w:hAnsi="Calibri" w:cs="Calibri" w:eastAsia="Calibri"/>
          <w:b w:val="0"/>
          <w:color w:val="5D5A70"/>
          <w:sz w:val="21"/>
        </w:rPr>
        <w:t>Ligar ao Leo. Bloquear primeiro a conta afetada.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hora de resolução na árvore. A árvore promete uma resposta dentro do prazo, não uma solução.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Email interno de escalonamento para o responsável pelo problema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a: Responsável principal · Cópia: Substituto, se Crítica · Prazo: Hora de envio + árvore · Registe antes de enviar: Hora, cliente, categoria, gravidade, responsável e prazo: uma linha no registo em Excel.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Envie-o quando a solução habitual falhou e o problema pertence a outra pessoa da árvore. Envie-o só ao responsável principal; ponha o substituto em cópia nos casos de gravidade Crítica ou no fim do prazo (separador 6).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Escalonamento, [Alta]: [problema em 5 palavras], [cliente], responder até [hora]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 do responsável],</w:t>
        <w:br/>
        <w:br/>
        <w:t>Estou a escalar este caso para si, como responsável por [categoria do problema]. Gravidade: [Alta]. Peço que responda até [hora do prazo] com o próximo passo e uma hora.</w:t>
        <w:br/>
        <w:br/>
        <w:t>Cliente: [nome, empresa, contacto]</w:t>
        <w:br/>
        <w:t>Problema: [o que está errado, em uma ou duas frases]</w:t>
        <w:br/>
        <w:t>Impacto: [quem é afetado, o que não consegue fazer, o que está em risco e até quando]</w:t>
        <w:br/>
        <w:t>O que tentei: [passo, hora], [passo, hora]. Resultado: [resultado]</w:t>
        <w:br/>
        <w:t>O pedido: [um pedido claro, por exemplo uma visita do técnico antes de quinta-feira]</w:t>
        <w:br/>
        <w:br/>
        <w:t>O cliente terá notícias nossas até [hora do ponto de situação]. Se não tiver resposta sua até [hora do prazo], passo o caso a [responsável substituto], como prevê a árvore. O histórico do chat está no contacto, em [onde está o registo].</w:t>
        <w:br/>
        <w:br/>
        <w:t>[O seu nome], [função]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Passagem a outra equipa (o próximo passo é dela):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estou a passar [problema] de [cliente] para a sua equipa, porque o próximo passo, [próximo passo], é convosco. Gravidade: [Normal]. Responder até [prazo]. Confirmado até agora: [factos]. O que dissemos ao cliente: [ponto de situação e hora]. Se ninguém assumir o caso até [prazo], passa para [responsável substituto]. [O seu 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Categoria, gravidade, responsável e substituto, a partir da linha da árvore.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Prazo: a hora de envio mais o prazo da árvore.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impacto em factos e o que tentou, com horas.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pedido a que se responda com sim, não ou uma hora.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resultado ao cliente em nome do responsável. Prometa apenas a hora do próximo ponto de situação.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Email de escalonamento para a chefia: exemplo para pedir uma decisão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Pedir: Uma decisão · Incluir: 2 opções e a sua escolha · Sem resposta: A sua ação por defeito · Se a chefia não responder: Siga o plano de recurso e diga-o: «Ponho [substituto] em cópia porque o prazo passou.» Nunca passe por cima de alguém em silêncio.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Use-o quando o próximo passo é uma decisão acima da sua função: uma exceção à política, um valor acima do seu limite, um cliente que pode perder.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Decisão necessária até [hora]: [problema] de [cliente]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 da chefia],</w:t>
        <w:br/>
        <w:br/>
        <w:t>Preciso da sua decisão sobre [problema] de [cliente] até [hora do prazo]. Está acima da minha função porque [motivo, por exemplo o reembolso ultrapassa o meu limite de 100 $].</w:t>
        <w:br/>
        <w:br/>
        <w:t>Impacto: [quem é afetado, o que está em risco, até quando]</w:t>
        <w:br/>
        <w:t>O que tentei: [passos, com datas]</w:t>
        <w:br/>
        <w:t>Opção 1: [opção], custo [valor], resultado [resultado]</w:t>
        <w:br/>
        <w:t>Opção 2: [opção], custo [valor], resultado [resultado]</w:t>
        <w:br/>
        <w:t>Recomendo a opção [número], porque [um motivo].</w:t>
        <w:br/>
        <w:br/>
        <w:t>Se não tiver resposta sua até [hora do prazo], vou [ação por defeito dentro da minha autoridade]. Uma chamada de 5 minutos também serve: [telefone].</w:t>
        <w:br/>
        <w:br/>
        <w:t>[O seu nome], [função]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 para o chat da equipa: </w:t>
      </w:r>
      <w:r>
        <w:rPr>
          <w:rFonts w:ascii="Calibri" w:hAnsi="Calibri" w:cs="Calibri" w:eastAsia="Calibri"/>
          <w:b w:val="0"/>
          <w:color w:val="15131F"/>
          <w:sz w:val="21"/>
        </w:rPr>
        <w:t>[Nome da chefia], preciso de uma decisão até [hora]: [problema] de [cliente]. Opção 1: [opção]. Opção 2: [opção]. Recomendo a [número] porque [motivo]. Detalhes no meu email. Se não houver resposta até [hora], avanço com [ação por defeito].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decisão, no assunto e na primeira frase.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Porque está acima da sua função.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Duas opções com custo e resultado, e a sua escolha.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prazo e a sua ação por defeito dentro da sua autoridade.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A exceção ao cliente antes de a chefia concordar. Diga que pediu uma decisão e quando lhe volta a dar notícias.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Email de escalonamento para um fornecedor, com provas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a: Gestor de conta · Anexar: Provas com data · Pedir: Responsável e data · Escreva para um terceiro leitor: Factos, datas e referências, sem adjetivos. Se acabar num pedido de crédito, este email é o resumo.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Use-o quando o apoio normal de um fornecedor está parado: ninguém responsável pelo pedido, uma peça que não chega, uma data que passou. Escreva ao gestor de conta, e não apenas para a fila de pedidos, e deixe que as datas e os custos mostrem a urgência.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Escalonamento: pedido [número do pedido], aberto desde [data], responsável nomeado até [data]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Estou a escalar o pedido [número do pedido], aberto a [data], porque o apoio normal não o resolveu e agora afeta os nossos clientes.</w:t>
        <w:br/>
        <w:br/>
        <w:t>Problema: [o que está errado, numa frase]</w:t>
        <w:br/>
        <w:t>Impacto para nós: [clientes afetados, horas ou encomendas perdidas, dinheiro em risco]</w:t>
        <w:br/>
        <w:t>Histórico:</w:t>
        <w:br/>
        <w:t>- [data]: comunicado por [canal], referência [referência]</w:t>
        <w:br/>
        <w:t>- [data]: voltámos a contactar, resposta: [o que disseram]</w:t>
        <w:br/>
        <w:t>- [data]: voltámos a contactar, sem resposta</w:t>
        <w:br/>
        <w:t>Provas em anexo: [fotografias, capturas de ecrã, confirmações de encomenda, registos do sistema]</w:t>
        <w:br/>
        <w:t>O nosso acordo: [referência do contrato e o prazo de resposta que define, se houver]</w:t>
        <w:br/>
        <w:br/>
        <w:t>O pedido: um responsável nomeado e uma data de resolução até [data e hora]. Se não tiver as duas coisas até lá, vou [próximo passo, por exemplo pedir à sua chefia que nomeie um responsável].</w:t>
        <w:br/>
        <w:br/>
        <w:t>[O seu nome], [função], [empresa], [telefone]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Segundo seguimento se o fornecedor não responder: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volto ao meu escalonamento de [data] sobre o pedido [número do pedido]. Pedi um responsável nomeado e uma data de resolução até [prazo] e não tenho nenhum dos dois. O impacto é agora [impacto atualizado], por isso avancei para [próximo passo dado]. Se puder nomear um responsável hoje, continuo a trabalhar convosco com todo o gosto. [O seu 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Provas a anexar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número do pedido ou da encomenda e a data em que o comunicou pela primeira vez.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seguimento, com a data e a resposta.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Fotografias, capturas de ecrã ou registos do sistema, com datas, e as condições que definem um prazo de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Ao seu cliente uma data que o fornecedor não confirmou por escrito. Diga o que pediu e quando lhe volta a dar notícias.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Email de escalonamento ao cliente: quem trata e o próximo ponto de situação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 prazo de: 15 minutos · Ponto de situação: Após o prazo do responsável · Indicar: Responsável e função · Se o responsável mudar: Diga quem tem o caso agora no próximo ponto de situação; caso contrário, um nome novo parece um caso esquecido.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Envie-o no prazo de 15 minutos após o escalonamento interno, no canal do cliente: quem tem o caso, quando volta a ter notícias suas e o que precisa de fazer.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O seu caso, [problema], foi escalado para [nome do responsável], notícias até [hora]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paciência enquanto tentávamos [o que tentou]. Não resolveu [problema], por isso escalei o caso.</w:t>
        <w:br/>
        <w:br/>
        <w:t>Quem tem o caso: [nome do responsável], [função do responsável] da nossa equipa, responsável por [categoria do problema].</w:t>
        <w:br/>
        <w:t>A sua referência: [referência]</w:t>
        <w:br/>
        <w:t>Próximo ponto de situação: até [hora e dia do ponto de situação], mesmo que a solução ainda não esteja concluída.</w:t>
        <w:br/>
        <w:t>O que precisa de fazer: [nada por agora / uma coisa]</w:t>
        <w:br/>
        <w:br/>
        <w:t>Não precisa de explicar nada outra vez: [nome do responsável] já tem o histórico completo. Se algo mudar do seu lado, responda a este email e a mensagem chega diretamente a mim.</w:t>
        <w:br/>
        <w:br/>
        <w:t>[O seu nome], [função],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Escalei o caso para [nome do responsável], [função do responsável] da nossa equipa. A sua referência é [referência]. Vai ter notícias nossas hoje até às [hora do ponto de situação], mesmo que a solução ainda não esteja concluída. Não precisa de repetir nada; [nome do responsável] tem esta conversa.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foi o cliente a escalar primeiro: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lamento que tenha chegado ao ponto de ter de escalar. Passei o seu pedido sobre [problema] a [nome do responsável], [função do responsável] da nossa equipa, com o histórico completo. A sua referência é [referência] e vai receber um ponto de situação a sério, não uma mensagem de espera, até [hora do ponto de situação]. [O seu 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 e função do responsável, a partir da linha da árvore.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Hora do ponto de situação: o prazo do responsável mais cerca de 20 minutos.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ação para o cliente, ou «nada por agora».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hora de resolução, um reembolso ou uma compensação antes de o responsável os confirmar. Cumpra a hora do ponto de situação, mesmo sem novidades.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Sem resposta: email de seguimento e o plano de recurso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Enviar: No fim do prazo · Para: Responsável e substituto · Prazo do substituto: Metade do original · Depois de uma falha: Registe «Substituto acionado: Sim» e o motivo. A maioria das falhas são problemas da árvore (sem telefone, horário errado, responsável no terreno).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Envie-o no fim do prazo, não um dia depois. O escalonamento passa para o substituto e um só email informa as duas pessoas. A hora do ponto de situação ao cliente não muda.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Sem resposta até [hora do prazo]: [problema] de [cliente] passa para [nome do substituto]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 do responsável], olá, [nome do substituto],</w:t>
        <w:br/>
        <w:br/>
        <w:t>[Nome do responsável], o meu escalonamento das [hora] sobre [problema] de [cliente] não teve resposta até ao prazo das [hora do prazo]. [Nome do substituto], na nossa árvore de contactos, é a pessoa que substitui o responsável em [categoria do problema], por isso o caso passa agora para si.</w:t>
        <w:br/>
        <w:br/>
        <w:t>Problema: [problema], gravidade [Alta]</w:t>
        <w:br/>
        <w:t>Impacto: [impacto, atualizado se mudou]</w:t>
        <w:br/>
        <w:t>O que tentei: [passos]</w:t>
        <w:br/>
        <w:t>O pedido: [o mesmo pedido]</w:t>
        <w:br/>
        <w:t>O cliente espera um ponto de situação até [hora do ponto de situação].</w:t>
        <w:br/>
        <w:br/>
        <w:t>[Nome do substituto], peço que responda «está comigo» com o próximo passo até [prazo do substituto]. Se não tiver notícias de nenhum dos dois até lá, vou [terceiro nível, por exemplo ligar ao fundador].</w:t>
        <w:br/>
        <w:br/>
        <w:t>[O seu nome], [função]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Terceiro nível, se o substituto também não responder: </w:t>
      </w:r>
      <w:r>
        <w:rPr>
          <w:rFonts w:ascii="Calibri" w:hAnsi="Calibri" w:cs="Calibri" w:eastAsia="Calibri"/>
          <w:b w:val="0"/>
          <w:color w:val="15131F"/>
          <w:sz w:val="21"/>
        </w:rPr>
        <w:t>[Nome], [problema] de [cliente] continua sem resposta: [responsável] falhou o prazo das [hora] e [substituto] falhou o das [hora]. Impacto: [impacto]. O ponto de situação ao cliente é às [hora]. Preciso que uma pessoa diga «está comigo» agora; ligo-lhe às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Ponto de situação ao cliente quando o responsável muda: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como prometido, um ponto de situação sobre [problema]: o seu caso está agora com [nome do substituto], [função do substituto] da nossa equipa. [Próximo passo e quando]. A sua referência continua a ser [referência]. [O seu 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Faça um só seguimento, no fim do prazo, ao responsável e ao substituto em conjunto.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substituto tem metade do prazo original: 1 hora para Alta.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ponto de situação ao cliente sai a horas, seja quem for o responsável pelo caso.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«o responsável está a tratar disso» quando ninguém respondeu. Diga quem tem o caso agora.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Escalonamento urgente ou de falha no serviço: curto, para chat ou telefone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em: 30 minutos · Canal: Primeiro o telefone · Sem resposta em 15 min: Ligar ao substituto · Na dúvida: Se não conseguir distinguir entre Crítica e Alta, trate o caso como o de gravidade mais alta. Baixar a gravidade depois custa uma chamada.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Os casos de gravidade Crítica não começam por email. Ligue ao responsável e, ao mesmo tempo, publique a mensagem curta no chat da equipa ou envie-a por SMS. O email é o registo escrito depois da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no chat da equipa ou SMS: </w:t>
      </w:r>
      <w:r>
        <w:rPr>
          <w:rFonts w:ascii="Calibri" w:hAnsi="Calibri" w:cs="Calibri" w:eastAsia="Calibri"/>
          <w:b w:val="0"/>
          <w:color w:val="15131F"/>
          <w:sz w:val="21"/>
        </w:rPr>
        <w:t>URGENTE, Crítica: [problema] desde as [hora]. Afeta [quem e quantos]. Já tentei: [uma linha]. [Nome do responsável], ligue-me já para o [telefone]. Sem resposta até às [hora]: ligo a [nome do substituto].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Guião da chamada: </w:t>
      </w:r>
      <w:r>
        <w:rPr>
          <w:rFonts w:ascii="Calibri" w:hAnsi="Calibri" w:cs="Calibri" w:eastAsia="Calibri"/>
          <w:b w:val="0"/>
          <w:color w:val="15131F"/>
          <w:sz w:val="21"/>
        </w:rPr>
        <w:t>Olá, [nome do responsável], fala [o seu nome], com um escalonamento de gravidade Crítica. [Problema] desde as [hora], a afetar [quem e quantos]. Já tentei [uma linha]. Preciso que [pedido]. Pode assumir agora?</w:t>
        <w:br/>
        <w:t>Se sim: digo aos clientes que o caso está consigo e que o próximo ponto de situação é às [hora].</w:t>
        <w:br/>
        <w:t>Se não: a quem devo ligar?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voz: </w:t>
      </w:r>
      <w:r>
        <w:rPr>
          <w:rFonts w:ascii="Calibri" w:hAnsi="Calibri" w:cs="Calibri" w:eastAsia="Calibri"/>
          <w:b w:val="0"/>
          <w:color w:val="15131F"/>
          <w:sz w:val="21"/>
        </w:rPr>
        <w:t>[Nome do responsável], fala [o seu nome], escalonamento de gravidade Crítica: [problema numa frase]. Ligue-me de volta para o [telefone] dentro de 15 minutos. Depois das [hora], ligo a [nome do substituto].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depois da chamada: </w:t>
      </w:r>
      <w:r>
        <w:rPr>
          <w:rFonts w:ascii="Calibri" w:hAnsi="Calibri" w:cs="Calibri" w:eastAsia="Calibri"/>
          <w:b w:val="0"/>
          <w:color w:val="15131F"/>
          <w:sz w:val="21"/>
        </w:rPr>
        <w:t>Assunto: Crítica: [problema], responsável [nome], próximo ponto de situação às [hora]</w:t>
        <w:br/>
        <w:br/>
        <w:t>A nossa chamada das [hora]: [problema] desde as [hora], a afetar [quem]. Responsável: [nome], que vai [próximo passo]. Clientes informados: [o quê e quando]. Próximo ponto de situação aos clientes: [hora].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causa ou uma hora de resolução durante uma falha no serviço. Prometa a hora do próximo ponto de situação e envie-o mesmo que nada tenha mudado.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Fechar o escalonamento: resultado, lição e registo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Fechar quando: 3 verificações feitas · Lição: Uma frase · Alteração à árvore: Responsável e data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 escalonamento só fica fechado quando o responsável confirmou o resultado por escrito, o cliente foi informado e a linha do registo tem a data de fecho.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Resolvido: [problema],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ao cliente: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Um breve resumo para os seus registos.</w:t>
        <w:br/>
        <w:br/>
        <w:t>O que aconteceu: [problema, numa frase]</w:t>
        <w:br/>
        <w:t>O que fizemos: [resultado, com datas]</w:t>
        <w:br/>
        <w:t>Quem tratou: [nome do responsável], [função do responsável]</w:t>
        <w:br/>
        <w:t>O que mudámos: [uma frase, ou «nada a mudar»]</w:t>
        <w:br/>
        <w:br/>
        <w:t>Se o problema voltar, responda com a sua referência [referência] e a mensagem chega diretamente a mim.</w:t>
        <w:br/>
        <w:br/>
        <w:t>[O seu nome], [função],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Nota interna de fecho: </w:t>
      </w:r>
      <w:r>
        <w:rPr>
          <w:rFonts w:ascii="Calibri" w:hAnsi="Calibri" w:cs="Calibri" w:eastAsia="Calibri"/>
          <w:b w:val="0"/>
          <w:color w:val="15131F"/>
          <w:sz w:val="21"/>
        </w:rPr>
        <w:t>Fechado: [referência], [categoria do problema], [gravidade], [cliente]</w:t>
        <w:br/>
        <w:t>Resultado confirmado por: [nome do responsável], [data]</w:t>
        <w:br/>
        <w:t>Respondido no prazo: [Sim ou Não]. Substituto acionado: [Sim ou Não]</w:t>
        <w:br/>
        <w:t>Cliente informado: [data e canal]</w:t>
        <w:br/>
        <w:t>Lição: [uma frase: o que causou o escalonamento ou o atraso]</w:t>
        <w:br/>
        <w:t>Alteração à árvore: [alteração, responsável e data, ou «nenhuma»]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Verificação de fecho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Feito 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Exemplo preenchido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confirmou o resultado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 escrito: email, resumo da tarefa ou nota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Marco, 7 de outubro, 10:05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informado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Enviado, não apenas em rascunho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de fecho, 7 de outubro, 10:15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Linha do registo fechada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Resultado e data de fecho preenchidos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Fechado a 7 de outubro de 2026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silêncio não decide: </w:t>
      </w:r>
      <w:r>
        <w:rPr>
          <w:rFonts w:ascii="Calibri" w:hAnsi="Calibri" w:cs="Calibri" w:eastAsia="Calibri"/>
          <w:b w:val="0"/>
          <w:color w:val="5D5A70"/>
          <w:sz w:val="21"/>
        </w:rPr>
        <w:t>Um cliente que não responde não mantém o caso aberto. Um responsável que nunca confirma mantém.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Resultados: </w:t>
      </w:r>
      <w:r>
        <w:rPr>
          <w:rFonts w:ascii="Calibri" w:hAnsi="Calibri" w:cs="Calibri" w:eastAsia="Calibri"/>
          <w:b w:val="0"/>
          <w:color w:val="5D5A70"/>
          <w:sz w:val="21"/>
        </w:rPr>
        <w:t>Resolvido, Substituído ou reembolsado, Solução provisória acordada, Recusado com motivo, Passado a um fornecedor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Escalonamento de uma máquina avariada: o responsável não respondeu, o substituto assumiu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máquina de café de um escritório avaria pela segunda vez em três semanas, dois dias antes de um pequeno-almoço com clientes. A Jess, chefe de apoio, escala o caso para o responsável na árvore de contactos e diz à cliente quando vai ter notícias. O responsável falha o prazo de 2 horas, o substituto assume e a cliente recebe o ponto de situação a horas.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a nossa máquina de café do 3.º piso voltou a mostrar o erro E14 e não aquece. É a segunda vez este mês. Temos um pequeno-almoço com clientes na quinta-feira.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Lamento, Laura. Pode dizer-me o número da máquina que está no autocolante na parte de trás e se está a perder água ou a cheirar a queimado?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KB-1142. Não perde água nem cheira a nada, só não aquece. Somos 40 pessoas aqui sem café.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Obrigado. Vou passar esta conversa à nossa equipa de apoio. Não vai precisar de repetir nada.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Jess (chefe de apoio): </w:t>
      </w:r>
      <w:r>
        <w:rPr>
          <w:rFonts w:ascii="Calibri" w:hAnsi="Calibri" w:cs="Calibri" w:eastAsia="Calibri"/>
          <w:b w:val="0"/>
          <w:color w:val="15131F"/>
          <w:sz w:val="21"/>
        </w:rPr>
        <w:t>Olá, Laura, fala a Jess, chefe de apoio. Desligue a máquina na tomada, espere 10 minutos e depois inicie um ciclo de descalcificação.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Feito. Continua com E14.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Jess (chefe de apoio): </w:t>
      </w:r>
      <w:r>
        <w:rPr>
          <w:rFonts w:ascii="Calibri" w:hAnsi="Calibri" w:cs="Calibri" w:eastAsia="Calibri"/>
          <w:b w:val="0"/>
          <w:color w:val="15131F"/>
          <w:sz w:val="21"/>
        </w:rPr>
        <w:t>Obrigada por tentar. Escalei o caso para o Marco Bianchi, o nosso gestor de assistência. A sua referência é ESC-031. Vai ter notícias nossas hoje até às 12:00, mesmo que a reparação ainda não esteja concluída.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Email de escalonamento para o responsável, 6 de outubro, 09:41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Categoria do problema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Avaria ou reparação da máquina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Gravidade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Alta: pequeno-almoço com clientes a 8 de outubro em risco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 e substituto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Marco Bianchi, gestor de assistência; Ruth Okoye, diretora de operações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horas: responder até às 11:41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Plano de recurso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Ruth envia uma máquina de substituição no próprio 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Impacto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40 funcionários sem café; segunda avaria desde 15 de setembro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foi tentado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Desligada durante 10 minutos e depois um ciclo de descalcificação: continua com E14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Pedido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visita do técnico antes de quinta-feira, ou uma máquina de substituição hoje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aconteceu a seguir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Hora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Acontecimento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Quem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09:45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informada: responsável, referência ESC-031, ponto de situação até às 12:00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Jess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11:41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Prazo ultrapassado: Marco numa instalação, sem rede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11:43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de seguimento por falta de resposta ao Marco e à Ruth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Jess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11:52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«Está comigo»: máquina de substituição até às 15:00, máquina nova na quarta-feira às 08:00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Ruth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11:58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informada: a Ruth tem o caso, máquina de substituição até às 15:00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Jess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Máquina de substituição instalada e a funcionar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Nadia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out., 09:20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Máquina nova instalada, a antiga recolhida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de fecho e registo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Elemento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confirmou o resultado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Marco, resumo de estado da tarefa, 7 out., 10:05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informado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de fecho, 7 out., 10:15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Linha do registo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Fechado a 7 de outubro de 2026, substituto acionado: Sim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Tarefa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ESC-031, «Cessionário» alterado de Marco para Ruth às 11:43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dias de instalação contam como fora do horário: a Ruth cobre as avarias de máquina de gravidade Alta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os modelos de email de escalonamento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Preencha a árvore de contactos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Responsável, substituto, horário, prazo e plano de recurso por categoria do problema, na folha Matriz de escalonamento.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Escale e registe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Envie o separador 2, 3 ou 4 com os campos preenchidos e registe a linha com o respetivo prazo.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Informe o cliente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Envie o separador 5 no prazo de 15 minutos, com uma hora de ponto de situação depois do prazo do responsável.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Aja no fim do prazo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Sem resposta: envie o separador 6 ao responsável e ao substituto. A gravidade Crítica vai primeiro por telefone (separador 7).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Feche e reveja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Feche com o separador 8. Uma vez por mês, reveja os prazos falhados e mude a árvore, não só as pessoas.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«Meus Bots» &gt; escolha o bot &gt; separador «Conectar»: «Enviar notificações por e-mail» define o endereço que recebe um email quando um chat precisa de apoio humano; «Usuários atribuídos» lista quem pode gerir o bot. Em «Suporte ao Vivo» &gt; «Configurações de Notificação», acrescente «Alertas por E-mail», «Alertas do Navegador» e «Alertas móveis».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Um chat passado para a equipa aparece como «Aguardando agente» em «Suporte ao Vivo». O chefe de apoio clica em «Reivindicar» (assumir o chat) e tenta a solução habitual.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Crie o escalonamento: «Tarefas» &gt; «Nova Tarefa», «Título da tarefa» “ESC-031 Avaria da máquina, Alta”, «Cessionário» (quem fica com a tarefa) o responsável da árvore, «Prazo» o prazo de resposta, «Prioridade» «Alto» («Urgente» para Crítica), «Acordo vinculado» (o negócio associado) se existir. Ative «Resumo de status necessário ao concluir», para que o responsável escreva o resultado antes de «Marca concluída».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No fim do prazo, verifique «Atraso» em «Tarefas»: mude o «Cessionário» para o substituto e envie o separador 6.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Etiquete o chat («Configurações» &gt; «Tags de Conversa» &gt; «Nova etiqueta» “Escalado”) e escreva a cronologia, o resultado e a lição em «Notas» no contacto.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No Growth, guarde a versão para chat do separador 5: «Configurações» &gt; «Respostas salvas» &gt; «Nova resposta», «Atalho» (por exemplo /escalated), «Título», «Corpo da resposta», «Compartilhar com a equipe».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Não há regras de escalonamento automático nem uma funcionalidade de matriz de escalonamento no CRMsoftware.pro: a árvore é o seu documento e o prazo da tarefa é o que acompanha. Passagem para uma pessoa: Launch, 19 $ por mês, com faturação anual, para 8 utilizadores. Respostas guardadas: Growth, 49 $. Free: chat com IA e tarefas básicas para 3 utilizadores.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mensal dos escalonamentos, 20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percentagem respondida dentro do prazo cumpre o seu objetivo, por categoria.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motivo que se repete nas linhas com Substituto acionado muda a árvore.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linhas fechadas têm um resultado, Cliente informado = Sim e uma data de fecho.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https://crmsoftware.pro/pt/templates/escalation-email-templates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email de escalonamento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