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 de base de conhecimento FAQ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30 perguntas iniciais para o seu site e o seu agente de IA, com respostas-tipo, fontes, responsáveis e datas de revisão, e ainda um teste de lançamento de 10 perguntas.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dados, apague as perguntas de que não precisa e acrescente as que os seus clientes fazem. Mantenha uma ficha de resposta por pergunta.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Perguntas iniciais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Preços e planos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oficial: Tabela de preços em vigor · Responsável: Proprietário ou chefe de vendas · Rever a cada: 30 dias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Quanto custa [serviço]?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Quais são os preços? Quanto é? Podem fazer-me um orçamento?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[Serviço] custa a partir de [preço] e inclui [o que está incluído]. O preço final depende de [fatores]. Para um orçamento exato, envie-nos [dados] e respondemos até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Fazem descontos?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Há alguma promoção neste momento? Existe uma opção mais barata?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Oferecemos [desconto] para [quem ou quando]. Não podemos dar outros descontos por chat, mas [colega] pode analisar casos especiais.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A primeira consulta é grátis?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Há um período experimental gratuito? Posso experimentar antes de pagar?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Sim, [opção gratuita] é grátis e demora [tempo]. Pode marcar aqui: [ligação].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Como posso pagar?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Aceitam cartão? Posso pagar contra fatura?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Aceitamos [métodos de pagamento]. As faturas têm de ser pagas no prazo de [número] dias.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Há custos extra?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Está tudo incluído? Há custos escondidos?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Os nossos preços incluem [o que está incluído]. Só cobramos à parte [extras] e confirmamos sempre esse valor antes de pagar.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nunca deve: </w:t>
      </w:r>
      <w:r>
        <w:rPr>
          <w:rFonts w:ascii="Calibri" w:hAnsi="Calibri" w:cs="Calibri" w:eastAsia="Calibri"/>
          <w:b w:val="0"/>
          <w:color w:val="15131F"/>
          <w:sz w:val="21"/>
        </w:rPr>
        <w:t>Dar um desconto ou um preço especial que não conste da tabela de preços.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Escreva os preços exatamente como aparecem na tabela de preços, com moeda e impostos, para que a IA nunca os arredonde nem os converta.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Disponibilidade e marcações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oficial: Agenda de marcações · Responsável: Gestor do escritório · Rever a cada: 7 dias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Quando têm a próxima vaga?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Podem vir esta semana? Têm disponibilidade amanhã?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Pode ver todas as vagas livres e marcar aqui: [ligação de marcação]. Se nenhuma lhe der jeito, diga-nos que dias pode e nós verificamos.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Qual é o vosso horário?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Estão abertos ao fim de semana? A que horas posso ligar?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Estamos abertos [dias], das [horas] ([fuso horário]). As mensagens enviadas fora deste horário recebem resposta até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Com quanta antecedência tenho de marcar?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Posso marcar para a próxima semana? Há lista de espera?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Na maioria dos casos, é preciso marcar com [antecedência]. Para pedidos urgentes, [opção urgente].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Posso remarcar?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Preciso de mudar a minha marcação. Posso alterar a data?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Sim, pode remarcar sem custos até [horas] antes da hora marcada, aqui: [ligação].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Trabalham na minha zona?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Vão até [cidade]? Até onde se deslocam?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Trabalhamos em [zonas]. Para outros locais, indique-nos a sua morada e [colega] vai confirmar.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nunca deve: </w:t>
      </w:r>
      <w:r>
        <w:rPr>
          <w:rFonts w:ascii="Calibri" w:hAnsi="Calibri" w:cs="Calibri" w:eastAsia="Calibri"/>
          <w:b w:val="0"/>
          <w:color w:val="15131F"/>
          <w:sz w:val="21"/>
        </w:rPr>
        <w:t>Confirmar um horário que não consegue ver na agenda de marcações.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Coloque a ligação para a página de marcações em vez de escrever datas na resposta, para que a resposta nunca fique desatualizada.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O que faz e o que não faz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oficial: Página de serviços · Responsável: Proprietário · Rever a cada: 90 dias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Fazem [serviço]?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Podem tratar de [serviço]? Ajudam com [tarefa]?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Sim, fazemos [serviço] para [tipo de cliente]. Inclui [elementos principais].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O que não está incluído?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Também fazem [serviço relacionado]?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Não fazemos [trabalho excluído]. Para isso, recomendamos [parceiro ou opção].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Trabalham com [tipo de cliente]?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Isto é para pequenas empresas? Aceitam trabalhos pequenos?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Trabalhamos com [tipos de cliente]. Trabalhos abaixo de [mínimo] normalmente não são para nós.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De que precisam da minha parte para começar?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Como começamos? De que informação precisam?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Envie-nos [informação] e respondemos com [próximo passo]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Aceitam pedidos à medida?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Preciso de algo especial. Podem abrir uma exceção?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Aceitamos pedidos à medida em [casos]. [Colega] vai confirmar assim que virmos os detalhes.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nunca deve: </w:t>
      </w:r>
      <w:r>
        <w:rPr>
          <w:rFonts w:ascii="Calibri" w:hAnsi="Calibri" w:cs="Calibri" w:eastAsia="Calibri"/>
          <w:b w:val="0"/>
          <w:color w:val="15131F"/>
          <w:sz w:val="21"/>
        </w:rPr>
        <w:t>Aceitar um serviço, produto ou trabalho à medida que não esteja nesta lista.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Um «isso não fazemos» honesto poupa a todos uma chamada inútil. Liste os pedidos que recusa com mais frequência.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Prazos e entrega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oficial: Calendário de entregas ou do projeto · Responsável: Gestor de operações · Rever a cada: 30 dias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Quanto tempo demora?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Quando fica pronto? Quantos dias?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Normalmente demora [duração] a partir de [início]. Trabalhos grandes ou à medida demoram [intervalo].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Quando podem começar?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Com que rapidez conseguem começar?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Começamos [prazo] depois de [sinal ou confirmação]. Vai receber [notificação] quando o trabalho começar.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Entregam em [local]?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Enviam para o estrangeiro? Quanto custa a entrega?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Entregamos em [regiões] no prazo de [tempo]. A entrega custa [preço ou regra].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Podem fazer mais depressa?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Há opção expresso? Preciso disto com urgência.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Um serviço mais rápido [está ou não está disponível] por [preço]. Pergunte-nos e verificamos a agenda desta semana.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Como vou saber em que ponto está?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Posso acompanhar a minha encomenda? Vão dando notícias?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Vai receber atualizações por [canal] em [marcos]. Também pode perguntar aqui a qualquer momento.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nunca deve: </w:t>
      </w:r>
      <w:r>
        <w:rPr>
          <w:rFonts w:ascii="Calibri" w:hAnsi="Calibri" w:cs="Calibri" w:eastAsia="Calibri"/>
          <w:b w:val="0"/>
          <w:color w:val="15131F"/>
          <w:sz w:val="21"/>
        </w:rPr>
        <w:t>Prometer uma data exata para uma encomenda específica. Em vez disso, indica o prazo habitual e passa as datas exatas a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Indique um intervalo e o que faz começar a contagem, por exemplo «no prazo de 5 dias úteis após o pagamento do sinal».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Reembolsos, cancelamento, garantia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oficial: Termos e política de reembolso · Responsável: Proprietário · Rever a cada: 90 dias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Qual é a vossa política de reembolso?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Posso pedir o dinheiro de volta? Devolvem o sinal?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Pode receber um reembolso [total ou parcial] no prazo de [dias] se [condições]. Política completa: [ligação].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Como cancelo?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Quero cancelar a minha marcação. Há taxa de cancelamento?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Cancele por [método] pelo menos [antecedência] antes de [evento]. [Regra da taxa].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Dão garantia?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E se não ficar satisfeito? O trabalho tem cobertura?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Garantimos [o quê] durante [período]. A garantia não cobre [exclusões].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E se alguma coisa correr mal?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A quem me dirijo se houver um problema?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Diga-nos aqui ou através de [contacto] no prazo de [dias] e tratamos de [solução]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Como usam os meus dados pessoais?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Partilham os meus dados? Onde está a política de privacidade?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Usamos os seus dados apenas para [finalidade]. A nossa política de privacidade: [ligação].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nunca deve: </w:t>
      </w:r>
      <w:r>
        <w:rPr>
          <w:rFonts w:ascii="Calibri" w:hAnsi="Calibri" w:cs="Calibri" w:eastAsia="Calibri"/>
          <w:b w:val="0"/>
          <w:color w:val="15131F"/>
          <w:sz w:val="21"/>
        </w:rPr>
        <w:t>Inventar, alargar ou suavizar uma política. Em vez disso, cita a política, coloca a ligação e passa as exceções a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É aqui que uma resposta errada custa dinheiro a sério. Copie a política palavra por palavra e coloque a ligação para o texto completo.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Contacto e apoio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0"/>
        </w:rPr>
        <w:t>Fonte oficial: Página de contacto · Responsável: Chefe de apoio ao cliente · Rever a cada: 90 dias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Posso falar com uma pessoa?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Quero falar com um humano. Alguém me pode ligar?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certeza. Vou passar já esta conversa a [colega], com tudo o que me disse. Resposta prevista: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Qual é o vosso telefone ou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Como vos posso contactar? Têm WhatsApp?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Ligue-nos para o [telefone] ([horário]) ou envie um email para [email]. Também nos pode enviar mensagem por [canal].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Onde ficam?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Qual é a vossa morada? Posso ir ao escritório?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Estamos em [morada]. [Estacionamento ou acesso].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Quanto tempo demoram a responder?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Quando é que alguém me responde?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Respondemos aos chats no prazo de [tempo] durante o horário de trabalho e, fora dele, até às [hora] do dia útil seguinte.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Posso alterar a minha encomenda ou os meus dados?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clientes também perguntam: </w:t>
      </w:r>
      <w:r>
        <w:rPr>
          <w:rFonts w:ascii="Calibri" w:hAnsi="Calibri" w:cs="Calibri" w:eastAsia="Calibri"/>
          <w:b w:val="0"/>
          <w:color w:val="5D5A70"/>
          <w:sz w:val="21"/>
        </w:rPr>
        <w:t>Preciso de atualizar a minha marcação ou a minha morada.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Sim. Envie a alteração aqui com o seu [número de encomenda ou nome] e [colega] vai confirmá-la.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nunca deve: </w:t>
      </w:r>
      <w:r>
        <w:rPr>
          <w:rFonts w:ascii="Calibri" w:hAnsi="Calibri" w:cs="Calibri" w:eastAsia="Calibri"/>
          <w:b w:val="0"/>
          <w:color w:val="15131F"/>
          <w:sz w:val="21"/>
        </w:rPr>
        <w:t>Pedir números de cartão, palavras-passe ou códigos de utilização única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Coloque uma só ligação por resposta: a página ou o formulário exatos, não a página inicial.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Campos de cada ficha de resposta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Pergunta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Outras formulações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Ligação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Fonte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Última revisão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Rever a cada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Próxima revisão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Estado</w:t>
      </w:r>
    </w:p>
    <w:p>
      <w:pPr>
        <w:spacing w:after="12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Teste de lançamento: 10 perguntas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Faça-as na pré-visualização do bot. Seis vêm da sua base de conhecimento, duas usam outras palavras, uma pede um dado que deixou de fora de propósito e outra pede algo que a IA não pode decidir.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#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Pergunta de teste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esperada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da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custa [o seu serviço principal]?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preço, o que inclui e a ligação da ficha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da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é a próxima vaga livre?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ligação de marcação da ficha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da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Fazem [um serviço que oferece]?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com o que está incluído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da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tempo demora [o seu serviço principal]?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prazo habitual e o que faz começar a contagem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da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 é a vossa política de reembolso?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texto da política e a ligação, sem exceções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da base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falar com uma pessoa?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 a conversa com o prazo de resposta prometido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Outra formulação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abrem ao fds?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mesma resposta da ficha do horário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8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Outra formulação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 sua pergunta principal noutra língua]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mesma resposta, na língua do 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9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Dado em falta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Também fazem [um serviço que não oferece nem incluiu na lista]?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 não sabe e propõe passar a uma pessoa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Fazem-me um desconto se marcar hoje?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promete nada e propõe passar o pedido a uma pessoa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</w:r>
          </w:p>
        </w:tc>
      </w:tr>
    </w:tbl>
    <w:p/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Só ponha a IA a funcionar quando as 10 passarem. Volte a fazer o teste depois de cada alteração de preços, políticas ou da base de conhecimento.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 preenchido: Uma resposta da base e um «não sei» honesto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empresa de remodelações fictícia preencheu o modelo. A IA responde à pergunta sobre o preço com a ficha de resposta e passa a uma pessoa uma pergunta para a qual não tem ficha.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Quanto custa renovar uma casa de banho?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A renovação de uma casa de banho custa a partir de 6500 $ e inclui a remoção do que existe, os azulejos e as loiças sanitárias novas. O preço final depende do tamanho e dos materiais. Pode marcar uma visita de avaliação gratuita aqui: northstar.example/visit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Também instalam painéis solares?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Não tenho informação sobre painéis solares, por isso prefiro não adivinhar. Quer que passe a sua pergunta à Kim, da nossa equipa? Ela responde no prazo de 10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equipa: </w:t>
      </w:r>
      <w:r>
        <w:rPr>
          <w:rFonts w:ascii="Calibri" w:hAnsi="Calibri" w:cs="Calibri" w:eastAsia="Calibri"/>
          <w:b w:val="0"/>
          <w:color w:val="15131F"/>
          <w:sz w:val="21"/>
        </w:rPr>
        <w:t>Olá, aqui é a Kim. Nós não instalamos painéis solares, mas trabalhamos com um instalador da zona e podemos enviar-lhe o contacto dele. Dá jeito?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de resposta que a IA usou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Pergunta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custa renovar uma casa de banho?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Outras formulações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da casa de banho, custo de uma casa de banho nova, orçamento para casa de banho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partir de 6500 $, com remoção, azulejos e loiças sanitárias novas; o preço final depende do tamanho e dos materiais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Ligação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northstar.example/visit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Tabela de preços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Dan, vendas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Última revisão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 de setembro de 2026, a cada 30 dias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OK, próxima revisão a 28 de outubro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Teste de lançamento, 3 de 10 perguntas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Pergunta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esperada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quanto custa uma casa de banho nova?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e ligação da ficha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Instalam painéis solares?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 não sabe e propõe passar a uma pessoa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20% de desconto se marcar hoje?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promete nada e propõe passar a uma pessoa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Passou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clientes fictícios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Crie a sua base de conhecimento FAQ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Reúna perguntas reais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Retire-as de chats, emails e chamadas. Comece pelas perguntas que ouve todas as semanas e mantenha as palavras do próprio cliente.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Escreva uma ficha de resposta por pergunta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Comece pela resposta em uma ou duas frases e acrescente as condições e uma ligação. Substitua tudo o que está entre [parênteses retos].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Acrescente uma fonte e um responsável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Associe cada resposta a uma tabela de preços, uma política ou uma página, e à pessoa que a mantém correta.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Defina datas de revisão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Todas as semanas ou todos os meses para preços e disponibilidade, a cada 3 meses para respostas estáveis e depois de qualquer alteração.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Teste antes de lançar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Faça as 10 perguntas de lançamento, incluindo o dado que deixou de fora de propósito. Corrija cada falha e volte a testar.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Bots», escolha o seu bot e fique no separador «Básico».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Cole as suas fichas de resposta no campo «Base de Conhecimento», um bloco por ficha com a pergunta, a resposta e a ligação.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Para acrescentar páginas do site, use «Importar do Site»: introduza o «URL do Site», clique em «Rastrear Site» e depois em «Aplicar à Base de Conhecimento».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Em «Instruções», acrescente: «Responda apenas com informação da base de conhecimento. Se a resposta não estiver lá, diga-o e ofereça passar a conversa à equipa.»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Clique em «Salvar Alterações» e depois use «Experimente o bot» para fazer as 10 perguntas de lançamento.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plano Free inclui uma base de conhecimento básica e a importação do site. A passagem para uma pessoa dos chats sem resposta está incluída a partir do plano Launch.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da base de conhecimento,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preços, os descontos e as taxas continuam iguais à tabela de preços.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ligações de marcação, o horário e os contactos continuam a funcionar.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perguntas a que a IA não soube responder são acrescentadas como fichas novas.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fichas com a revisão em atraso são verificadas e recebem uma nova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10 perguntas de lançamento continuam a passar.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Copie, edite e use no seu negócio.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https://crmsoftware.pro/pt/templates/faq-knowledge-base-starter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base de conhecimento FAQ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