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para pedidos de funcionalidades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Oito separadores: a primeira resposta que regista o pedido, mais detalhe, uma solução alternativa, em análise ou planeado, um não cordial, lançado, 4 respostas de chat em direto e a avaliação com as regras de pontuação.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factos do pedido: objetivo do cliente, frequência, impacto no negócio, solução alternativa e limite das promessas. Envie a primeira resposta no prazo de 1 dia útil e acrescente o cliente à folha Solicitantes do registo em Excel. Quando a decisão mudar, envie o email correspondente a todos os clientes que pediram.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Primeira resposta: agradecer, reformular o objetivo e fazer quatro perguntas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 prazo de: 1 dia útil · Responsável: Quem o recebeu · Registo: Folha Solicitantes, no próprio dia · Registar antes de enviar: Uma linha na folha Solicitantes: cliente, data, as palavras do cliente, valor da conta. Pedido novo? Acrescente-o primeiro ao Registo de pedidos.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este email no prazo de 1 dia útil, antes de alguém saber se o pedido vai ser desenvolvido. Este modelo de email para pedidos de funcionalidades reformula o pedido como o objetivo do cliente, pergunta o que a avaliação precisa de saber e promete apenas que o pedido fica registado e que a decisão vai ser comunicada.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O seu pedido: [funcionalidade nas palavras do cliente]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nos ter explicado isto por escrito. Deixe-me confirmar que percebi bem: gostaria de ter [funcionalidade nas palavras do cliente], para [objetivo do cliente].</w:t>
        <w:br/>
        <w:br/>
        <w:t>Registei-o como pedido de funcionalidade, «[título do pedido]». Para ajudar a equipa a avaliá-lo, pode responder a quatro perguntas curtas? Basta uma linha para cada uma.</w:t>
        <w:br/>
        <w:t>1. Com que frequência isto acontece: todos os dias, todas as semanas ou todos os meses?</w:t>
        <w:br/>
        <w:t>2. Quanto lhe custa hoje: tempo, uma venda perdida ou outra coisa?</w:t>
        <w:br/>
        <w:t>3. O que faz neste momento em vez disso?</w:t>
        <w:br/>
        <w:t>4. Isto afeta mais alguém da sua equipa?</w:t>
        <w:br/>
        <w:br/>
        <w:t>O que posso prometer: uma pessoa lê todos os pedidos e vou escrever-lhe quando houver uma decisão. Não posso prometer que vá ser desenvolvido nem quando, por isso não vou adivinhar uma data.</w:t>
        <w:br/>
        <w:br/>
        <w:t>[O seu nome], [função]</w:t>
        <w:br/>
        <w:t>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Objetivo do cliente: o resultado que pretende, não a funcionalidade que nomeou.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Frequência: a resposta do cliente e quantos clientes pediram. O pedido já existe? Acrescente o cliente a esse pedido.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Impacto no negócio: receita, risco de perder o cliente ou tempo perdido, com um número.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Solução alternativa: se existir uma já testada, envie antes o separador 3.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Limite das promessas: nenhum prazo. Repita apenas uma data que já seja pública.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«Para breve», «está no nosso roteiro» ou que enviá-lo «aos programadores» decide alguma coisa.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pedido já estiver no registo: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obrigado. [Número] clientes já pediram [título do pedido] e juntei o seu nome à lista. Neste momento está [em análise / planeado]. Não posso indicar uma data; vou enviar-lhe um email quando houver uma decisão ou um lançamento. [O seu nome], [empresa]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Pedir mais detalhe: pergunte pelo objetivo, não pela solução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Perguntar: 2 perguntas no máximo · Lembrete: Uma vez, após 5 dias úteis · Responsável: A mesma pessoa da primeira resposta · Um bom detalhe é assim: «Todas as sextas-feiras copio 40 marcações para uma folha para o meu contabilista. Demora cerca de uma hora.» Um objetivo, uma frequência e um impacto em duas frases.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este email quando o pedido nomeia uma solução («acrescentem um botão») mas não o problema, ou quando dois clientes usam as mesmas palavras para necessidades diferentes. Sem o objetivo do cliente e a frequência, não é possível pontuar o pedido.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Duas perguntas sobre o seu pedido de [funcionalidade nas palavras do cliente]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pelo seu pedido de [funcionalidade nas palavras do cliente]. Antes de a equipa o avaliar, quero perceber o objetivo por trás dele, porque pode haver mais do que uma forma de o resolver.</w:t>
        <w:br/>
        <w:br/>
        <w:t>Pode dizer-me:</w:t>
        <w:br/>
        <w:t>1. A última vez que precisou disto: o que estava a tentar fazer e o que aconteceu? Uma captura de ecrã ajuda.</w:t>
        <w:br/>
        <w:t>2. Com que frequência acontece e, mais ou menos, quanto tempo ou dinheiro lhe custa?</w:t>
        <w:br/>
        <w:br/>
        <w:t>Se for mais fácil mostrar-me, escolha um horário de 15 minutos: [ligação de marcação]. Vou juntar as suas respostas ao pedido e dizer-lhe em que ponto está até [data].</w:t>
        <w:br/>
        <w:br/>
        <w:t>[O seu nome], [função]</w:t>
        <w:br/>
        <w:t>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Objetivo do cliente: o seu melhor palpite, marcado «a confirmar».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Frequência e impacto no negócio: desconhecidos até o cliente responder. Ainda não pontue.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Solução alternativa: anote-a, mas só a envie quando conhecer o objetivo.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Limite das promessas: nenhum prazo. A única data é a data da sua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uma descrição mais clara garante que seja desenvolvido. Envie um lembrete após [5 dias úteis]; se continuar sem resposta, mantenha o pedido com o que tem.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Já existe uma solução alternativa: resolva hoje e registe na mesma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Testar primeiro: Todos os passos · No registo: Solução alternativa: Sim ou Parcial · Ficha de limitação conhecida para a base de conhecimento: O [produto] tem [funcionalidade]? Hoje não. Para [objetivo do cliente]: [passos]. Guia: [ligação].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este email quando o objetivo já pode ser atingido hoje com uma definição, um relatório ou alguns passos manuais que já existem. Teste os passos primeiro e registe o pedido na mesma: uma solução alternativa reduz a urgência, não elimina o pedido.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Já pode [objetivo do cliente] hoje: eis como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perguntar por [funcionalidade nas palavras do cliente]. Hoje não existe [funcionalidade], mas pode obter o mesmo resultado com o que já existe:</w:t>
        <w:br/>
        <w:br/>
        <w:t>1. [Primeiro passo, com os nomes exatos dos menus]</w:t>
        <w:br/>
        <w:t>2. [Segundo passo]</w:t>
        <w:br/>
        <w:t>3. [Terceiro passo]</w:t>
        <w:br/>
        <w:br/>
        <w:t>Demora cerca de [minutos] minutos. Guia com capturas de ecrã: [ligação].</w:t>
        <w:br/>
        <w:br/>
        <w:t>Sei que [não é totalmente automático], por isso também registei o seu pedido como «[título do pedido]». Se os passos não servirem no seu caso, responda a dizer o que corre mal e vejo isso consigo.</w:t>
        <w:br/>
        <w:br/>
        <w:t>[O seu nome], [função]</w:t>
        <w:br/>
        <w:t>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Objetivo do cliente: confirme que os passos dão esse resultado.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Frequência: 10 minutos em cada dia útil são quase uma hora por semana.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Impacto no negócio: o tempo que ainda custa decide entre Sim e Parcial.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Solução alternativa: os passos que testou hoje, mais a ligação para o guia.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Limite das promessas: nenhum prazo e nenhuma insinuação de que os passos são temporários.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a funcionalidade a sério virá a seguir. Nunca envie passos que não testou na versão atual.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Em análise ou planeado: um ponto de situação honesto, sem data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Datas: Só se forem públicas · Responsável: Apoio; fundador se houver receita em risco · Próximo email: Quando a decisão mudar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Em análise: a equipa ainda não decidiu. Planeado: decidiu desenvolver e não publicou uma data. Nenhum dos dois precisa de data. O contrato principal de serviços da Salesforce diz que as compras dos clientes não estão condicionadas à entrega de quaisquer funcionalidades ou recursos futuros; aplique ao apoio a mesma regra.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Em que ponto está o seu pedido de [título do pedido]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em análise: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Uma breve atualização sobre [título do pedido], para não ficar sem saber.</w:t>
        <w:br/>
        <w:br/>
        <w:t>Em que ponto está: em análise. [Número] clientes pediram-no e a equipa revê em conjunto os pedidos em aberto a [dia da revisão]. O seu exemplo sobre como [objetivo do cliente] está associado ao pedido.</w:t>
        <w:br/>
        <w:br/>
        <w:t>Prazo: ainda não há data e prefiro dizê-lo a adivinhar. Quando a equipa decidir, escrevo-lhe, seja a resposta sim ou não.</w:t>
        <w:br/>
        <w:br/>
        <w:t>Até lá: [solução alternativa, ou: hoje não há solução alternativa, lamento].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planeado: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Boas notícias sobre [título do pedido]: a equipa decidiu desenvolvê-lo. É um dos [número] clientes que o pediram e o seu exemplo sobre como [objetivo do cliente] fez parte da decisão.</w:t>
        <w:br/>
        <w:br/>
        <w:t>Prazo: não temos uma data que possamos partilhar, porque os planos podem mudar enquanto o trabalho decorre. Vou enviar-lhe um email no dia em que estiver disponível.</w:t>
        <w:br/>
        <w:br/>
        <w:t>Até lá: [solução alternativa].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mesmo assim pedirem uma data aproximada: </w:t>
      </w:r>
      <w:r>
        <w:rPr>
          <w:rFonts w:ascii="Calibri" w:hAnsi="Calibri" w:cs="Calibri" w:eastAsia="Calibri"/>
          <w:b w:val="0"/>
          <w:color w:val="15131F"/>
          <w:sz w:val="21"/>
        </w:rPr>
        <w:t>Compreendo que precisa de planear. Não tenho uma data e um palpite podia estar errado. Digo-lhe no próprio dia em que for lançado e, se a sua decisão depender disso, [nome do responsável] fala consigo diretamente.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Objetivo do cliente e impacto no negócio: nas palavras do próprio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Frequência: o número real de solicitantes, ou omita-o.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Solução alternativa: a do separador 3, ou diga que não existe.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Limite das promessas: sem datas, sem meses e sem «em breve». Uma data pública só com a respetiva ligação.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«Está no nosso roteiro», a não ser que o seu roteiro do produto seja público e o pedido conste dele. Se uma compra ou uma renovação depender da funcionalidade, quem responde é o fundador ou o responsável pela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Palavras a evitar: </w:t>
      </w:r>
      <w:r>
        <w:rPr>
          <w:rFonts w:ascii="Calibri" w:hAnsi="Calibri" w:cs="Calibri" w:eastAsia="Calibri"/>
          <w:b w:val="0"/>
          <w:color w:val="5D5A70"/>
          <w:sz w:val="21"/>
        </w:rPr>
        <w:t>Em breve, Na próxima atualização, Este trimestre, Daqui a umas semanas, Está no nosso roteiro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Não planeado: um não cordial, com motivo e alternativa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Dizer que não: Em 2 frases · Quem aprova: Fundador se houver receita em risco · Alternativa: Inclua sempre uma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este email quando a equipa tiver decidido não o desenvolver. Diga que não nas duas primeiras frases, dê o motivo real numa linha e ofereça a melhor alternativa.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Uma resposta clara sobre [título do pedido]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ter pedido [funcionalidade nas palavras do cliente] e por explicar como isso o ajudaria a [objetivo do cliente]. Quero dar-lhe uma resposta clara: não vamos desenvolvê-la.</w:t>
        <w:br/>
        <w:br/>
        <w:t>O motivo: [uma frase honesta, por exemplo ajudaria poucos clientes e complicaria essa parte do produto para todos os outros].</w:t>
        <w:br/>
        <w:br/>
        <w:t>O que pode fazer em alternativa: [uma solução alternativa, uma definição ou outra ferramenta que faça isto bem]. Terei todo o gosto em configurá-la consigo: [ligação de marcação].</w:t>
        <w:br/>
        <w:br/>
        <w:t>Sei que não é a resposta que esperava. Por favor, faça os seus planos sem contar com ela.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disserem que vão sair por causa disto: </w:t>
      </w:r>
      <w:r>
        <w:rPr>
          <w:rFonts w:ascii="Calibri" w:hAnsi="Calibri" w:cs="Calibri" w:eastAsia="Calibri"/>
          <w:b w:val="0"/>
          <w:color w:val="15131F"/>
          <w:sz w:val="21"/>
        </w:rPr>
        <w:t>Compreendo. Antes de decidir, [nome do responsável] pode falar consigo sobre como [objetivo do cliente] a [dia], às [hora]? Se mesmo assim mudar, ajudo-o a exportar os seus dados.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Objetivo do cliente: volte a nomeá-lo, para que fique claro que o «não» é à funcionalidade, não ao problema do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Frequência e impacto no negócio: muitos solicitantes ou receita em risco significam que o responsável aprova este email.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Solução alternativa: a melhor alternativa testada. Pode ser outra ferramenta.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Limite das promessas: não planeado significa fazer planos sem ela.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«Talvez mais tarde» ou «vamos ter isso em conta» quando a resposta é não. Não culpe «os programadores»: a decisão é da empresa.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Lançado: feche o ciclo com todos os clientes que pediram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a: Todos os solicitantes · Quando: Dia do lançamento · Responsável: Responsável pelo pedido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este email no dia do lançamento a todos os clientes deste pedido na folha Solicitantes, não só ao mais recente. O pedido só fica fechado quando todos os solicitantes tiverem 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[Nome da funcionalidade] já está disponível: pediu-a a [data do pedido]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[data do pedido], pediu-nos uma forma de [objetivo do cliente]. A partir de hoje já existe: [nome da funcionalidade].</w:t>
        <w:br/>
        <w:br/>
        <w:t>Como usar:</w:t>
        <w:br/>
        <w:t>1. [Primeiro passo, com os nomes exatos dos menus]</w:t>
        <w:br/>
        <w:t>2. [Segundo passo]</w:t>
        <w:br/>
        <w:t>3. [Terceiro passo]</w:t>
        <w:br/>
        <w:t>Guia: [ligação]</w:t>
        <w:br/>
        <w:br/>
        <w:t>Obrigado por [o exemplo que deu]. [Número] clientes pediram-na e exemplos como o seu ajudaram a equipa a decidir. Já pode deixar de [solução alternativa antiga].</w:t>
        <w:br/>
        <w:br/>
        <w:t>Se algo não funcionar como precisa, responda a este email. Leio todas as respostas.</w:t>
        <w:br/>
        <w:br/>
        <w:t>[O seu nome], [função]</w:t>
        <w:br/>
        <w:t>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Objetivo do cliente: nas palavras do cliente, da folha Solicitantes.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Frequência: o número real de clientes que pediram.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Impacto no negócio: o exemplo do próprio cliente, como agradecimento.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Solução alternativa: a antiga, que o cliente pode deixar de usar.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Limite das promessas: só o que está disponível hoje.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Fechar o ciclo em quatro passos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Filtre Solicitantes pelo título: Um email por linha, incluindo os clientes que pediram há meses.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Envie e registe: Ponha Última resposta enviada em Lançado e indique a data.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Atualize a base de conhecimento: Substitua a limitação conhecida pelos novos passos.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Verifique o estado: O Registo de pedidos mostra Fechado quando ninguém está à espera. Marque a tarefa como concluída.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Verificação de fecho: </w:t>
      </w:r>
      <w:r>
        <w:rPr>
          <w:rFonts w:ascii="Calibri" w:hAnsi="Calibri" w:cs="Calibri" w:eastAsia="Calibri"/>
          <w:b w:val="0"/>
          <w:color w:val="5D5A70"/>
          <w:sz w:val="21"/>
        </w:rPr>
        <w:t>Não está fechado enquanto a decisão estiver vazia, algum solicitante estiver à espera ou a base de conhecimento ainda descrever a limitação antiga.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Mais funcionalidades além desta, a não ser que já estejam decididas.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Fechado quando: </w:t>
      </w:r>
      <w:r>
        <w:rPr>
          <w:rFonts w:ascii="Calibri" w:hAnsi="Calibri" w:cs="Calibri" w:eastAsia="Calibri"/>
          <w:b w:val="0"/>
          <w:color w:val="5D5A70"/>
          <w:sz w:val="21"/>
        </w:rPr>
        <w:t>Decisão registada, Todos os solicitantes com resposta, Base de conhecimento atualizada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Respostas de chat em direto para pedidos de funcionalidades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2 minutos · Recolher: 1 pergunta no chat · Mais de 10 minutos: Passar para email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maioria dos pedidos chega pelo chat como «dá para fazer isto?». Diga se é possível hoje, faça uma pergunta para recolher dados e registe o pedido. Guarde estas quatro como atalhos.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/feature-ack: Hoje não, registado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Sem funcionalidade e sem solução alternativa.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vai chegar.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Hoje não, infelizmente: o [produto] ainda não tem [funcionalidade nas palavras do cliente]. Registei-o como pedido. O que está a tentar fazer e com que frequência isso acontece?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/feature-workaround: Uma forma de o fazer hoje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Existe uma solução alternativa testada.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é temporária.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Ainda não existe [funcionalidade], mas pode [objetivo do cliente] assim: [primeiro passo] e depois [segundo passo]. Guia: [ligação]. Também registei o seu pedido.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/feature-status: Em que ponto está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pedido já está no registo.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data que não seja pública.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É um dos [número] clientes que pediram [título do pedido]. Neste momento está [em análise / planeado]. Não tenho uma data e não vou adivinhar. Vai receber um email quando houver uma decisão.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/feature-handover: Receita em jogo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cliente vai cancelar, não renovar ou não comprar sem ela.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sim para manter 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 diretamente. Esta decisão cabe a [nome do responsável], por isso passei esta conversa com as suas notas. Terá resposta até [data e hora].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Antes de fechar o chat, aplique-lhe a etiqueta «pedido de funcionalidade» e acrescente o cliente à folha Solicitantes.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/feature-ack, /feature-workaround, /feature-status, /feature-handover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Modelo de avaliação de pedidos de funcionalidades: pontuar e decidir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Pontuação: Até 15 pontos · Revisão: Mensal, 30 minutos · Quem decide: Fundador ou responsável pelo produto · Responsável e próxima ação: Um responsável e uma próxima ação com data por pedido, por exemplo «Ines: email de lançamento aos 7 estúdios até 6 de outubro». Crie-a como tarefa.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metade interna: uma avaliação por pedido. O apoio preenche-a a partir das respostas, quem desenvolve acrescenta a estimativa de esforço e a equipa decide todos os meses. A pontuação é uma versão por pontos do método RICE (alcance, impacto, confiança, esforço): ordena os pedidos, mas quem decide são as pessoas.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Avaliação: uma por pedido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do pedido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nome curto que os clientes reconheçam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Lista de espera automática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Objetivo do cliente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resultado, não a funcionalidade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Preencher uma vaga cancelada sem enviar mensagens à lista de espera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Frequência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que frequência, quantos pediram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Diariamente; 7 estúdios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Impacto no negócio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Alto, Médio ou Baixo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Alto: 2 estúdios podem sair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Receita em risco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 anual dos que podem sair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2856 $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Solução alternativa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Parcial ou Não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Parcial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Estimativa de esforço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S: dias. M: semanas. L: meses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 das promessas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o apoio pode dizer sobre prazos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data até ao lançamento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Decisão, responsável, próxima 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Estado, quem age a seguir, até quando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Lançado; Ines; email aos 7 estúdios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Pontos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Fator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Solicitantes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por cliente que pediu, até 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Frequência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Diariamente 3, semanalmente 2, mensalmente 1, raramente 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Impacto no 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Alto 3, médio 2, baixo 1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Receita em risco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se for [2000 $] por ano ou mais, 1 se houver alguma, 0 se não houver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Solução alternativa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2, parcial 1, sim 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Estimativa de esforço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 0, M menos 2, L menos 4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Pontuação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soma, num máximo de 15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de decisão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10 ou mais: candidato a planear. Decida na próxima revisão.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6 a 9: mantenha em análise e junte mais solicitantes.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5 ou menos: normalmente não planeado. Envie o não cordial.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receita em risco vai para o fundador no prazo de 1 dia útil.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Frequência ou impacto desconhecidos: escreva «desconhecido» e pergunte, nunca adivinhe.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Verificação de fecho: </w:t>
      </w:r>
      <w:r>
        <w:rPr>
          <w:rFonts w:ascii="Calibri" w:hAnsi="Calibri" w:cs="Calibri" w:eastAsia="Calibri"/>
          <w:b w:val="0"/>
          <w:color w:val="5D5A70"/>
          <w:sz w:val="21"/>
        </w:rPr>
        <w:t>Fechado só quando a decisão está registada e todos os solicitantes têm a resposta correspondente.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pedido de 7 clientes, da primeira resposta ao fecho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Bramblebook, uma aplicação fictícia de marcação de aulas para pequenos estúdios de fitness, registou o mesmo pedido de 7 estúdios entre junho e setembro de 2026. O sétimo chegou pelo chat a 22 de setembro.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a Bramblebook preenche automaticamente uma vaga a partir da lista de espera? Quando alguém cancela a minha aula de reformer das 18:00, a minha receção envia mensagens à lista de espera, uma pessoa de cada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Hoje não, Maya. A Bramblebook tem lista de espera, mas não passa sozinha a pessoa seguinte para uma vaga cancelada. O que funciona agora: abra a aula, clique em «Lista de espera» e depois em «Enviar email ao próximo». Com que frequência isto acontece e quanto tempo da equipa ocupa?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Quase todas as noites, 3 ou 4 horas por semana. Sinceramente, é a principal razão por que estamos a ver outras aplicações antes da renovação, em janeiro.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Registei o pedido com as suas respostas e passei este chat à Ines, da nossa equipa de apoio.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Ines (apoio): </w:t>
      </w:r>
      <w:r>
        <w:rPr>
          <w:rFonts w:ascii="Calibri" w:hAnsi="Calibri" w:cs="Calibri" w:eastAsia="Calibri"/>
          <w:b w:val="0"/>
          <w:color w:val="15131F"/>
          <w:sz w:val="21"/>
        </w:rPr>
        <w:t>Olá, Maya, aqui é a Ines. Outros 6 estúdios pediram a lista de espera automática e, a 25 de agosto, a equipa decidiu desenvolvê-la. Não lhe posso dar uma data, porque só a partilhamos quando estiver pronta. Está na lista, por isso vai receber um email no dia em que estiver disponível.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Está bem, obrigada por ser direta comigo.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Ines (apoio): </w:t>
      </w:r>
      <w:r>
        <w:rPr>
          <w:rFonts w:ascii="Calibri" w:hAnsi="Calibri" w:cs="Calibri" w:eastAsia="Calibri"/>
          <w:b w:val="0"/>
          <w:color w:val="15131F"/>
          <w:sz w:val="21"/>
        </w:rPr>
        <w:t>Claro. Também vou falar ao Theo, o nosso fundador, da sua renovação em janeiro.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Registado: os cinco campos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Objetivo do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Preencher uma vaga cancelada sem a equipa enviar mensagens à lista de espera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Frequência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Diariamente; 7 estúdios, de 3 de junho a 22 de setembro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Impacto no 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a 4 horas da equipa por semana; 2 estúdios podem sair, 2856 $ por ano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Solução alternativa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Parcial: «Enviar email ao próximo», cerca de 2 minutos por vaga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Limite das promessas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Planeado, sem data até ao lançamento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e próxima 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Ines Molina: email de lançamento a todos os solicitantes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Avaliação e decisão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Pontuação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 de 15: solicitantes 5, diariamente 3, alto 3, receita 2, parcial 1, esforço M menos 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Planeado a 25 de agosto, lançado a 5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 de lançamento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de 7 estúdios, a 5 e 6 de outubro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 e registo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Lançado, 5 de outubro de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Solicitantes com 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de 7, o último a 6 de outubro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Base de conhecimento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Novos passos, limitação antiga removida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 lançamento, Ines, prazo 6 de outubro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Etiqueta, campo e notas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Etiqueta «pedido de funcionalidade»; campo Lista de espera automática em 7 contactos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Estado no registo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Modelo de resposta a pedidos de funcionalidades: o que cada decisão permite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apoio pode dizer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Nunca dizer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análise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 está registado, quantos pediram, quando a equipa revê os pedidos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 vai chegar ou que é provável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Planeado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equipa vai desenvolvê-lo; ainda sem data pública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data, um mês, um trimestre ou «em breve»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Planeado, data pública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data pública, com a respetiva ligação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outra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planeado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Não, o motivo, a melhor alternativa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«Talvez mais tarde»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5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Lançado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Já está disponível, como usar, obrigado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 vem aí mais, a não ser que esteja decidido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6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os modelos de email para pedidos de funcionalidades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Defina as regras uma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limite das promessas (sem datas, a não ser que sejam públicas), quem decide, o dia da revisão e os pontos.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Responda no prazo de 1 dia útil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o separador 1 ou uma resposta de chat e acrescente o cliente à folha Solicitantes.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Pontue e decida todos os meses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Ordene por pontuação. Registe Planeado ou Não planeado para os pedidos do topo.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Envie a decisão a todos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Filtre Solicitantes pelo título e envie o separador 4, 5 ou 6 a cada cliente.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Feche e arrume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Fechado quando ninguém estiver à espera. Atualize a base de conhecimento.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Crie uma etiqueta: «Configurações» &gt; «Tags de Conversa» &gt; «Nova etiqueta», «Etiqueta» “pedido de funcionalidade”. Aplique-a a todos os chats com um pedido.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Acrescente um campo personalizado: «Campos Personalizados» no menu à esquerda &gt; «Adicionar campo». «Tipo de entidade» «Contatos» (ou «Negócios»), «Rótulo de campo» “Pedido de funcionalidade”, «Tipo de campo» «Selecionar»; acrescente os títulos dos seus pedidos com «Opção de adicionar» (o botão que adiciona uma opção) e depois clique em «Criar campo».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Escreva os cinco campos em «Notas» no contacto ou no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Para o email de fecho do ciclo: «Tarefas» &gt; «Nova Tarefa», «Título da tarefa» “Email de lançamento: lista de espera automática”, «Cessionário» (o responsável pela tarefa) o responsável pelo pedido, «Prazo» o dia do lançamento, «Acordo vinculado» (o negócio associado) se um negócio depender disso.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Ponha as limitações conhecidas e as soluções alternativas na base de conhecimento do agente de IA: «Meus Bots» &gt; o seu bot &gt; separador «Básico» &gt; «Base de Conhecimento». Substitua a ficha quando a funcionalidade for lançada.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No Growth, guarde o separador 1 e as respostas de chat em «Respostas salvas»: «Configurações» &gt; «Respostas salvas» &gt; «Nova resposta», «Atalho» (por exemplo /feature-ack), «Título», «Corpo da resposta»,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tem roteiro público, quadro de votação nem portal de pedidos: mantenha o registo neste ficheiro Excel. Free: chat com IA, uma base de conhecimento básica e tarefas básicas para 3 utilizadores. Passagem para uma pessoa e caixa de entrada unificada: Launch, 19 $ por mês, com faturação anual, para 8 utilizadores. Respostas guardadas: Growth, 49 $ por mês, com faturação anual, para 20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dos pedidos, 30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pedidos novos têm objetivo do cliente, frequência e impacto no negócio.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5 melhores pontuações têm uma decisão com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Nenhum pedido mostra Respostas em falta no fim da semana.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https://crmsoftware.pro/pt/templates/feature-request-email-templates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para pedidos de funcionalidades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