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email de follow-up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Emails de follow-up para 8 situações em que um cliente ou potencial cliente deixa de responder: pedido de informação, orçamento, reunião ou chamada, chamada não atendida, informação em falta, caso de apoio resolvido, falta à marcação e o email de encerramento.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Escolha o modelo para o que aconteceu e substitua cada palavra entre [parênteses retos]. Conte os dias úteis a partir do Dia 0, a primeira mensagem que ficou sem resposta, envie um follow-up de cada vez com um pedido claro e pare à primeira resposta. Registe cada ficha no registo de follow-up em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modelos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Email de follow-up sem resposta depois de responder a um pedido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Responder em: 1 hora · Datas dos follow-ups: Dias úteis 2 e 5 · Encerramento: Dia útil 10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 este modelo quando alguém pediu informações sobre o seu serviço, recebeu a sua resposta e depois ficou em silêncio. Envie essa primeira resposta no prazo de 1 hora útil. Num estudo com 1,25 milhões de leads de vendas, as empresas que tentaram contactar um lead no prazo de uma hora tiveram quase 7 vezes mais probabilidade de o qualificar do que as que tentaram uma hora mais tarde.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1.º follow-up, assunto: </w:t>
      </w:r>
      <w:r>
        <w:rPr>
          <w:rFonts w:ascii="Calibri" w:hAnsi="Calibri" w:cs="Calibri" w:eastAsia="Calibri"/>
          <w:b w:val="0"/>
          <w:color w:val="15131F"/>
          <w:sz w:val="21"/>
        </w:rPr>
        <w:t>Re: a sua pergunta sobre [serviço]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1.º follow-up, dia útil 2: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Há uma coisa que não referi na minha resposta de [dia]: [um detalhe novo e útil, por exemplo a data de início mais próxima ou o que escolhe a maioria dos clientes na sua situação].</w:t>
        <w:br/>
        <w:br/>
        <w:t>Quer que eu [um próximo passo, por exemplo marque uma visita gratuita na quinta-feira]? Basta um sim ou um não.</w:t>
        <w:br/>
        <w:br/>
        <w:t>[O seu nome], [empresa]</w:t>
        <w:br/>
        <w:t>[telefone]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2.º follow-up, assunto: </w:t>
      </w:r>
      <w:r>
        <w:rPr>
          <w:rFonts w:ascii="Calibri" w:hAnsi="Calibri" w:cs="Calibri" w:eastAsia="Calibri"/>
          <w:b w:val="0"/>
          <w:color w:val="15131F"/>
          <w:sz w:val="21"/>
        </w:rPr>
        <w:t>Mantenho o seu pedido em aberto, [nome]?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2.º follow-up, dia útil 5: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Não quero encher a sua caixa de correio, por isso faço só uma pergunta: ainda procura [serviço]?</w:t>
        <w:br/>
        <w:br/>
        <w:t>Responda «sim» e trato de [próximo passo] até [data].</w:t>
        <w:br/>
        <w:t>Responda «não» e fecho o seu pedido. As duas respostas ajudam.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Porque esperar 2 dias úteis: </w:t>
      </w:r>
      <w:r>
        <w:rPr>
          <w:rFonts w:ascii="Calibri" w:hAnsi="Calibri" w:cs="Calibri" w:eastAsia="Calibri"/>
          <w:b w:val="0"/>
          <w:color w:val="5D5A70"/>
          <w:sz w:val="21"/>
        </w:rPr>
        <w:t>Num grande estudo sobre email, mais de 90% das respostas chegaram no prazo de um dia após a mensagem. Depois de dois dias de silêncio, um lembrete com algo novo é justo. Um «só para fazer follow-up» não é.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Pare quando houver: </w:t>
      </w:r>
      <w:r>
        <w:rPr>
          <w:rFonts w:ascii="Calibri" w:hAnsi="Calibri" w:cs="Calibri" w:eastAsia="Calibri"/>
          <w:b w:val="0"/>
          <w:color w:val="5D5A70"/>
          <w:sz w:val="21"/>
        </w:rPr>
        <w:t>Qualquer resposta, Um não, Uma visita marcada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Após um orçamento: mude o ângulo e depois proponha manter ou fechar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Primeiro follow-up: Dia 3 · Segundo: Dia útil 7 · Encerramento: Dia útil 12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Use-o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Enviou um preço para um trabalho que o cliente pediu e passaram 3 dias úteis sem resposta.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Para uma proposta maior, com uma reunião de decisão, use a sequência de 5 emails de follow-up de vendas.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1.º follow-up, assunto: </w:t>
      </w:r>
      <w:r>
        <w:rPr>
          <w:rFonts w:ascii="Calibri" w:hAnsi="Calibri" w:cs="Calibri" w:eastAsia="Calibri"/>
          <w:b w:val="0"/>
          <w:color w:val="15131F"/>
          <w:sz w:val="21"/>
        </w:rPr>
        <w:t>O seu orçamento para [trabalho]: a pergunta que quase todos fazem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1.º follow-up, dia útil 3: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A maioria dos clientes faz uma pergunta sobre um orçamento como o seu: [pergunta frequente, por exemplo se as condutas antigas têm de ser substituídas]. No caso da sua casa, a resposta é [resposta curta].</w:t>
        <w:br/>
        <w:br/>
        <w:t>O seu orçamento de [preço] é válido até [data]. Há alguma coisa nele que queira que eu altere?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2.º follow-up, assunto: </w:t>
      </w:r>
      <w:r>
        <w:rPr>
          <w:rFonts w:ascii="Calibri" w:hAnsi="Calibri" w:cs="Calibri" w:eastAsia="Calibri"/>
          <w:b w:val="0"/>
          <w:color w:val="15131F"/>
          <w:sz w:val="21"/>
        </w:rPr>
        <w:t>Mantenho o seu orçamento em aberto ou fecho-o?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2.º follow-up, dia útil 7: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Mantenho em aberto o seu orçamento para [trabalho]? Basta responder com uma palavra:</w:t>
        <w:br/>
        <w:br/>
        <w:t>Manter: ligo-lhe a [data] para combinarmos a data de início.</w:t>
        <w:br/>
        <w:t>Adiar: diga-me o mês e volto a falar consigo nessa altura.</w:t>
        <w:br/>
        <w:t>Fechar: sem problema, e obrigado por nos ter pedido orçamento.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Baixar o preço só para obter uma resposta. Se o problema for o preço, as pessoas dizem-no assim que dizer não se torna fácil.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Registe a resposta como: </w:t>
      </w:r>
      <w:r>
        <w:rPr>
          <w:rFonts w:ascii="Calibri" w:hAnsi="Calibri" w:cs="Calibri" w:eastAsia="Calibri"/>
          <w:b w:val="0"/>
          <w:color w:val="5D5A70"/>
          <w:sz w:val="21"/>
        </w:rPr>
        <w:t>Avançou, Agora não, Disse que não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Email de follow-up após reunião: resumo e um pedido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Resumo: No mesmo dia · Datas dos follow-ups: Dias úteis 2 e 5 · Encerramento: Dia útil 10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Envie-o no mesmo dia, enquanto ambos se lembram dos detalhes. Ao contrário do resumo de uma proposta, ainda não há preço: o que ouviu, o que acontece a seguir e a única coisa de que precisa da parte do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Obrigado por hoje: próximo passo para [projeto]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Dia 0: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pelo seu tempo hoje. O que percebi:</w:t>
        <w:br/>
        <w:t>- [o principal problema, nas palavras do cliente]</w:t>
        <w:br/>
        <w:t>- [o que mais importa, por exemplo um sistema silencioso ou a verba]</w:t>
        <w:br/>
        <w:t>- [prazo, por exemplo antes da primeira semana de frio]</w:t>
        <w:br/>
        <w:br/>
        <w:t>Próximo passo: vou [o que vai fazer] até [data]. Para isso, preciso de uma coisa da sua parte: [o elemento, por exemplo uma fotografia do seu quadro elétrico].</w:t>
        <w:br/>
        <w:br/>
        <w:t>Percebi alguma coisa mal? Basta responder e corrigir-me.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1.º follow-up, dia útil 2: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Um breve follow-up da nossa [reunião ou chamada] de [dia]. Pode enviar-me [o elemento]? Com isso, consigo tratar de [próximo passo] até [data].</w:t>
        <w:br/>
        <w:br/>
        <w:t>Se os seus planos mudaram, basta uma resposta de uma linha.</w:t>
        <w:br/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Indique o próximo passo, quem o faz e a data. Um resumo que acaba em «diga qualquer coisa» não dá ao leitor nada a que responder.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Um pedido, por exemplo: </w:t>
      </w:r>
      <w:r>
        <w:rPr>
          <w:rFonts w:ascii="Calibri" w:hAnsi="Calibri" w:cs="Calibri" w:eastAsia="Calibri"/>
          <w:b w:val="0"/>
          <w:color w:val="5D5A70"/>
          <w:sz w:val="21"/>
        </w:rPr>
        <w:t>Uma fotografia, Uma data, Um sim ou um não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Após uma chamada não atendida: ligue de volta, deixe mensagem, escreva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Ligar de volta em: 1 hora · Segunda chamada: Dia útil 1 · Encerramento: Dia útil 3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No prazo de 1 hora útil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Ligue de volta: Para o número de onde o cliente ligou.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Deixe uma mensagem de voz: Quem é, porque liga e como o podem contactar. Menos de 20 segundos.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Escreva uma vez: Por email, se tiver o endereço. Por SMS ou WhatsApp, só se a pessoa aceitou ser contactada por aí.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de voz: </w:t>
      </w:r>
      <w:r>
        <w:rPr>
          <w:rFonts w:ascii="Calibri" w:hAnsi="Calibri" w:cs="Calibri" w:eastAsia="Calibri"/>
          <w:b w:val="0"/>
          <w:color w:val="15131F"/>
          <w:sz w:val="21"/>
        </w:rPr>
        <w:t>Olá, fala [o seu nome], da [empresa], a devolver a sua chamada de hoje às [hora]. Lamentamos não ter atendido. Ligue-me para o [telefone] até às [hora] ou responda ao email que lhe vou enviar agora. Obrigado.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assunto: </w:t>
      </w:r>
      <w:r>
        <w:rPr>
          <w:rFonts w:ascii="Calibri" w:hAnsi="Calibri" w:cs="Calibri" w:eastAsia="Calibri"/>
          <w:b w:val="0"/>
          <w:color w:val="15131F"/>
          <w:sz w:val="21"/>
        </w:rPr>
        <w:t>Lamentamos não ter atendido a sua chamada, [nome]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Dia 0: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Ligou para a [empresa] hoje às [hora] e lamento não termos atendido. Devolvi a chamada às [hora].</w:t>
        <w:br/>
        <w:br/>
        <w:t>Em que podemos ajudar? Responda numa linha ou indique-me uma hora que lhe dê jeito para uma chamada, e volto a falar consigo ainda hoje.</w:t>
        <w:br/>
        <w:br/>
        <w:t>[O seu nome], [empresa]</w:t>
        <w:br/>
        <w:t>[telefone], [horário de funcionamento]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Consentimento: </w:t>
      </w:r>
      <w:r>
        <w:rPr>
          <w:rFonts w:ascii="Calibri" w:hAnsi="Calibri" w:cs="Calibri" w:eastAsia="Calibri"/>
          <w:b w:val="0"/>
          <w:color w:val="5D5A70"/>
          <w:sz w:val="21"/>
        </w:rPr>
        <w:t>Uma chamada não atendida não é um consentimento. A política do WhatsApp para empresas só permite mensagens a pessoas que lhe deram o número e aceitaram ser contactadas por si, e exige que respeite todos os pedidos para parar.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Dez chamadas, Mensagens sem consentimento, Vender na mensagem de voz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À espera do cliente: indique o elemento exato, uma vez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Primeiro lembrete: Dia 3 · Segundo lembrete: Dia útil 7 · Em espera até: Dia útil 12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 este modelo quando não pode avançar até o cliente enviar alguma coisa: fotografias, um número de modelo, um formulário assinado, medidas ou uma data para o acesso. Um email de follow-up educado indica o elemento exato, porque precisa dele e o que acontece quando chegar.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Falta um elemento para [trabalho]: [elemento]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1.º follow-up, dia útil 3: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Para [próximo passo, por exemplo confirmar o preço do seu novo equipamento], ainda preciso de:</w:t>
        <w:br/>
        <w:t>1. [elemento, por exemplo uma fotografia da etiqueta da sua caldeira]</w:t>
        <w:br/>
        <w:t>2. [segundo elemento, se houver]</w:t>
        <w:br/>
        <w:br/>
        <w:t>Como enviar: responda a este email com [o elemento]. Assim que chegar, trato de [próximo passo] no prazo de [1] dia útil.</w:t>
        <w:br/>
        <w:br/>
        <w:t>Sem pressa da nossa parte: [o seu orçamento ou a sua marcação] fica em espera até [data].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2.º follow-up, dia útil 7: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ainda tenho [trabalho] em espera para si. Se for difícil encontrar [elemento], posso [uma opção mais fácil, por exemplo tirar a fotografia na visita]. Ajudaria? 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Ameaçar cancelar. Mantenha o pedido em espera e feche-o no dia do encerramento, com uma forma fácil de voltar.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 em cada lembrete: </w:t>
      </w:r>
      <w:r>
        <w:rPr>
          <w:rFonts w:ascii="Calibri" w:hAnsi="Calibri" w:cs="Calibri" w:eastAsia="Calibri"/>
          <w:b w:val="0"/>
          <w:color w:val="5D5A70"/>
          <w:sz w:val="21"/>
        </w:rPr>
        <w:t>O que falta, Porque precisa disso, O que acontece a seguir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Após um caso de apoio: verifique, peça confirmação e indique como reabrir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Pedir confirmação: Dia 0 · Verificação: Dia útil 2 · Fechar o caso: Dia útil 5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Verifique a resolução por si: teste-a, veja o resultado ou peça ao técnico que a confirme no local.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Saiba como o cliente pode reabrir o caso: uma resposta a este email ou uma chamada com a referência do caso.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Resolvido: [problema], por favor confirme, ref. [referência do caso]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Dia 0: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[O problema] ficou resolvido. O que fizemos: [o que mudou, numa linha]. Como verificámos: [por exemplo, pusemos o sistema a funcionar durante 30 minutos após a reparação].</w:t>
        <w:br/>
        <w:br/>
        <w:t>Pode confirmar que está tudo bem do seu lado? Basta uma palavra: «resolvido» ou «ainda não».</w:t>
        <w:br/>
        <w:br/>
        <w:t>Se o problema voltar, responda a este email ou ligue para o [telefone] com a referência [referência do caso]. O seu caso é reaberto com a mesma pessoa e não terá de explicar tudo de novo.</w:t>
        <w:br/>
        <w:br/>
        <w:t>Podemos enviar-lhe uma pergunta curta sobre o nosso serviço? Responda «sim» se concordar. Caso contrário, não perguntamos.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1.º follow-up, dia útil 2: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[O problema] continua resolvido? Se sim, não precisa de fazer nada. Se não, responda «ainda não» e ligo-lhe hoje.</w:t>
        <w:br/>
        <w:br/>
        <w:t>Vou fechar o caso a [data]. Uma resposta reabre-o a qualquer momento.</w:t>
        <w:br/>
        <w:br/>
        <w:t>[O seu nome], ref. [referência do caso]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Feche o caso no dia útil 5 se ninguém responder. Os sistemas de apoio ao cliente funcionam da mesma forma: por predefinição, o Zendesk fecha um ticket resolvido 4 dias depois da resolução, e uma resposta do cliente antes disso reabre-o.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Porque não incluir ofertas: </w:t>
      </w:r>
      <w:r>
        <w:rPr>
          <w:rFonts w:ascii="Calibri" w:hAnsi="Calibri" w:cs="Calibri" w:eastAsia="Calibri"/>
          <w:b w:val="0"/>
          <w:color w:val="5D5A70"/>
          <w:sz w:val="21"/>
        </w:rPr>
        <w:t>A autoridade britânica de proteção de dados diz que uma mensagem de serviço que também promove os seus serviços conta como marketing direto. Pergunte primeiro se pode pedir a opinião do cliente e envie o inquérito só a quem disser que sim.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Resultado: </w:t>
      </w:r>
      <w:r>
        <w:rPr>
          <w:rFonts w:ascii="Calibri" w:hAnsi="Calibri" w:cs="Calibri" w:eastAsia="Calibri"/>
          <w:b w:val="0"/>
          <w:color w:val="5D5A70"/>
          <w:sz w:val="21"/>
        </w:rPr>
        <w:t>Resolvido, confirmado, Reaberto, Sem resposta, fechado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Após uma falta: sem culpas, dois novos horários, um follow-up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em: 1 hora · Único follow-up: Dia útil 2 · Encerramento: Dia útil 5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cliente faltou a uma visita, a uma chamada ou a uma videochamada. Espere 15 minutos, ligue uma vez e depois envie este email na hora seguinte. Parta do princípio de que surgiu um imprevisto.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Lamentamos não nos termos encontrado hoje, [nome]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Dia 0: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[Nome do colega] estava disponível para [marcação] hoje às [hora], mas não conseguimos falar consigo. Espero que esteja tudo bem.</w:t>
        <w:br/>
        <w:br/>
        <w:t>Algum destes horários lhe dá jeito em alternativa?</w:t>
        <w:br/>
        <w:t>- [dia] às [hora]</w:t>
        <w:br/>
        <w:t>- [dia] às [hora]</w:t>
        <w:br/>
        <w:t>Ou escolha um horário aqui: [ligação de marcação].</w:t>
        <w:br/>
        <w:br/>
        <w:t>Se já não precisar de [serviço], responda «cancelar» e eu fecho o pedido. Sem problema nenhum.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1.º follow-up, dia útil 2: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ainda posso reservar [dia] às [hora] para si até amanhã às [hora]. Marco? Basta um sim ou um não. 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Cobrar uma taxa por falta que não indicou no momento da marcação, ou enviar mais do que um follow-up.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Ofereça: </w:t>
      </w:r>
      <w:r>
        <w:rPr>
          <w:rFonts w:ascii="Calibri" w:hAnsi="Calibri" w:cs="Calibri" w:eastAsia="Calibri"/>
          <w:b w:val="0"/>
          <w:color w:val="5D5A70"/>
          <w:sz w:val="21"/>
        </w:rPr>
        <w:t>Dois novos horários, Uma ligação de marcação, Um cancelamento fácil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Encerramento: o último email de follow-up, sempre cordial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Fechar a ficha após: 3 dias · Tom: Cordial e definitivo · Nunca: Culpa ou prazos falsos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Envie-o no último dia do calendário. É o único follow-up que diz que vai parar, e torna qualquer resposta fácil, incluindo um não.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Vou fechar o seu pedido de [serviço]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Ou: </w:t>
      </w:r>
      <w:r>
        <w:rPr>
          <w:rFonts w:ascii="Calibri" w:hAnsi="Calibri" w:cs="Calibri" w:eastAsia="Calibri"/>
          <w:b w:val="0"/>
          <w:color w:val="15131F"/>
          <w:sz w:val="21"/>
        </w:rPr>
        <w:t>Fecho isto por agora, [nome]?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Como não tive resposta sobre [pedido], vou fechá-lo do meu lado a [data] e deixar de escrever.</w:t>
        <w:br/>
        <w:br/>
        <w:t>Se ainda precisar de [serviço], responda a este email ou ligue para o [telefone] e retomamos onde ficámos. Se já encontrou o que precisava, ainda bem.</w:t>
        <w:br/>
        <w:br/>
        <w:t>Obrigado por ter pensado na [empresa].</w:t>
        <w:br/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casos de apoio: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como não tive resposta, vou fechar hoje o caso [referência do caso]. Se [o problema] voltar, responda a este email e o caso é reaberto comigo. Obrigado. 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 de enviar: </w:t>
      </w:r>
      <w:r>
        <w:rPr>
          <w:rFonts w:ascii="Calibri" w:hAnsi="Calibri" w:cs="Calibri" w:eastAsia="Calibri"/>
          <w:b w:val="0"/>
          <w:color w:val="5D5A70"/>
          <w:sz w:val="21"/>
        </w:rPr>
        <w:t>Sem resposta em 3 dias úteis: feche a ficha como «Sem resposta, fechado» e não passe a pessoa para uma newsletter. Se alguém pedir para parar, pare de imediato: a FTC exige que um pedido para deixar de receber emails comerciais seja respeitado no prazo de 10 dias úteis, sem exceção para emails entre empresas.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Feche a ficha como: </w:t>
      </w:r>
      <w:r>
        <w:rPr>
          <w:rFonts w:ascii="Calibri" w:hAnsi="Calibri" w:cs="Calibri" w:eastAsia="Calibri"/>
          <w:b w:val="0"/>
          <w:color w:val="5D5A70"/>
          <w:sz w:val="21"/>
        </w:rPr>
        <w:t>Sem resposta, fechado, Agora não, Disse que não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 orçamento sem resposta que voltou pelo chat do site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Harrowgate Heating &amp; Air, uma empresa fictícia de aquecimento e climatização, faz um orçamento para uma bomba de calor e não recebe resposta. Neste exemplo de email de follow-up sem resposta, o 2.º follow-up obtém a resposta nessa mesma noite, no chat do site, onde o agente de IA responde primeiro.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Ter., 15 set., 21:40: A nossa caldeira tem 22 anos. Instalam bombas de calor e quanto custa?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Sim, instalamos bombas de calor com condutas. O preço depende da casa, por isso o Ben, o nosso orçamentista, faz um orçamento fechado depois de uma visita gratuita de 45 minutos. Pode deixar-me o seu nome, email e telefone para que o escritório marque a visita amanhã de manhã?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Nora (escritório): </w:t>
      </w:r>
      <w:r>
        <w:rPr>
          <w:rFonts w:ascii="Calibri" w:hAnsi="Calibri" w:cs="Calibri" w:eastAsia="Calibri"/>
          <w:b w:val="0"/>
          <w:color w:val="15131F"/>
          <w:sz w:val="21"/>
        </w:rPr>
        <w:t>1.º follow-up, qua., 23 set.: A maioria das pessoas faz uma pergunta sobre um orçamento como o seu: as condutas têm de ser substituídas? As suas passaram na verificação do Ben, por isso ficam. Há alguma coisa no orçamento que queira que eu altere?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Nora (escritório): </w:t>
      </w:r>
      <w:r>
        <w:rPr>
          <w:rFonts w:ascii="Calibri" w:hAnsi="Calibri" w:cs="Calibri" w:eastAsia="Calibri"/>
          <w:b w:val="0"/>
          <w:color w:val="15131F"/>
          <w:sz w:val="21"/>
        </w:rPr>
        <w:t>2.º follow-up, ter., 29 set.: Mantenho em aberto o seu orçamento da bomba de calor? Basta uma palavra: Manter, Adiar ou Fechar.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Ter., 29 set., 21:12: Olá, é a Dana Whitfield. Manter, mas não podemos fazer a instalação antes de 20 de outubro. O preço mantém-se?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Obrigado, Dana. Os nossos orçamentos são válidos durante 30 dias, e é o escritório que define as datas de instalação. Passei a sua mensagem à Nora, com a data de que precisa. Ela responde até às 10:00 de amanhã, quarta-feira.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Nora (escritório): </w:t>
      </w:r>
      <w:r>
        <w:rPr>
          <w:rFonts w:ascii="Calibri" w:hAnsi="Calibri" w:cs="Calibri" w:eastAsia="Calibri"/>
          <w:b w:val="0"/>
          <w:color w:val="15131F"/>
          <w:sz w:val="21"/>
        </w:rPr>
        <w:t>Qua., 30 set., 09:02: Bom dia, Dana, fala a Nora. O seu preço mantém-se nos 9850 $ para uma instalação depois de 20 de outubro. O Ben pode na quinta-feira, 22 de outubro, ou na terça-feira, 27 de outubro. Qual lhe dá mais jeito?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Terça-feira, 27 de outubro, por favor.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Nora (escritório): </w:t>
      </w:r>
      <w:r>
        <w:rPr>
          <w:rFonts w:ascii="Calibri" w:hAnsi="Calibri" w:cs="Calibri" w:eastAsia="Calibri"/>
          <w:b w:val="0"/>
          <w:color w:val="15131F"/>
          <w:sz w:val="21"/>
        </w:rPr>
        <w:t>Marcado para terça-feira, 27 de outubro, a partir das 8:00. Vou já enviar-lhe por email a confirmação e a ligação para pagar o sinal.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Ficha de follow-up: Dana Whitfield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Situação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Após um orçamento: bomba de calor, 9850 $, válido 30 dias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Dia 0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Sex., 18 set., orçamento por email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1.º follow-up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Qua., 23 set., dia útil 3: a pergunta das condutas. Sem resposta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2.º follow-up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29 set., dia útil 7: manter, adiar ou fechar?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29 set., 21:12, no chat do site, após o 2.º follow-up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Encerramento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Previsto para ter., 6 out., não foi necessário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Responsável, outro canal autorizado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Nora; telefone: sim, dado no chat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Avançou: instalação na ter., 27 out.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Tarefas no CRMsoftware.pro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Prazo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Qua., 23 set.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1.º follow-up: Dana Whitfield, orçamento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Enviado, sem resposta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29 set.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2.º follow-up: Dana Whitfield, orçamento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Enviado, resposta na mesma noite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Qua., 30 set.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Responder à Dana: data de instalação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Marcada para 27 out.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Qui., 1 out.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Verificar o sinal: Dana Whitfield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Pago a 30 set.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As mesmas semanas no registo de follow-up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Situação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Contacto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não atendida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Raymond Ortiz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devolvida em 40 minutos, visita marcada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À espera de informação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Helen Brooks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fotografia chegou após o 1.º lembrete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Caso de apoio resolvido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Sofia Reyes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«Resolvido» no Dia 0, inquérito: sim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Falta à marcação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Alan Price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resposta após 2 emails, fechado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Quando enviar um segundo email de follow-up sem resposta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Situação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Dia 0: primeira mensagem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Datas dos follow-ups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Encerramento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Pare ou mude quando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Pedido sem resposta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sua resposta, no prazo de 1 hora útil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Dias úteis 2 e 5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útil 10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Qualquer resposta, uma visita marcada ou um não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Após um orçamento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orçamento por email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Dias úteis 3 e 7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útil 12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Qualquer resposta. Para uma proposta maior, use a sequência de vendas de 5 emails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Após reunião ou chamada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resumo, no mesmo dia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Dias úteis 2 e 5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útil 10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cliente envia o elemento ou confirma o próximo passo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não atendida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Devolver a chamada, mensagem de voz e email no prazo de 1 hora útil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segunda chamada no dia útil 1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útil 3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cliente liga ou responde. SMS ou WhatsApp só com consentimento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À espera de informação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lista exata do que falta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Dias úteis 3 e 7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útil 12, em espera até lá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elemento chega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Caso de apoio resolvido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Resolução verificada, peça confirmação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útil 2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útil 5: caso fechado, uma resposta reabre-o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«Resolvido» ou «ainda não»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Falta à marcação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Dois novos horários, no prazo de 1 hora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útil 2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útil 5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cliente remarca ou cancela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Seis regras para um email de follow-up educado que obtém resposta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Valem para qualquer email de follow-up a clientes, em vendas ou em apoio. Combine-as uma vez, para toda a equipa.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pedido claro por email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Uma pergunta a que o leitor possa responder em poucas palavras: sim ou não, um de dois horários, um elemento em falta. Com dois pedidos, as pessoas respondem ao mais fácil.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Pedido: </w:t>
      </w:r>
      <w:r>
        <w:rPr>
          <w:rFonts w:ascii="Calibri" w:hAnsi="Calibri" w:cs="Calibri" w:eastAsia="Calibri"/>
          <w:b w:val="0"/>
          <w:color w:val="15131F"/>
          <w:sz w:val="21"/>
        </w:rPr>
        <w:t>Para a visita, dá-lhe jeito terça-feira às 10:00 ou quinta-feira às 14:00?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Facilite o não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Apresente o não como uma resposta normal e diga o que acontece a seguir. Um não claro termina o calendário e liberta o seu tempo.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Frase: </w:t>
      </w:r>
      <w:r>
        <w:rPr>
          <w:rFonts w:ascii="Calibri" w:hAnsi="Calibri" w:cs="Calibri" w:eastAsia="Calibri"/>
          <w:b w:val="0"/>
          <w:color w:val="15131F"/>
          <w:sz w:val="21"/>
        </w:rPr>
        <w:t>Se não for o momento certo, basta responder «agora não» e eu fecho o seu pedido.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Mude o ângulo, não o volume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Nunca «só para fazer follow-up». Cada follow-up acrescenta uma coisa nova: a resposta a uma pergunta frequente, uma nova data, uma opção mais simples ou uma fotografia de um trabalho semelhante.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Mude de canal só com consentimento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Faça o follow-up onde a conversa começou. Ligue, envie SMS ou mensagem por WhatsApp só se a pessoa lhe deu esse número para isso e aceitou. A política do WhatsApp exige consentimento prévio e o respeito por todos os pedidos para parar.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Pare à primeira resposta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Qualquer resposta interrompe o calendário, mesmo um «agora não». Um pedido para parar termina de imediato todos os follow-ups. Nos EUA, um pedido para deixar de receber emails comerciais tem de ser respeitado no prazo de 10 dias úteis.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responsável, uma data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Cada follow-up em aberto tem um responsável e uma data para o próximo follow-up, no seu CRM ou no registo. Sem data, o segundo follow-up é o que nunca chega a sair.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Esta página não é aconselhamento jurídico. As regras para emails, chamadas e mensagens variam de país para país, por isso verifique as regras oficiais do país onde vivem os seus clientes.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estes modelos de email de seguimento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Escolha a situação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Abra o separador do que aconteceu e preencha os parênteses retos.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Registe o Dia 0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Uma linha no registo em Excel ou uma tarefa no seu CRM. Os prazos seguem o calendário.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Envie um follow-up de cada vez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Na data prevista, envie o email seguinte com um ângulo novo e um pedido.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Pare à primeira resposta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Registe a data da resposta e o resultado. Um não ou um pedido para parar terminam tudo de imediato.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Envie o encerramento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Envie o último email e feche a ficha 3 dias úteis depois.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«Tarefas» no menu à esquerda e clique em «Nova Tarefa». Introduza um «Título da tarefa» como “1.º follow-up: Dana Whitfield, orçamento”, escolha o responsável em «Cessionário» (o responsável pela tarefa), defina o «Prazo» para a data do próximo follow-up e, no caso de uma venda, escolha o «Acordo vinculado» (o negócio associado).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Escreva o Dia 0, o que enviou e qualquer consentimento para ligar ou enviar mensagens em «Notas», no contacto, no lead ou no negócio.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Todas as manhãs, abra «Minhas Tarefas» e trate primeiro de «Prazo para hoje» e «Atraso» (tarefas em atraso). Envie o email a partir da sua própria caixa de correio, escreva o resultado no «Resumo do status», clique em «Marca concluída» (marcar como concluída) e crie a tarefa seguinte.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No Growth, guarde as versões para chat como respostas guardadas: «Configurações» &gt; «Respostas salvas» &gt; «Nova resposta», com um «Atalho» como /noshow, um «Título» e o «Corpo da resposta». Escreva o atalho na caixa de resposta do chat para o inserir.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Quando um cliente que estava em silêncio volta pelo chat do site, o agente de IA responde a partir da sua «Base de Conhecimento». Em «Meus Bots», no separador «Básico», acrescente às «Instruções» quem faz o follow-up dos orçamentos e em que prazo. No Launch, os chats que precisam de uma pessoa ficam em «Suporte ao Vivo» como «Aguardando agente».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CRMsoftware.pro não envia emails de follow-up nem sequências por si: envia cada um a partir da sua própria caixa de correio, e as tarefas guardam as datas. O chat com IA e as tarefas básicas são grátis para 3 utilizadores. A passagem para uma pessoa em «Suporte ao Vivo» vem com o Launch, 19 $ por mês, com faturação anual; as respostas guardadas com o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semanal dos follow-ups, 10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ficha em aberto tem um responsável e uma data para o próximo follow-up.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Em atraso: envie hoje ou mude a data e escreva porquê.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Fechar agora: feche a ficha como Sem resposta, fechado.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Respondeu sem resultado: registe o resultado hoje.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Taxa de resposta mais baixa por situação: reescreva essa primeira mensagem.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https://crmsoftware.pro/pt/templates/follow-up-email-templates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email de follow-up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