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Guião para pedidos de reserva em hotelaria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Guiões para pedidos de reserva de uma estadia em hotel, um grupo ou espaço de eventos, um passeio e um fretamento de iate, com respostas para datas esgotadas, dados em falta e mudanças de idioma, um resumo de passagem e um exemplo preenchido.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Substitua cada palavra entre [parênteses retos] pelos seus dados. Mantenha os guiões das reservas que vende e mantenha sempre a regra do pedido da secção 7, para que a sua IA nunca confirme uma reserva. Cole o resultado nas instruções da IA ou nas notas de chat da sua equipa.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guiões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Estadia em hotel: quartos para uma pessoa, casais e famílias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Perguntas: 6 · Passar a: Reservas · Responder em: 2 horas úteis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Para uma pessoa, um casal ou uma família, até [4] quartos. Faça uma pergunta por mensagem e não volte a perguntar o que o cliente já disse.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Campos indispensáveis, por esta ordem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Datas de entrada e de saída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Adultos e crianças, com as idades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Número de quartos e tipo de quarto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Orçamento por noite, como intervalo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Pedidos especiais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Nome e email ou telefone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Datas e noites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As tarifas e a disponibilidade mudam de noite para noite.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disser «algures em maio»: </w:t>
      </w:r>
      <w:r>
        <w:rPr>
          <w:rFonts w:ascii="Calibri" w:hAnsi="Calibri" w:cs="Calibri" w:eastAsia="Calibri"/>
          <w:b w:val="0"/>
          <w:color w:val="5D5A70"/>
          <w:sz w:val="21"/>
        </w:rPr>
        <w:t>Ofereça duas opções, como [de sexta, 7, a domingo, 9 de maio] ou [de sexta, 14, a domingo, 16 de maio].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Quais são as datas de entrada e de saída que pretende?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Adultos, crianças e idades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As idades definem as camas e, muitas vezes, o preço.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disser «uma família»: </w:t>
      </w:r>
      <w:r>
        <w:rPr>
          <w:rFonts w:ascii="Calibri" w:hAnsi="Calibri" w:cs="Calibri" w:eastAsia="Calibri"/>
          <w:b w:val="0"/>
          <w:color w:val="5D5A70"/>
          <w:sz w:val="21"/>
        </w:rPr>
        <w:t>Peça números, não um rótulo.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Quantos adultos e quantas crianças? Que idade têm as crianças?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Quartos e tipo de quarto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O cliente escolhe a opção. Uma pessoa confirma-a.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perguntar o que têm: </w:t>
      </w:r>
      <w:r>
        <w:rPr>
          <w:rFonts w:ascii="Calibri" w:hAnsi="Calibri" w:cs="Calibri" w:eastAsia="Calibri"/>
          <w:b w:val="0"/>
          <w:color w:val="5D5A70"/>
          <w:sz w:val="21"/>
        </w:rPr>
        <w:t>Indique [2] ou [3] tipos de quarto com o preço «a partir de». Nunca um total.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Prefere [tipo de quarto A] ou [tipo de quarto B]? Os preços começam em [preço] por noite.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1.4 Orçamento por noite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Poucos clientes respondem a uma pergunta aberta sobre orçamento, mas a maioria escolhe um intervalo.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preferir não dizer: </w:t>
      </w:r>
      <w:r>
        <w:rPr>
          <w:rFonts w:ascii="Calibri" w:hAnsi="Calibri" w:cs="Calibri" w:eastAsia="Calibri"/>
          <w:b w:val="0"/>
          <w:color w:val="5D5A70"/>
          <w:sz w:val="21"/>
        </w:rPr>
        <w:t>Escreva «não indicado» e continue.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O seu orçamento por noite é inferior a [150 $], entre [150 e 250 $] ou superior a [250 $]?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1.5 Pedidos especiais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Uma pergunta aberta apanha o que importa.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pedir entrada antecipada: </w:t>
      </w:r>
      <w:r>
        <w:rPr>
          <w:rFonts w:ascii="Calibri" w:hAnsi="Calibri" w:cs="Calibri" w:eastAsia="Calibri"/>
          <w:b w:val="0"/>
          <w:color w:val="5D5A70"/>
          <w:sz w:val="21"/>
        </w:rPr>
        <w:t>Registe-o como pedido. Quem responde é uma pessoa.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Há alguma coisa que devamos saber, como necessidades de acessibilidade, um berço, estacionamento ou uma chegada tardia?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1.6 Contactos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Sem contacto, não há proposta.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hesitar: </w:t>
      </w:r>
      <w:r>
        <w:rPr>
          <w:rFonts w:ascii="Calibri" w:hAnsi="Calibri" w:cs="Calibri" w:eastAsia="Calibri"/>
          <w:b w:val="0"/>
          <w:color w:val="5D5A70"/>
          <w:sz w:val="21"/>
        </w:rPr>
        <w:t>Diga que a proposta segue por email ou telefone e deixe o cliente escolher.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Qual é o melhor email ou número de telefone para [nome] lhe enviar a proposta?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Termine com: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 próprio]. O seu pedido: de [entrada] a [saída], [adultos] adultos e [crianças] crianças, [tipo de quarto], cerca de [orçamento] por noite. Isto é um pedido, não uma reserva. [Nome] vai verificar a disponibilidade e enviar-lhe uma proposta até às [hora].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Resumo de passagem: </w:t>
      </w:r>
      <w:r>
        <w:rPr>
          <w:rFonts w:ascii="Calibri" w:hAnsi="Calibri" w:cs="Calibri" w:eastAsia="Calibri"/>
          <w:b w:val="0"/>
          <w:color w:val="15131F"/>
          <w:sz w:val="21"/>
        </w:rPr>
        <w:t>Pedido de estadia em hotel para [operador]. Estado: pedido, não confirmado. Datas: [entrada] a [saída], [noites] noites. Pessoas: [adultos] adultos, [crianças] crianças (idades: [idades]). Quarto: [quartos] x [tipo de quarto]. Orçamento: [intervalo] por noite. Pedidos: [pedidos]. Em falta: [campos ou nenhum]. Idioma: [idioma]. Contacto: [email ou telefone].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Nunca escreva que um quarto está livre ou reservado. Uma empresa é responsável pelo que o seu chatbot diz aos clientes.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Espaço para grupos ou eventos: casamentos, reuniões e blocos de quartos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Perguntas: 6 · Passar a: Gestor de eventos · Responder em: No mesmo dia útil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Para casamentos, festas, reuniões, retiros e estadias de [10] ou mais quartos.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Campos indispensáveis, por esta ordem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Tipo de evento, data e uma data alternativa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Convidados e, se ficarem a dormir, quartos por noite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Horários e disposição da sala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Comida, bebidas e extras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Orçamento total ou por pessoa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Quem decide e até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Nome, empresa e email ou telefone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Evento e data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Os espaços vendem datas. Uma data alternativa é uma segunda oportunidade.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a data não estiver definida: </w:t>
      </w:r>
      <w:r>
        <w:rPr>
          <w:rFonts w:ascii="Calibri" w:hAnsi="Calibri" w:cs="Calibri" w:eastAsia="Calibri"/>
          <w:b w:val="0"/>
          <w:color w:val="5D5A70"/>
          <w:sz w:val="21"/>
        </w:rPr>
        <w:t>Peça o mês e o dia da semana preferido.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O que está a planear e para que data? Tem uma data alternativa?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Convidados e quartos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O número de pessoas define o espaço. Os convidados que ficam a dormir acrescentam um bloco de quartos.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disser «60 a 80»: </w:t>
      </w:r>
      <w:r>
        <w:rPr>
          <w:rFonts w:ascii="Calibri" w:hAnsi="Calibri" w:cs="Calibri" w:eastAsia="Calibri"/>
          <w:b w:val="0"/>
          <w:color w:val="5D5A70"/>
          <w:sz w:val="21"/>
        </w:rPr>
        <w:t>Registe os dois números. A equipa planeia para o maior.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Quantos convidados espera e algum vai ficar a dormir? Mais ou menos quantos quartos por noite?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Horários e disposição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Um jantar sentado para 80 pessoas precisa de um espaço diferente de um cocktail para 80.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tiver a certeza: </w:t>
      </w:r>
      <w:r>
        <w:rPr>
          <w:rFonts w:ascii="Calibri" w:hAnsi="Calibri" w:cs="Calibri" w:eastAsia="Calibri"/>
          <w:b w:val="0"/>
          <w:color w:val="5D5A70"/>
          <w:sz w:val="21"/>
        </w:rPr>
        <w:t>Ofereça as [2] disposições que usa mais.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A que horas começaria e terminaria? Imagina uma refeição sentada, um cocktail de pé ou filas de cadeiras?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2.4 Comida, bebidas e extras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O catering muda muito o preço.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trouxer o seu próprio catering: </w:t>
      </w:r>
      <w:r>
        <w:rPr>
          <w:rFonts w:ascii="Calibri" w:hAnsi="Calibri" w:cs="Calibri" w:eastAsia="Calibri"/>
          <w:b w:val="0"/>
          <w:color w:val="5D5A70"/>
          <w:sz w:val="21"/>
        </w:rPr>
        <w:t>Registe-o. A equipa de eventos decide.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Quer que tratemos da comida e das bebidas? Precisa de mais alguma coisa, como um ecrã ou microfones?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2.5 Orçamento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Um intervalo significa uma proposta em vez de três.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o quiser partilhar: </w:t>
      </w:r>
      <w:r>
        <w:rPr>
          <w:rFonts w:ascii="Calibri" w:hAnsi="Calibri" w:cs="Calibri" w:eastAsia="Calibri"/>
          <w:b w:val="0"/>
          <w:color w:val="5D5A70"/>
          <w:sz w:val="21"/>
        </w:rPr>
        <w:t>Dê primeiro o seu intervalo: «Eventos como este costumam custar [intervalo]. Está perto do que imaginava?»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Tem em mente um orçamento total ou por pessoa? Um intervalo aproximado chega.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2.6 Decisão e prazos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Quem escreve muitas vezes não é quem assina.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for outra pessoa a decidir: </w:t>
      </w:r>
      <w:r>
        <w:rPr>
          <w:rFonts w:ascii="Calibri" w:hAnsi="Calibri" w:cs="Calibri" w:eastAsia="Calibri"/>
          <w:b w:val="0"/>
          <w:color w:val="5D5A70"/>
          <w:sz w:val="21"/>
        </w:rPr>
        <w:t>Pergunte se a proposta também lhe deve ser enviada.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Quem mais participa na decisão e até quando precisa de escolher o espaço?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Termine com: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 próprio]. O seu pedido: [evento] a [data], data alternativa [data], [convidados] convidados, [disposição], orçamento de [intervalo]. Isto é um pedido e a data ainda não está em pré-reserva. [Nome], o nosso gestor de eventos, vai enviar-lhe a disponibilidade e uma primeira proposta até às [hora]. Qual é o melhor email ou número de telefone?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Propor uma visita: </w:t>
      </w:r>
      <w:r>
        <w:rPr>
          <w:rFonts w:ascii="Calibri" w:hAnsi="Calibri" w:cs="Calibri" w:eastAsia="Calibri"/>
          <w:b w:val="0"/>
          <w:color w:val="15131F"/>
          <w:sz w:val="21"/>
        </w:rPr>
        <w:t>Gostaria de ver o espaço primeiro? Escolha uma hora com [nome] aqui: [ligação de marcação].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Resumo de passagem: </w:t>
      </w:r>
      <w:r>
        <w:rPr>
          <w:rFonts w:ascii="Calibri" w:hAnsi="Calibri" w:cs="Calibri" w:eastAsia="Calibri"/>
          <w:b w:val="0"/>
          <w:color w:val="15131F"/>
          <w:sz w:val="21"/>
        </w:rPr>
        <w:t>Pedido de evento para [operador]. Estado: pedido, não confirmado. Evento: [tipo] a [data], data alternativa [data]. Convidados: [número]. Quartos: [quartos] por noite, [noites] noites. Horários e disposição: [horários], [disposição]. Comida e extras: [detalhes]. Orçamento: [intervalo]. Decide: [quem], até [data]. Em falta: [campos ou nenhum]. Idioma: [idioma]. Contacto: [contactos].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Passeio ou atividade: passeios de um dia, passeios de barco e aulas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Perguntas: 6 · Passar a: Balcão de passeios · Responder em: 2 horas, 15 min se for hoje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Para passeios, passeios de barco e aulas com hora de início fixa. Aqui contam as idades, a recolha e a segurança, não os quartos.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Campos indispensáveis, por esta ordem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Passeio, data e hora de início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Pessoas e idades das crianças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Local de recolha ou ponto de encontro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Partilhado ou privado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Notas de segurança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Nome e um número de telemóvel para o dia do passeio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Passeio, data e hora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Os passeios saem a horas fixas e com lugares limitados.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disser «este fim de semana»: </w:t>
      </w:r>
      <w:r>
        <w:rPr>
          <w:rFonts w:ascii="Calibri" w:hAnsi="Calibri" w:cs="Calibri" w:eastAsia="Calibri"/>
          <w:b w:val="0"/>
          <w:color w:val="5D5A70"/>
          <w:sz w:val="21"/>
        </w:rPr>
        <w:t>Repita como data completa: «Sábado, 10 de outubro, às [10:00] ou às [16:00]?»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Que passeio gostaria de fazer e em que data? Saímos às [horas].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Pessoas e idades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Muitas atividades têm idade mínima ou preço de criança.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uma criança estiver abaixo do seu limite: </w:t>
      </w:r>
      <w:r>
        <w:rPr>
          <w:rFonts w:ascii="Calibri" w:hAnsi="Calibri" w:cs="Calibri" w:eastAsia="Calibri"/>
          <w:b w:val="0"/>
          <w:color w:val="5D5A70"/>
          <w:sz w:val="21"/>
        </w:rPr>
        <w:t>Diga-o e ofereça um passeio para todas as idades: [outro passeio].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Quantas pessoas vêm e que idade têm as crianças, se houver?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Recolha ou ponto de encontro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Sem isto, o guia liga na manhã do passeio e a saída atrasa-se.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ainda não souber o hotel: </w:t>
      </w:r>
      <w:r>
        <w:rPr>
          <w:rFonts w:ascii="Calibri" w:hAnsi="Calibri" w:cs="Calibri" w:eastAsia="Calibri"/>
          <w:b w:val="0"/>
          <w:color w:val="5D5A70"/>
          <w:sz w:val="21"/>
        </w:rPr>
        <w:t>Indique o ponto de encontro e peça o nome do hotel mais tarde.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Onde o devemos ir buscar? Também se pode encontrar connosco em [ponto de encontro].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3.4 Partilhado ou privado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Nos passeios, esta é a pergunta do orçamento.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perguntar o preço: </w:t>
      </w:r>
      <w:r>
        <w:rPr>
          <w:rFonts w:ascii="Calibri" w:hAnsi="Calibri" w:cs="Calibri" w:eastAsia="Calibri"/>
          <w:b w:val="0"/>
          <w:color w:val="5D5A70"/>
          <w:sz w:val="21"/>
        </w:rPr>
        <w:t>Dê o preço por pessoa do passeio partilhado. Os passeios privados são orçamentados pela equipa.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Prefere juntar-se a um grupo partilhado ou fazer um passeio privado só para o seu grupo?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3.5 Notas de segurança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Mobilidade reduzida, alergias ou pessoas que não sabem nadar mudam o passeio que é seguro.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referir um problema de saúde: </w:t>
      </w:r>
      <w:r>
        <w:rPr>
          <w:rFonts w:ascii="Calibri" w:hAnsi="Calibri" w:cs="Calibri" w:eastAsia="Calibri"/>
          <w:b w:val="0"/>
          <w:color w:val="5D5A70"/>
          <w:sz w:val="21"/>
        </w:rPr>
        <w:t>Não dê conselhos. Registe-o e o operador decide.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Há alguma coisa que o guia deva saber, como necessidades de mobilidade, alergias ou alguém que não saiba nadar?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3.6 Número de telemóvel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No dia do passeio, os planos mudam depressa.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só der um email: </w:t>
      </w:r>
      <w:r>
        <w:rPr>
          <w:rFonts w:ascii="Calibri" w:hAnsi="Calibri" w:cs="Calibri" w:eastAsia="Calibri"/>
          <w:b w:val="0"/>
          <w:color w:val="5D5A70"/>
          <w:sz w:val="21"/>
        </w:rPr>
        <w:t>Peça mais uma vez e depois aceite o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Para que número de telemóvel o guia pode ligar durante o passeio? Pode ser WhatsApp.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Termine com: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 próprio]. O seu pedido: [passeio] a [data] às [hora], [adultos] adultos e [crianças] crianças (idades: [idades]), recolha em [local]. Isto é um pedido, não um lugar confirmado. [Nome] vai confirmar os lugares e o preço até às [hora].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Passeio hoje ou amanhã: </w:t>
      </w:r>
      <w:r>
        <w:rPr>
          <w:rFonts w:ascii="Calibri" w:hAnsi="Calibri" w:cs="Calibri" w:eastAsia="Calibri"/>
          <w:b w:val="0"/>
          <w:color w:val="15131F"/>
          <w:sz w:val="21"/>
        </w:rPr>
        <w:t>Para um passeio tão em cima da hora, ligue para o [telefone]. Também já enviei o seu pedido a [nome].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Resumo de passagem: </w:t>
      </w:r>
      <w:r>
        <w:rPr>
          <w:rFonts w:ascii="Calibri" w:hAnsi="Calibri" w:cs="Calibri" w:eastAsia="Calibri"/>
          <w:b w:val="0"/>
          <w:color w:val="15131F"/>
          <w:sz w:val="21"/>
        </w:rPr>
        <w:t>Pedido de passeio para [operador]. Estado: pedido, não confirmado. Urgente: [sim ou não]. Passeio: [passeio], [partilhado ou privado], [data], [hora]. Pessoas: [adultos] adultos, [crianças] crianças (idades: [idades]). Recolha: [local]. Notas de segurança: [notas ou nenhuma]. Em falta: [campos ou nenhum]. Idioma: [idioma]. Telemóvel: [número].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Fretamento de iate: um dia ou uma semana, com ou sem tripulação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Perguntas: 6 · Passar a: Gestor de fretamentos · Responder em: 24 horas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Para fretamentos de um dia ou de uma semana, com ou sem tripulação. Um fretamento precisa do porto, das pessoas a bordo e de quem navega.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Campos indispensáveis, por esta ordem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Datas, e se é de um dia ou com pernoita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Porto de partida e, se for só de ida, porto de chegada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Pessoas a bordo: adultos e crianças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Com ou sem tripulação, e o certificado do skipper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Iate ou tipo de barco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Orçamento para o valor do fretamento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Nome e email ou telefone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Datas e tipo de fretamento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Os fretamentos semanais costumam ser de [sábado] a [sábado]. Os de um dia têm outro preço.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quiser uma semana mais curta: </w:t>
      </w:r>
      <w:r>
        <w:rPr>
          <w:rFonts w:ascii="Calibri" w:hAnsi="Calibri" w:cs="Calibri" w:eastAsia="Calibri"/>
          <w:b w:val="0"/>
          <w:color w:val="5D5A70"/>
          <w:sz w:val="21"/>
        </w:rPr>
        <w:t>Registe-o. O gestor de fretamentos decide.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Em que datas está a pensar? É um passeio de um dia ou vão pernoitar a bordo?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Portos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Numa viagem só de ida, o iate tem de regressar, o que pode alterar o preço.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indicar um porto que não serve: </w:t>
      </w:r>
      <w:r>
        <w:rPr>
          <w:rFonts w:ascii="Calibri" w:hAnsi="Calibri" w:cs="Calibri" w:eastAsia="Calibri"/>
          <w:b w:val="0"/>
          <w:color w:val="5D5A70"/>
          <w:sz w:val="21"/>
        </w:rPr>
        <w:t>Ofereça o seu porto mais próximo: [porto].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Prefere partir e regressar a [porto de base] ou terminar noutro sítio?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Pessoas a bordo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Cada iate tem um limite certificado de passageiros, muitas vezes mais baixo com pernoita.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o grupo passar o limite: </w:t>
      </w:r>
      <w:r>
        <w:rPr>
          <w:rFonts w:ascii="Calibri" w:hAnsi="Calibri" w:cs="Calibri" w:eastAsia="Calibri"/>
          <w:b w:val="0"/>
          <w:color w:val="5D5A70"/>
          <w:sz w:val="21"/>
        </w:rPr>
        <w:t>Não prometa nada. Ofereça [dois iates] ou um [fretamento de um dia] e deixe uma pessoa verificar.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Quantas pessoas vão estar a bordo e quantas são crianças?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4.4 Com ou sem tripulação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Sem tripulação, é o próprio grupo que navega o iate, por isso o skipper é verificado primeiro.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escolher sem tripulação: </w:t>
      </w:r>
      <w:r>
        <w:rPr>
          <w:rFonts w:ascii="Calibri" w:hAnsi="Calibri" w:cs="Calibri" w:eastAsia="Calibri"/>
          <w:b w:val="0"/>
          <w:color w:val="5D5A70"/>
          <w:sz w:val="21"/>
        </w:rPr>
        <w:t>Peça o certificado e a experiência do skipper. O gestor de fretamentos decide.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Prefere um fretamento com tripulação, com skipper e tripulantes, ou sem tripulação, em que é o seu grupo que navega o iate?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4.5 Iate ou tipo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Um iate específico ou um tipo de barco chega para uma primeira proposta.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indicar um iate: </w:t>
      </w:r>
      <w:r>
        <w:rPr>
          <w:rFonts w:ascii="Calibri" w:hAnsi="Calibri" w:cs="Calibri" w:eastAsia="Calibri"/>
          <w:b w:val="0"/>
          <w:color w:val="5D5A70"/>
          <w:sz w:val="21"/>
        </w:rPr>
        <w:t>Registe-o como «ou semelhante», caso esteja ocupado.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Tem algum iate em mente ou um tipo que prefira: veleiro, catamarã ou iate a motor?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4.6 Valor do fretamento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Os valores variam com o iate e a época, e os extras vêm na proposta.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estiver abaixo da sua tarifa mais baixa: </w:t>
      </w:r>
      <w:r>
        <w:rPr>
          <w:rFonts w:ascii="Calibri" w:hAnsi="Calibri" w:cs="Calibri" w:eastAsia="Calibri"/>
          <w:b w:val="0"/>
          <w:color w:val="5D5A70"/>
          <w:sz w:val="21"/>
        </w:rPr>
        <w:t>Ofereça um iate mais pequeno, menos dias ou um passeio de um dia.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Que orçamento tem em mente para o valor do fretamento? Os extras, como comida, combustível e taxas portuárias, aparecem à parte na proposta.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Termine com: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 próprio]. O seu pedido: [iate ou tipo], [com ou sem tripulação], de [data de início] a [data de fim], a partir de [porto], [adultos] adultos e [crianças] crianças, valor do fretamento de cerca de [orçamento]. Isto é um pedido, não uma reserva. [Nome] vai verificar a disponibilidade e enviar-lhe uma proposta com o preço e as condições até às [hora].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Resumo de passagem: </w:t>
      </w:r>
      <w:r>
        <w:rPr>
          <w:rFonts w:ascii="Calibri" w:hAnsi="Calibri" w:cs="Calibri" w:eastAsia="Calibri"/>
          <w:b w:val="0"/>
          <w:color w:val="15131F"/>
          <w:sz w:val="21"/>
        </w:rPr>
        <w:t>Pedido de fretamento para [operador]. Estado: pedido, não confirmado. Iate: [iate ou tipo], [com ou sem tripulação]. Datas: [início] a [fim], [noites] noites. Portos: [porto de partida] a [porto de chegada]. Pessoas: [adultos] adultos, [crianças] crianças (idades: [idades]). Certificado do skipper: [certificado ou não necessário]. Valor do fretamento: [intervalo]. Em falta: [campos ou nenhum]. Idioma: [idioma]. Contacto: [email ou telefone].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Os iates comerciais com 24 metros ou mais abrangidos pelo Red Ensign Group Yacht Code não transportam mais de 12 passageiros, e quem freta no estrangeiro precisa geralmente de comprovar a sua competência. Indique o limite de cada iate na sua base de conhecimento.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Quando as datas, o quarto, o passeio ou o iate não estão disponíveis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Alternativas: Máx. 2 · Lista de espera: Sempre com uma data · Se o cliente recusar: Estado Perdido, com o motivo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sua IA não vê a disponibilidade em tempo real. Só sabe o que diz a sua base de conhecimento: épocas de encerramento, limites de pessoas e datas que marcou como esgotadas. Uma pessoa verifica o resto. Nunca escreva «provavelmente está livre».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 que oferecer, por esta ordem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Outras datas: As datas livres mais próximas, ou uma semana antes ou depois.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Outra opção: Outro quarto, espaço, horário de passeio ou iate a um preço semelhante.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Lista de espera: Só com uma data até à qual vai responder, nunca como reserva.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Recomendação: Um parceiro de confiança, se não puder ajudar.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IA: data marcada como fechada ou esgotada: </w:t>
      </w:r>
      <w:r>
        <w:rPr>
          <w:rFonts w:ascii="Calibri" w:hAnsi="Calibri" w:cs="Calibri" w:eastAsia="Calibri"/>
          <w:b w:val="0"/>
          <w:color w:val="15131F"/>
          <w:sz w:val="21"/>
        </w:rPr>
        <w:t>O [estabelecimento] está [fechado ou esgotado] em [datas]. As datas mais próximas que temos são [datas]. Quer que envie um pedido para essas datas a [nome]?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IA: acima do limite de pessoas: </w:t>
      </w:r>
      <w:r>
        <w:rPr>
          <w:rFonts w:ascii="Calibri" w:hAnsi="Calibri" w:cs="Calibri" w:eastAsia="Calibri"/>
          <w:b w:val="0"/>
          <w:color w:val="15131F"/>
          <w:sz w:val="21"/>
        </w:rPr>
        <w:t>[Opção] leva no máximo [12] pessoas. Para [14], [nome] pode verificar [alternativa]. Quer que acrescente isso ao seu pedido?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IA: perguntam se está livre: </w:t>
      </w:r>
      <w:r>
        <w:rPr>
          <w:rFonts w:ascii="Calibri" w:hAnsi="Calibri" w:cs="Calibri" w:eastAsia="Calibri"/>
          <w:b w:val="0"/>
          <w:color w:val="15131F"/>
          <w:sz w:val="21"/>
        </w:rPr>
        <w:t>Não consigo ver a disponibilidade em tempo real, mas posso enviar já o seu pedido a [nome]. [Nome] vai responder até às [hora].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Operador: duas alternativas: </w:t>
      </w:r>
      <w:r>
        <w:rPr>
          <w:rFonts w:ascii="Calibri" w:hAnsi="Calibri" w:cs="Calibri" w:eastAsia="Calibri"/>
          <w:b w:val="0"/>
          <w:color w:val="15131F"/>
          <w:sz w:val="21"/>
        </w:rPr>
        <w:t>Obrigado pela espera, [nome próprio]. [Opção] não está disponível em [datas]. Posso propor [alternativa 1] ou [alternativa 2]. Quer uma proposta para uma delas?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Operador: lista de espera: </w:t>
      </w:r>
      <w:r>
        <w:rPr>
          <w:rFonts w:ascii="Calibri" w:hAnsi="Calibri" w:cs="Calibri" w:eastAsia="Calibri"/>
          <w:b w:val="0"/>
          <w:color w:val="15131F"/>
          <w:sz w:val="21"/>
        </w:rPr>
        <w:t>Ficou na lista de espera para [opção] em [datas]. Isto não é uma reserva. Se ficar livre, escrevo-lhe logo. Se não, dou-lhe notícias até [data].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recusar tudo: </w:t>
      </w:r>
      <w:r>
        <w:rPr>
          <w:rFonts w:ascii="Calibri" w:hAnsi="Calibri" w:cs="Calibri" w:eastAsia="Calibri"/>
          <w:b w:val="0"/>
          <w:color w:val="15131F"/>
          <w:sz w:val="21"/>
        </w:rPr>
        <w:t>Obrigado por ter pensado em nós. Se os seus planos mudarem, escreva-nos aqui. [Parceiro] pode ter disponibilidade nas suas datas: [ligação].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Dados em falta e mudança de idioma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Perguntas por campo em falta: 1 · Tentativas por campo: 2 · Nunca saltar: Contactos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Os clientes enviam muitas vezes metade dos dados de uma vez. Guarde o que já tem e pergunte só pelo primeiro campo em falta.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faltam dados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Guarde o que já tem: Nunca volte a pedir um campo que o cliente já deu.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Peça um campo de cada vez: Um campo em falta por pergunta. Adultos e crianças podem ir na mesma pergunta.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Repita as respostas vagas: Transforme «no próximo fim de semana» em «de sexta, 16, a domingo, 18 de outubro» e peça ao cliente que confirme.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Pare ao fim de duas tentativas: Depois, faça a passagem com Em falta: [campo] e o estado Dados em falta. Os contactos são o único dado que não pode faltar.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IA: só parte dos dados: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 próprio]. Já tenho [datas] para [pessoas] pessoas. Só mais uma coisa, para [nome] preparar a sua proposta: [pergunta sobre o campo em falta]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IA: sem orçamento indicado: </w:t>
      </w:r>
      <w:r>
        <w:rPr>
          <w:rFonts w:ascii="Calibri" w:hAnsi="Calibri" w:cs="Calibri" w:eastAsia="Calibri"/>
          <w:b w:val="0"/>
          <w:color w:val="15131F"/>
          <w:sz w:val="21"/>
        </w:rPr>
        <w:t>Não há problema. Está mais perto de [intervalo A], [intervalo B] ou [intervalo C]? Se preferir não dizer, deixo em aberto.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IA: ainda falta o contacto: </w:t>
      </w:r>
      <w:r>
        <w:rPr>
          <w:rFonts w:ascii="Calibri" w:hAnsi="Calibri" w:cs="Calibri" w:eastAsia="Calibri"/>
          <w:b w:val="0"/>
          <w:color w:val="15131F"/>
          <w:sz w:val="21"/>
        </w:rPr>
        <w:t>Para enviar o seu pedido a [nome], preciso de um email ou de um número de telefone. Qual prefere?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o cliente muda de idioma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Responda no idioma da última mensagem do cliente. Se mudar de idioma, mude também, sem perguntar.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Escreva as datas com o nome do mês: 07/10 significa 10 de julho nos EUA e 7 de outubro na maior parte da Europa.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Escreva os preços com um código de moeda, como 180 USD.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Mantenha os nomes e as moradas exatamente como o cliente os escreveu.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Escreva o resumo no idioma da sua equipa, com Idioma: [idioma].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Num inquérito a 8709 consumidores, 76% preferiam comprar com informação no seu próprio idioma. A partir do plano Growth, a caixa de entrada do CRMsoftware.pro traduz automaticamente para o operador.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Pedido ou confirmação: o que a IA pode e não pode dizer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 IA diz «reservado»: Nunca · Quem confirma: Uma pessoa · Estado até lá: Pedido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Só uma pessoa pode confirmar uma reserva, depois de verificar a disponibilidade, o preço e as condições. Até lá, a IA recolhe um pedido. Um tribunal considerou a Air Canada responsável pelo que o chatbot do seu site disse a um cliente.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 que nunca dizer e o que dizer em vez disso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Nunca diga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Diga antes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seu quarto está reservado.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seu pedido ficou registado. [Nome] vai confirmar a disponibilidade até às [hora].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Sim, está disponível.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consigo ver a disponibilidade em tempo real. [Nome] vai verificar.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total é 2400 $.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preços começam em [preço] por noite. O preço exato vem na proposta.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Fica em pré-reserva para si.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[Nome] pode dizer-lhe se é possível fazer uma pré-reserva.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Cancelamento grátis, sem problema.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condições de cancelamento estão na proposta e em [página da política].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Cole nas instruções da IA: </w:t>
      </w:r>
      <w:r>
        <w:rPr>
          <w:rFonts w:ascii="Calibri" w:hAnsi="Calibri" w:cs="Calibri" w:eastAsia="Calibri"/>
          <w:b w:val="0"/>
          <w:color w:val="15131F"/>
          <w:sz w:val="21"/>
        </w:rPr>
        <w:t>Recolha pedidos de reserva para [estabelecimento]. Não consegue ver a disponibilidade nem confirmar reservas, preços, pré-reservas, descontos ou reembolsos. Nunca diga que algo está reservado, marcado, confirmado, garantido ou em pré-reserva. Chame-lhe pedido, diga o nome da pessoa que o vai confirmar e até quando. Indique apenas os preços «a partir de» que constam da base de conhecimento.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Quem confirma e quando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O operador verifica: A disponibilidade, o preço e as condições, no seu próprio sistema ou calendário.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O operador envia a proposta: Preço, condições e forma de pagamento. Estado: Proposta enviada.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O cliente aceita: Sinal, pagamento ou contrato assinado, conforme as suas condições.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O operador confirma: Só agora: «A sua reserva está confirmada.» Estado: Confirmado pelo operador.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Resumo de passagem: envie cada pedido ao operador certo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Estado: Pedido · Primeira linha: Tipo e operador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resumo é a primeira coisa que o operador lê. Deve permitir-lhe verificar a disponibilidade e enviar uma proposta sem voltar a perguntar nada ao cliente.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Quem recebe cada pedido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Pedido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Operador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Responder em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Estadia em hotel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[Reservas]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[2 horas úteis]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Grupo ou evento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[Gestor de eventos]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[No mesmo dia útil]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Passeio ou atividade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[Balcão de passeios]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[2 horas, 15 minutos se for hoje]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Fretamento de iate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[Gestor de fretamentos]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[24 horas]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é claro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[Receção ou proprietário]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[2 horas úteis]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Formato do resumo: </w:t>
      </w:r>
      <w:r>
        <w:rPr>
          <w:rFonts w:ascii="Calibri" w:hAnsi="Calibri" w:cs="Calibri" w:eastAsia="Calibri"/>
          <w:b w:val="0"/>
          <w:color w:val="15131F"/>
          <w:sz w:val="21"/>
        </w:rPr>
        <w:t>Pedido de [tipo] para [operador]. Estado: pedido, não confirmado. Datas: [datas], [noites] noites. Pessoas: [adultos] adultos, [crianças] crianças (idades: [idades]). Opção: [quarto, espaço, passeio ou iate]. Local: [recolha ou porto]. Orçamento: [intervalo]. Pedidos: [notas]. Em falta: [campos ou nenhum]. Idioma: [idioma]. Contacto: [email ou telefone]. Resposta prometida: até às [hora].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diz ao cliente: </w:t>
      </w:r>
      <w:r>
        <w:rPr>
          <w:rFonts w:ascii="Calibri" w:hAnsi="Calibri" w:cs="Calibri" w:eastAsia="Calibri"/>
          <w:b w:val="0"/>
          <w:color w:val="15131F"/>
          <w:sz w:val="21"/>
        </w:rPr>
        <w:t>Obrigado. Enviei o seu pedido a [nome], que trata de [estadias, eventos, passeios ou fretamentos] e vai responder até às [hora]. Até lá, isto é um pedido, não uma reserva.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estiver ninguém disponível: </w:t>
      </w:r>
      <w:r>
        <w:rPr>
          <w:rFonts w:ascii="Calibri" w:hAnsi="Calibri" w:cs="Calibri" w:eastAsia="Calibri"/>
          <w:b w:val="0"/>
          <w:color w:val="15131F"/>
          <w:sz w:val="21"/>
        </w:rPr>
        <w:t>Neste momento, a nossa equipa não está disponível. O seu pedido ficou guardado e [nome] vai responder amanhã até às [hora]. Se for urgente, ligue para o [telefone].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Defina um substituto para cada operador. Um pedido que fica à espera numa caixa de entrada vazia é uma reserva perdida.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Alertas no CRMsoftware.pro: </w:t>
      </w:r>
      <w:r>
        <w:rPr>
          <w:rFonts w:ascii="Calibri" w:hAnsi="Calibri" w:cs="Calibri" w:eastAsia="Calibri"/>
          <w:b w:val="0"/>
          <w:color w:val="5D5A70"/>
          <w:sz w:val="21"/>
        </w:rPr>
        <w:t>Email, Push, Suporte ao Vivo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 preenchido: Um pedido de fretamento passado ao operador certo em 4 minutos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O guião para pedidos de reserva no Tidewell Harbor, um hotel fictício junto ao porto, com um terraço para eventos, passeios de barco e três iates para fretamento. A cliente envia metade dos dados às 21:14; a IA pergunta só o que falta e passa um pedido completo à Marta, a gestora de fretamentos.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Olá! O Aurora está livre de 10 a 17 de julho do próximo ano? Somos 10 pessoas.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Olá, obrigado por contactar o Tidewell Harbor. Não consigo ver a disponibilidade em tempo real, mas vou enviar o seu pedido à Marta, a nossa gestora de fretamentos, que a vai verificar. Fica registado: de 10 a 17 de julho de 2027, para 10 pessoas. Quantas são crianças?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Duas crianças, de 9 e 12 anos. Os restantes são adultos.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Obrigado. Prefere um fretamento com tripulação, com skipper e tripulantes, ou sem tripulação, em que é o seu grupo que navega o iate?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Com tripulação, por favor. Nenhum de nós sabe velejar.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Então fica com tripulação. Quer partir e regressar aqui, ao Tidewell Harbor?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Sim, ida e volta.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Que orçamento tem em mente para o valor do fretamento? Os extras, como comida, combustível e taxas portuárias, aparecem à parte na proposta.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Entre 20 e 25 mil dólares.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Obrigado. Qual é o melhor email para a Marta lhe enviar a proposta?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anna.w@example.com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Obrigado, Anna. Este é o seu pedido: Aurora, com tripulação, de 10 a 17 de julho de 2027, a partir do Tidewell Harbor, 8 adultos e 2 crianças, valor do fretamento de cerca de 20 000 a 25 000 $. Isto é um pedido, não uma reserva. A Marta vai verificar a disponibilidade e enviar-lhe uma proposta por email até amanhã ao meio-dia.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Perfeito, obrigada!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Marta (fretamentos): </w:t>
      </w:r>
      <w:r>
        <w:rPr>
          <w:rFonts w:ascii="Calibri" w:hAnsi="Calibri" w:cs="Calibri" w:eastAsia="Calibri"/>
          <w:b w:val="0"/>
          <w:color w:val="15131F"/>
          <w:sz w:val="21"/>
        </w:rPr>
        <w:t>Bom dia, Anna. Aqui é a Marta. O Aurora está disponível de 10 a 17 de julho de 2027 e a sua proposta, com o preço e as condições, já está no seu email. Deixo o iate em pré-reserva para si até sexta-feira, 16 de outubro. A reserva fica confirmada quando recebermos o contrato assinado e o sinal.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Resumo de passagem enviado à Marta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Pedido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Fretamento de iate, para a Marta (fretamentos)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Pedido, não confirmado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Iate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Aurora, com tripulação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Datas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 sábado, 10, a sábado, 17 de julho de 2027, 7 noites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Portos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Tidewell Harbor, ida e volta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Pessoas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8 adultos, 2 crianças (9 e 12 anos)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Orçamento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20 000 a 25 000 $ (valor do fretamento)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Em falta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Nenhum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Idioma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Português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Contacto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Anna W. (anna.w@example.com)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 prometida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Até ao meio-dia de quarta-feira, 7 de outubro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Do pedido à reserva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21:14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Primeira mensagem no chat do site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Novo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21:18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Resumo enviado à Marta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Enviado ao operador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Qua., 9:05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Disponibilidade verificada, proposta enviada por email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Proposta enviada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Até sex., 16 out.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Contrato assinado e sinal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Confirmado pelo operador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Exemplo fictício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Campos indispensáveis para pedidos de hotel, eventos, passeios e fretamentos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Estadia em hotel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Grupo ou evento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Passeio ou atividade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Fretamento de iate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Entrada e saída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do evento e uma data alternativa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e hora de início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de início e de fim, de um dia ou com pernoita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Pessoas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Adultos, crianças e idades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Convidados e quartos por noite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Pessoas e idades das crianças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Pessoas a bordo, dentro do limite do iate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Opção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Quartos e tipo de quarto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Disposição, catering e extras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Partilhado ou privado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Iate ou tipo, com ou sem tripulação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Local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é necessário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é necessário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Recolha ou ponto de encontro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Porto de partida e de chegada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Orçamento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Por noite, como intervalo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Total ou por pessoa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Tabela de preços, orçamento à parte para passeios privados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Valor do fretamento, extras à parte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Verificação extra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Pedidos especiais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Quem decide e até quando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Notas de segurança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Certificado do skipper, se for sem tripulação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Pedidos de reserva que precisam de outra resposta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Situações que um guião simples não resolve, com o que a IA diz.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O cliente quer saber o preço primeiro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Não recuse nem adivinhe um total. Dê o preço «a partir de» e diga o que o faz variar.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diz: </w:t>
      </w:r>
      <w:r>
        <w:rPr>
          <w:rFonts w:ascii="Calibri" w:hAnsi="Calibri" w:cs="Calibri" w:eastAsia="Calibri"/>
          <w:b w:val="0"/>
          <w:color w:val="15131F"/>
          <w:sz w:val="21"/>
        </w:rPr>
        <w:t>Os quartos custam a partir de [preço] por noite. O preço exato depende das suas datas, por isso deixe-me tomar nota de dois dados e [nome] envia-lho.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O cliente quer pagar já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O pagamento vem depois de uma pessoa confirmar. A partir do plano Launch, o operador pode enviar um orçamento, um contrato com assinatura eletrónica ou uma ligação de pagamento a partir do CRMsoftware.pro.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diz: </w:t>
      </w:r>
      <w:r>
        <w:rPr>
          <w:rFonts w:ascii="Calibri" w:hAnsi="Calibri" w:cs="Calibri" w:eastAsia="Calibri"/>
          <w:b w:val="0"/>
          <w:color w:val="15131F"/>
          <w:sz w:val="21"/>
        </w:rPr>
        <w:t>Obrigado. [Nome] vai enviar-lhe a proposta com uma forma segura de pagar assim que as suas datas estiverem confirmadas.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organizador ou agente escreve por um cliente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Quem escreve pode não ser quem viaja ou paga.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diz: </w:t>
      </w:r>
      <w:r>
        <w:rPr>
          <w:rFonts w:ascii="Calibri" w:hAnsi="Calibri" w:cs="Calibri" w:eastAsia="Calibri"/>
          <w:b w:val="0"/>
          <w:color w:val="15131F"/>
          <w:sz w:val="21"/>
        </w:rPr>
        <w:t>A reserva fica em seu nome ou em nome do seu cliente? E quem deve receber a proposta?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O pedido chega à noite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Recolha tudo agora e prometa uma hora de resposta. O cliente não tem de voltar a escrever.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diz: </w:t>
      </w:r>
      <w:r>
        <w:rPr>
          <w:rFonts w:ascii="Calibri" w:hAnsi="Calibri" w:cs="Calibri" w:eastAsia="Calibri"/>
          <w:b w:val="0"/>
          <w:color w:val="15131F"/>
          <w:sz w:val="21"/>
        </w:rPr>
        <w:t>A nossa equipa regressa às [9:00]. O seu pedido ficou guardado e [nome] vai responder até às [11:00].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A partir do plano Launch, as marcações com sincronização de calendário permitem aos clientes escolher uma hora para uma chamada ou uma visita ao local. Os quartos, os lugares e os iates continuam a ser confirmados pela sua equipa.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Configure o seu guião para pedidos de reserva em 4 passos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Escolha os seus tipos de reserva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Mantenha os separadores do que vende, mais os separadores 5 a 8.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Preencha os parênteses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Quartos e tarifas, espaços, horários dos passeios e limites de idade, iates, portos e o nome de cada operador. As datas fechadas e os limites de pessoas vão para a base de conhecimento.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Acrescente a regra do pedido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Cole o texto do separador 7 nas instruções da 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Teste e reveja todas as semanas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Envie cinco pedidos de teste, incluindo um com dados em falta e outro noutro idioma. Reveja o registo todas as semanas.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«Meus Bots», escolha o seu bot e, no separador «Básico», cole as suas perguntas, a regra do pedido e os seus operadores em «Instruções». Acrescente as tarifas, as datas fechadas e os limites de pessoas à «Base de Conhecimento».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No separador «Comportamento», ative «Coletar Dados do Usuário» para pedir o nome e o contacto antes de o chat começar.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No separador «Conectar», ative «Enviar notificações por e-mail» e adicione os seus operadores em «Usuários atribuídos». Ative também as notificações push.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Clique em «Salvar Alterações» e envie um pedido de teste com «Experimente o bot». Assuma a conversa em «Suporte ao Vivo», onde o estado passa de «Aguardando agente» para «Concluída».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Na caixa de leads, converta um pedido de evento ou de fretamento num contacto, numa empresa e num negócio com um só clique.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plano Free inclui chat com IA, uma base de conhecimento básica, uma caixa de leads limitada e 1 pipeline. A passagem para uma pessoa com alertas por email e push começa no Launch, a 19 $ por mês, com faturação anual, para 8 utilizadores. O CRMsoftware.pro não se liga a sistemas de reservas de hotel nem verifica a disponibilidade: é a sua equipa que confirma cada reserva.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semanal dos pedidos, 15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Dados em falta: que pergunta é que os clientes saltam?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Operador errado: o resumo indica a pessoa certa?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Qualquer chat em que a IA tenha escrito «reservado» ou «confirmado»: corrija as instruções no mesmo dia.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https://crmsoftware.pro/pt/templates/hospitality-lead-qualification-script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Guião para pedidos de reserva em hotelaria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