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Guiões de qualificação de leads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Cinco guiões para chat, telefone, reservas e testes de SaaS, uma grelha de pontuação e um exemplo preenchido. Do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Antes de usar um guião, substitua cada palavra entre [parênteses retos] pelos seus dados.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Guião 1. Pedido de serviço: chat do site ou WhatsApp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Objetivo: </w:t>
      </w:r>
      <w:r>
        <w:rPr>
          <w:rFonts w:ascii="Calibri" w:hAnsi="Calibri" w:cs="Calibri" w:eastAsia="Calibri"/>
          <w:b w:val="0"/>
          <w:color w:val="15131F"/>
          <w:sz w:val="21"/>
        </w:rPr>
        <w:t>Perceber em 4 a 6 mensagens curtas se o lead se adequa e depois marcar uma chamada ou passar a conversa a uma pessoa.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Abertura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«Olá, obrigado por contactar a [Empresa]. Em que podemos ajudar?»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Faça uma pergunta por mensagem e aguarde a resposta.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Necessidade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«Percebido. O que pretende sobretudo mudar ou resolver?»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Adequação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«Onde fica o projeto? Trabalhamos em [área de serviço].»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Fora da sua área, ou um serviço que não presta: passe para a saída cordial.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Prazo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«Quando gostaria de começar?»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Está só a ver, ou o início é daqui a mais de [6 meses]: envie um guia útil e defina uma data de seguimento.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Orçamento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«Projetos como este costumam custar [intervalo de preços]. Isso corresponde ao que tinha em mente?»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Abaixo de [orçamento mínimo]: passe para a saída cordial e sugira uma alternativa.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Decisão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«Mais alguém vai participar na decisão? Pode juntar-se à chamada.»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Próximo passo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«Ótimo. O próximo passo é uma chamada gratuita de [20] minutos com [nome do comercial]. Aqui está a ligação para marcar: [ligação de marcação]. Para que e-mail devo enviar a confirmação?»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Recolher antes da passagem: </w:t>
      </w:r>
      <w:r>
        <w:rPr>
          <w:rFonts w:ascii="Calibri" w:hAnsi="Calibri" w:cs="Calibri" w:eastAsia="Calibri"/>
          <w:b w:val="0"/>
          <w:color w:val="15131F"/>
          <w:sz w:val="21"/>
        </w:rPr>
        <w:t>Nome, Serviço pretendido, Localização ou área de serviço, Data de início, Intervalo de orçamento, Quem decide, E-mail ou telefone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Pare de perguntar quando: </w:t>
      </w:r>
      <w:r>
        <w:rPr>
          <w:rFonts w:ascii="Calibri" w:hAnsi="Calibri" w:cs="Calibri" w:eastAsia="Calibri"/>
          <w:b w:val="0"/>
          <w:color w:val="15131F"/>
          <w:sz w:val="21"/>
        </w:rPr>
        <w:t>Já sabe a necessidade, a adequação, a data de início e como contactar a pessoa. Nunca faça mais de 6 perguntas no chat e passe a conversa a uma pessoa de imediato se o lead o pedir ou perguntar um preço que não pode indicar.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Passar a vendas: </w:t>
      </w:r>
      <w:r>
        <w:rPr>
          <w:rFonts w:ascii="Calibri" w:hAnsi="Calibri" w:cs="Calibri" w:eastAsia="Calibri"/>
          <w:b w:val="0"/>
          <w:color w:val="15131F"/>
          <w:sz w:val="21"/>
        </w:rPr>
        <w:t>[Nome] pretende [serviço] em [localização]. Objetivo: [objetivo]. Início: [data]. Orçamento: [intervalo]. Decide: [quem]. Pontuação: [x]/10, [Quente ou Morno]. Próximo passo: chamada marcada para [data e hora]. Origem: chat do site.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Guião 2. Chamada telefónica recebida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Objetivo: </w:t>
      </w:r>
      <w:r>
        <w:rPr>
          <w:rFonts w:ascii="Calibri" w:hAnsi="Calibri" w:cs="Calibri" w:eastAsia="Calibri"/>
          <w:b w:val="0"/>
          <w:color w:val="15131F"/>
          <w:sz w:val="21"/>
        </w:rPr>
        <w:t>Qualificar quem liga em menos de 8 minutos e combinar o próximo passo antes de desligar.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Abertura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«Obrigado por ligar para a [Empresa], fala [o seu nome]. Em que posso ajudar?»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Deixe primeiro a pessoa falar e anote as palavras exatas.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Permissão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«Posso fazer algumas perguntas rápidas para o encaminhar para a pessoa certa?»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Não é boa altura: combine uma hora para voltar a ligar e envie um convite de calendário.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Necessidade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«O que o levou a ligar hoje e o que já experimentou até agora?»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Impacto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«O que acontece se isto não estiver resolvido até [mês]?»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Adequação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«Qual é a dimensão do projeto: quantas [pessoas, divisões, localizações ou unidades]?»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Demasiado pequeno ou grande para si: passe para a saída cordial.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Orçamento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«A maioria dos clientes investe entre [intervalo de preços]. Isso está dentro do seu orçamento?»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Ainda sem orçamento: ofereça-se para enviar uma tabela de preços por e-mail e marque uma chamada de seguimento.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Decisão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«Quem mais vai participar na escolha e o que vai querer ver?»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 Próximo passo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«Se tudo fizer sentido, quando gostaria de começar? Vamos marcar [30] minutos com [nome do comercial] na [dia]. Às [hora] dá jeito?»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Recolher antes da passagem: </w:t>
      </w:r>
      <w:r>
        <w:rPr>
          <w:rFonts w:ascii="Calibri" w:hAnsi="Calibri" w:cs="Calibri" w:eastAsia="Calibri"/>
          <w:b w:val="0"/>
          <w:color w:val="15131F"/>
          <w:sz w:val="21"/>
        </w:rPr>
        <w:t>Nome e empresa, Motivo da chamada, O que já experimentou, Dimensão ou âmbito, Intervalo de orçamento, Quem decide, Data de início, Como encontrou a empresa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Pare de perguntar quando: </w:t>
      </w:r>
      <w:r>
        <w:rPr>
          <w:rFonts w:ascii="Calibri" w:hAnsi="Calibri" w:cs="Calibri" w:eastAsia="Calibri"/>
          <w:b w:val="0"/>
          <w:color w:val="15131F"/>
          <w:sz w:val="21"/>
        </w:rPr>
        <w:t>Passaram oito minutos, ou já sabe a necessidade, a adequação, o orçamento, o processo de decisão e a data de início. Marque o próximo passo durante a chamada; nunca termine com uma promessa vaga de enviar informação.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Passar a vendas: </w:t>
      </w:r>
      <w:r>
        <w:rPr>
          <w:rFonts w:ascii="Calibri" w:hAnsi="Calibri" w:cs="Calibri" w:eastAsia="Calibri"/>
          <w:b w:val="0"/>
          <w:color w:val="15131F"/>
          <w:sz w:val="21"/>
        </w:rPr>
        <w:t>[Nome] da [empresa] ligou sobre [necessidade]. Já experimentou: [o quê]. Dimensão: [âmbito]. Orçamento: [intervalo]. Decide: [quem]. Início: [data]. Encontrou-nos através de [origem]. Pontuação: [x]/10. Próximo passo: [data e hora da reunião].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Guião 3. Pedido de reserva: hotel, passeio, fretamento ou espaço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Objetivo: </w:t>
      </w:r>
      <w:r>
        <w:rPr>
          <w:rFonts w:ascii="Calibri" w:hAnsi="Calibri" w:cs="Calibri" w:eastAsia="Calibri"/>
          <w:b w:val="0"/>
          <w:color w:val="15131F"/>
          <w:sz w:val="21"/>
        </w:rPr>
        <w:t>Recolher todos os dados da reserva e deixar claro que se trata de um pedido até uma pessoa confirmar a disponibilidade e o pagamento.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Datas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«Obrigado pelo interesse em [estabelecimento]. Que datas está a considerar?»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As datas são vagas: ofereça duas opções, por exemplo este fim de semana ou o seguinte.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Hóspedes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«Quantas pessoas são e há crianças?»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Opção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«Tem interesse em [opção A] ou [opção B]? Neste momento, os preços começam em [preço].»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Indique apenas preços da sua tabela de preços atual.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Orçamento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«Tem um orçamento por [noite ou pessoa] em mente?»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Abaixo da sua tarifa mais baixa: sugira outras datas ou uma opção mais económica.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Pedidos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«Tem algum pedido especial, como acessibilidade, necessidades alimentares ou transferes?»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Esgotado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As datas estão cheias: diga que [datas] estão esgotadas, ofereça [alternativa 1] ou [alternativa 2] e pergunte se deve registar uma delas como pedido.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Idioma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O hóspede escreve noutro idioma: responda nesse idioma e mantenha a nota interna no idioma da sua equipa.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 Fecho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«Obrigado. O seu pedido para [datas], [hóspedes] e [opção] ficou registado. Ainda não é uma reserva confirmada: [membro da equipa] confirma a disponibilidade e o pagamento até às [hora]. Qual é o melhor e-mail ou número de telefone para o contactar?»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Recolher antes da passagem: </w:t>
      </w:r>
      <w:r>
        <w:rPr>
          <w:rFonts w:ascii="Calibri" w:hAnsi="Calibri" w:cs="Calibri" w:eastAsia="Calibri"/>
          <w:b w:val="0"/>
          <w:color w:val="15131F"/>
          <w:sz w:val="21"/>
        </w:rPr>
        <w:t>Datas e horas, Número de hóspedes, Quarto, passeio ou serviço, Orçamento por noite ou pessoa, Pedidos especiais, Idioma preferido, E-mail ou telefone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Pare de perguntar quando: </w:t>
      </w:r>
      <w:r>
        <w:rPr>
          <w:rFonts w:ascii="Calibri" w:hAnsi="Calibri" w:cs="Calibri" w:eastAsia="Calibri"/>
          <w:b w:val="0"/>
          <w:color w:val="15131F"/>
          <w:sz w:val="21"/>
        </w:rPr>
        <w:t>Tem as datas, o número de hóspedes, a opção e os contactos. Nunca confirme disponibilidade, preços ou reembolsos que uma pessoa não tenha verificado.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Passar a vendas: </w:t>
      </w:r>
      <w:r>
        <w:rPr>
          <w:rFonts w:ascii="Calibri" w:hAnsi="Calibri" w:cs="Calibri" w:eastAsia="Calibri"/>
          <w:b w:val="0"/>
          <w:color w:val="15131F"/>
          <w:sz w:val="21"/>
        </w:rPr>
        <w:t>Pedido: [datas], [hóspedes] hóspedes ([crianças] crianças), [opção]. Orçamento: [valor] por [noite ou pessoa]. Pedidos: [notas]. Idioma: [idioma]. Contacto: [e-mail ou telefone]. Estado: pedido, não confirmado. Confirmar até: [hora].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Guião 4. Pedido de demo SaaS ou teste gratuito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Objetivo: </w:t>
      </w:r>
      <w:r>
        <w:rPr>
          <w:rFonts w:ascii="Calibri" w:hAnsi="Calibri" w:cs="Calibri" w:eastAsia="Calibri"/>
          <w:b w:val="0"/>
          <w:color w:val="15131F"/>
          <w:sz w:val="21"/>
        </w:rPr>
        <w:t>Perceber o caso de utilização, a dimensão da equipa e o prazo, e depois encaminhar o lead para configuração autónoma, uma demo ou acompanhamento a longo prazo.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Caso de utilização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«Obrigado por experimentar [produto]. O que pretende fazer primeiro com ele?»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Ferramenta atual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«O que usa hoje e o que não está a funcionar?»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Dimensão da equipa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«Quantas pessoas o iriam usar?»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De [1 a 3] utilizadores: envie o guia de configuração e a ligação para o plano gratuito para que configurem de forma autónoma.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Integrações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«Com que ferramentas tem de funcionar?»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Falta uma integração indispensável: diga-o com honestidade e registe-a como pedido de funcionalidade.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Prazo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«Para quando precisa de ter tudo a funcionar?»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Decisão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«Quem mais tem de aprovar: uma chefia, a equipa de TI ou o departamento financeiro?»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 Orçamento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«Tem um orçamento definido para isto, por mês ou por ano?»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 Encaminhamento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«Uma demo de [20] minutos com [nome do comercial] na [dia] mostraria [caso de utilização]. Às [hora] dá jeito?»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Se: </w:t>
      </w:r>
      <w:r>
        <w:rPr>
          <w:rFonts w:ascii="Calibri" w:hAnsi="Calibri" w:cs="Calibri" w:eastAsia="Calibri"/>
          <w:b w:val="0"/>
          <w:color w:val="15131F"/>
          <w:sz w:val="21"/>
        </w:rPr>
        <w:t>Sem prazo nem orçamento: envie um caso de estudo curto e faça seguimento daqui a [30 dias].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Recolher antes da passagem: </w:t>
      </w:r>
      <w:r>
        <w:rPr>
          <w:rFonts w:ascii="Calibri" w:hAnsi="Calibri" w:cs="Calibri" w:eastAsia="Calibri"/>
          <w:b w:val="0"/>
          <w:color w:val="15131F"/>
          <w:sz w:val="21"/>
        </w:rPr>
        <w:t>Empresa e função, Caso de utilização principal, Ferramenta atual, Número de utilizadores, Integrações indispensáveis, Prazo, Quem aprova, Orçamento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Pare de perguntar quando: </w:t>
      </w:r>
      <w:r>
        <w:rPr>
          <w:rFonts w:ascii="Calibri" w:hAnsi="Calibri" w:cs="Calibri" w:eastAsia="Calibri"/>
          <w:b w:val="0"/>
          <w:color w:val="15131F"/>
          <w:sz w:val="21"/>
        </w:rPr>
        <w:t>Já consegue escolher o encaminhamento: configuração autónoma, demo ou acompanhamento. Não faça a demo inteira no chat.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Passar a vendas: </w:t>
      </w:r>
      <w:r>
        <w:rPr>
          <w:rFonts w:ascii="Calibri" w:hAnsi="Calibri" w:cs="Calibri" w:eastAsia="Calibri"/>
          <w:b w:val="0"/>
          <w:color w:val="15131F"/>
          <w:sz w:val="21"/>
        </w:rPr>
        <w:t>[Empresa], [função]. Caso de utilização: [caso de utilização]. Hoje: [ferramenta atual]. Utilizadores: [número]. Precisa de: [integrações]. Prazo: [data]. Aprova: [quem]. Orçamento: [valor]. Encaminhamento: [autónomo, demo ou acompanhamento].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Guião 5. O lead não se adequa: saída cordial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Objetivo: </w:t>
      </w:r>
      <w:r>
        <w:rPr>
          <w:rFonts w:ascii="Calibri" w:hAnsi="Calibri" w:cs="Calibri" w:eastAsia="Calibri"/>
          <w:b w:val="0"/>
          <w:color w:val="15131F"/>
          <w:sz w:val="21"/>
        </w:rPr>
        <w:t>Dizer que não de forma rápida e simpática, oferecer uma alternativa útil e proteger o tempo da equipa.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Orçamento demasiado baixo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«Obrigado pelos detalhes. Os nossos projetos começam em [mínimo], por isso provavelmente não somos a melhor opção neste momento. [Alternativa] pode ser mais adequada: [ligação].»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Serviço que não presta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«Não prestamos [serviço], mas [parceiro ou recurso] presta. Quer os contactos?»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Fora da área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«De momento, só trabalhamos em [área de serviço]. Posso guardar os seus contactos caso isso mude?»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Prazos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«Não conseguimos começar antes de [data]. Se ainda lhe servir, volto a contactar a [data].»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Não é comprador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«Obrigado pelo contacto. Para [candidaturas ou parcerias], use [ligação ou e-mail].»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 Fecho</w:t>
      </w:r>
    </w:p>
    <w:p>
      <w:pPr>
        <w:spacing w:after="60"/>
        <w:ind w:left="340"/>
      </w:pPr>
      <w:r>
        <w:rPr>
          <w:rFonts w:ascii="Calibri" w:hAnsi="Calibri" w:cs="Calibri" w:eastAsia="Calibri"/>
          <w:b/>
          <w:color w:val="6B3CF0"/>
          <w:sz w:val="21"/>
        </w:rPr>
        <w:t xml:space="preserve">Diga: </w:t>
      </w:r>
      <w:r>
        <w:rPr>
          <w:rFonts w:ascii="Calibri" w:hAnsi="Calibri" w:cs="Calibri" w:eastAsia="Calibri"/>
          <w:b w:val="0"/>
          <w:color w:val="15131F"/>
          <w:sz w:val="21"/>
        </w:rPr>
        <w:t>«Obrigado mais uma vez por ter pensado em nós e boa sorte com [projeto].»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Recolher antes da passagem: </w:t>
      </w:r>
      <w:r>
        <w:rPr>
          <w:rFonts w:ascii="Calibri" w:hAnsi="Calibri" w:cs="Calibri" w:eastAsia="Calibri"/>
          <w:b w:val="0"/>
          <w:color w:val="15131F"/>
          <w:sz w:val="21"/>
        </w:rPr>
        <w:t>Motivo pelo qual o lead não se adequa, Pode adequar-se mais tarde: sim ou não, Data de seguimento, se sim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Pare de perguntar quando: </w:t>
      </w:r>
      <w:r>
        <w:rPr>
          <w:rFonts w:ascii="Calibri" w:hAnsi="Calibri" w:cs="Calibri" w:eastAsia="Calibri"/>
          <w:b w:val="0"/>
          <w:color w:val="15131F"/>
          <w:sz w:val="21"/>
        </w:rPr>
        <w:t>Enviou uma mensagem cordial com uma alternativa útil. Não discuta nem dê descontos só para manter um lead que não se adequa.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Passar a vendas: </w:t>
      </w:r>
      <w:r>
        <w:rPr>
          <w:rFonts w:ascii="Calibri" w:hAnsi="Calibri" w:cs="Calibri" w:eastAsia="Calibri"/>
          <w:b w:val="0"/>
          <w:color w:val="15131F"/>
          <w:sz w:val="21"/>
        </w:rPr>
        <w:t>Estado: desqualificado. Motivo: [orçamento, área, serviço, prazos ou não é comprador]. Pode adequar-se mais tarde: [sim ou não]. Seguimento a: [data ou nenhum].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30"/>
        </w:rPr>
        <w:t>Grelha de pontuação: de 0 a 10 pontos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Critério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0 pontos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 ponto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 pontos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Necessidade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problema claro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Interesse vago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 claro que resolve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Adequação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Fora da sua área ou âmbito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Adequa-se em parte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Adequa-se à sua área e âmbito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Orçamento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Abaixo do seu mínimo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Ainda não discutido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Dentro do seu intervalo de preços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Autoridade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Desconhecida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Influencia ou está a pesquisar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Decide, ou junta-se à chamada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Prazo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data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Daqui a 3 a 6 meses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Dentro de 90 dias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6"/>
        </w:rPr>
        <w:t>O que fazer em cada estado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fazer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8 a 10 pontos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Marque já uma chamada ou passe a um comercial dentro de uma hora.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Morno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a 7 pontos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Envie algo útil e crie uma tarefa de seguimento com data.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Frio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 a 4 pontos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Adicione à newsletter ou a um acompanhamento de longo prazo. Sem tempo comercial.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Não se adequa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 pontos em adequação ou orçamento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Use o guião de saída cordial e registe o motivo.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30"/>
        </w:rPr>
        <w:t>Exemplo preenchido: Um chat no site que termina numa chamada marcada</w:t>
      </w:r>
    </w:p>
    <w:p>
      <w:pPr>
        <w:spacing w:after="160"/>
      </w:pPr>
      <w:r>
        <w:rPr>
          <w:rFonts w:ascii="Calibri" w:hAnsi="Calibri" w:cs="Calibri" w:eastAsia="Calibri"/>
          <w:b w:val="0"/>
          <w:color w:val="5D5A70"/>
          <w:sz w:val="21"/>
        </w:rPr>
        <w:t>O guião 1 em ação numa empresa de remodelações fictícia, com a nota de passagem e a pontuação que gera.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Olá, fazem remodelações de cozinhas?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Agente: </w:t>
      </w:r>
      <w:r>
        <w:rPr>
          <w:rFonts w:ascii="Calibri" w:hAnsi="Calibri" w:cs="Calibri" w:eastAsia="Calibri"/>
          <w:b w:val="0"/>
          <w:color w:val="15131F"/>
          <w:sz w:val="21"/>
        </w:rPr>
        <w:t>Olá, obrigado por contactar a Northstar Renovations. Sim, as cozinhas são a maior parte do nosso trabalho. O que gostaria de mudar na sua?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Armários e bancadas novos e, talvez, mudar o lava-loiça de sítio.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Agente: </w:t>
      </w:r>
      <w:r>
        <w:rPr>
          <w:rFonts w:ascii="Calibri" w:hAnsi="Calibri" w:cs="Calibri" w:eastAsia="Calibri"/>
          <w:b w:val="0"/>
          <w:color w:val="15131F"/>
          <w:sz w:val="21"/>
        </w:rPr>
        <w:t>Parece um ótimo projeto. Onde fica a casa? Trabalhamos em Austin e nas localidades próximas.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Em Round Rock.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Agente: </w:t>
      </w:r>
      <w:r>
        <w:rPr>
          <w:rFonts w:ascii="Calibri" w:hAnsi="Calibri" w:cs="Calibri" w:eastAsia="Calibri"/>
          <w:b w:val="0"/>
          <w:color w:val="15131F"/>
          <w:sz w:val="21"/>
        </w:rPr>
        <w:t>Fica na nossa área. Quando gostaria de começar?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Idealmente em março.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Agente: </w:t>
      </w:r>
      <w:r>
        <w:rPr>
          <w:rFonts w:ascii="Calibri" w:hAnsi="Calibri" w:cs="Calibri" w:eastAsia="Calibri"/>
          <w:b w:val="0"/>
          <w:color w:val="15131F"/>
          <w:sz w:val="21"/>
        </w:rPr>
        <w:t>Projetos de cozinha como este costumam custar entre 25 000 e 45 000 $. Isso corresponde ao que tinha em mente?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Sim, reservámos cerca de 35 000 $.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Agente: </w:t>
      </w:r>
      <w:r>
        <w:rPr>
          <w:rFonts w:ascii="Calibri" w:hAnsi="Calibri" w:cs="Calibri" w:eastAsia="Calibri"/>
          <w:b w:val="0"/>
          <w:color w:val="15131F"/>
          <w:sz w:val="21"/>
        </w:rPr>
        <w:t>Mais alguém vai participar na decisão?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O meu marido. Ele quer estar na chamada.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Agente: </w:t>
      </w:r>
      <w:r>
        <w:rPr>
          <w:rFonts w:ascii="Calibri" w:hAnsi="Calibri" w:cs="Calibri" w:eastAsia="Calibri"/>
          <w:b w:val="0"/>
          <w:color w:val="15131F"/>
          <w:sz w:val="21"/>
        </w:rPr>
        <w:t>Perfeito. O próximo passo é uma chamada gratuita de 30 minutos com o Dan, o nosso responsável de projeto. Aqui está a ligação para marcar. Para que e-mail devo enviar a confirmação?</w:t>
      </w: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Marquei para terça-feira às 17h30. Usei o e-mail do trabalho.</w:t>
      </w:r>
    </w:p>
    <w:p>
      <w:pPr>
        <w:spacing w:after="80"/>
      </w:pPr>
    </w:p>
    <w:p>
      <w:pPr>
        <w:spacing w:after="60"/>
        <w:ind w:left="0"/>
      </w:pPr>
      <w:r>
        <w:rPr>
          <w:rFonts w:ascii="Calibri" w:hAnsi="Calibri" w:cs="Calibri" w:eastAsia="Calibri"/>
          <w:b/>
          <w:color w:val="6B3CF0"/>
          <w:sz w:val="21"/>
        </w:rPr>
        <w:t xml:space="preserve">Nota de passagem: </w:t>
      </w:r>
      <w:r>
        <w:rPr>
          <w:rFonts w:ascii="Calibri" w:hAnsi="Calibri" w:cs="Calibri" w:eastAsia="Calibri"/>
          <w:b w:val="0"/>
          <w:color w:val="15131F"/>
          <w:sz w:val="21"/>
        </w:rPr>
        <w:t>Maria L., proprietária em Round Rock. Quer remodelar a cozinha: armários e bancadas novos, talvez mudar o lava-loiça de sítio. Início: março. Orçamento: cerca de 35 000 $ (o nosso intervalo: 25 000 a 45 000 $). Decidem: a Maria e o marido, ambos na chamada. Pontuação: 9/10, quente. Próximo passo: chamada com o Dan, terça-feira às 17h30. Origem: chat do site.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Critério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Pontuação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Necessidade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 claro que resolvemos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Adequação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 nossa área e âmbito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Orçamento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Dentro do nosso intervalo de preços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Autoridade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dois decisores na chamada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Prazo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Começa daqui a cerca de 5 meses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1/2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Total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Quente: marque a chamada já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9/10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gratuito do CRMsoftware.pro. Copie, edite e use no seu negócio.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https://crmsoftware.pro/pt/templates/lead-qualification-script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Guiões de qualificação de leads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