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Exemplos de mensagem de ausência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Mensagens de ausência para férias, encerramento em feriados, doença e baixa médica, licença parental e prolongada, conferências e picos de trabalho, fins de semana, quem saiu da empresa, e versões curtas para o estado, o correio de voz e o chat do site.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separador da sua ocasião e substitua cada palavra entre [parênteses retos]: as datas, o dia em que responde, para onde vão as questões urgentes e o que conta como urgente. Não diga onde está nem porquê. Configure o email, o chat do site, o correio de voz e o estado no mesmo dia e registe o que chega no plano de ausências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As mensagens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Mensagem de ausência por férias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até: Regresso + 2 dias · Ativar: Na véspera de sair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dia de folga ou férias até três semanas. Para um mês ou mais, use o separador 4.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Gmail responde das 00:00 do primeiro dia às 23:59 do último dia; o Outlook para à hora de fim que definir. O último dia é a véspera do regresso.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desconhecidos também recebem a resposta externa: não diga para onde vai, quem está em casa nem o seu número de telemóvel.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Só a versão interna indica o seu substituto e as notas de passagem de pasta.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 (Gmail): </w:t>
      </w:r>
      <w:r>
        <w:rPr>
          <w:rFonts w:ascii="Calibri" w:hAnsi="Calibri" w:cs="Calibri" w:eastAsia="Calibri"/>
          <w:b w:val="0"/>
          <w:color w:val="15131F"/>
          <w:sz w:val="21"/>
        </w:rPr>
        <w:t>Fora do escritório até [dia e data de regresso]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externa: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Agradeço o seu email. Estou fora do escritório a partir de [primeiro dia] e regresso a [dia e data de regresso]. Vou responder à sua mensagem até [dia de resposta].</w:t>
        <w:br/>
        <w:br/>
        <w:t>Se for urgente, por exemplo [o que conta como urgente], escreva para [endereço partilhado] ou ligue para [telefone do escritório]. Esse endereço é consultado todos os dias úteis às [hora].</w:t>
        <w:br/>
        <w:br/>
        <w:t>Com os melhores cumprimentos,</w:t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interna (colegas): </w:t>
      </w:r>
      <w:r>
        <w:rPr>
          <w:rFonts w:ascii="Calibri" w:hAnsi="Calibri" w:cs="Calibri" w:eastAsia="Calibri"/>
          <w:b w:val="0"/>
          <w:color w:val="15131F"/>
          <w:sz w:val="21"/>
        </w:rPr>
        <w:t>Olá a todos,</w:t>
        <w:br/>
        <w:br/>
        <w:t>Vou estar de férias de [primeiro dia] a [último dia]. [Nome completo do substituto] fica com [o que cobre] e consulta [endereço partilhado] todos os dias úteis às [hora]. Tudo o resto fica à minha espera. As minhas notas de passagem de pasta estão em [onde].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ausência curta: </w:t>
      </w:r>
      <w:r>
        <w:rPr>
          <w:rFonts w:ascii="Calibri" w:hAnsi="Calibri" w:cs="Calibri" w:eastAsia="Calibri"/>
          <w:b w:val="0"/>
          <w:color w:val="15131F"/>
          <w:sz w:val="21"/>
        </w:rPr>
        <w:t>Fora do escritório até [dia e data de regresso]. Respondo até [dia de resposta]. Urgente: [endereço partilhado].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Responder até: </w:t>
      </w:r>
      <w:r>
        <w:rPr>
          <w:rFonts w:ascii="Calibri" w:hAnsi="Calibri" w:cs="Calibri" w:eastAsia="Calibri"/>
          <w:b w:val="0"/>
          <w:color w:val="5D5A70"/>
          <w:sz w:val="21"/>
        </w:rPr>
        <w:t>Prometa resposta 2 dias úteis depois de regressar: o primeiro dia vai para o trabalho acumulado.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Deixar de fora: </w:t>
      </w:r>
      <w:r>
        <w:rPr>
          <w:rFonts w:ascii="Calibri" w:hAnsi="Calibri" w:cs="Calibri" w:eastAsia="Calibri"/>
          <w:b w:val="0"/>
          <w:color w:val="5D5A70"/>
          <w:sz w:val="21"/>
        </w:rPr>
        <w:t>Onde está, Quem está em casa, O seu telemóvel, Datas de viagem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Mensagem de ausência para o Natal, o Ano Novo e feriados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Avisar os clientes: 2 semanas antes · Caixa de urgências: Consultada uma vez por dia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empresa inteira fecha: do Natal ao Ano Novo, no Dia de Ação de Graças, no 4 de Julho ou num feriado local.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Avise os clientes habituais das datas duas semanas antes.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clínica, uma loja ou uma empresa de obras e reparações precisa também de um contacto de emergência, como o 911 para uma emergência médica.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Altere no mesmo dia o chat do site, o correio de voz e o horário publicado online (separador 8).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Encerrados de [primeiro dia] a [último dia], de volta a [dia de regresso]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toda a empresa: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Agradecemos o seu contacto com a [empresa]. Estamos encerrados para as festas de [primeiro dia] a [último dia] e reabrimos a [dia e data de regresso] às [hora de abertura]. Vamos responder à sua mensagem até [dia de resposta].</w:t>
        <w:br/>
        <w:br/>
        <w:t>É urgente, por exemplo [o que conta como urgente]? Escreva para [endereço partilhado] com URGENTE no assunto. Esse endereço é consultado todos os dias úteis às [hora].</w:t>
        <w:br/>
        <w:br/>
        <w:t>Boas festas,</w:t>
        <w:br/>
        <w:t>A equipa da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Natal, curta: </w:t>
      </w:r>
      <w:r>
        <w:rPr>
          <w:rFonts w:ascii="Calibri" w:hAnsi="Calibri" w:cs="Calibri" w:eastAsia="Calibri"/>
          <w:b w:val="0"/>
          <w:color w:val="15131F"/>
          <w:sz w:val="21"/>
        </w:rPr>
        <w:t>Agradecemos o seu email. Estamos fechados para o Natal e regressamos a [dia e data de regresso]. Urgente: [endereço partilhado]. Boas festas!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Ano Novo, curta: </w:t>
      </w:r>
      <w:r>
        <w:rPr>
          <w:rFonts w:ascii="Calibri" w:hAnsi="Calibri" w:cs="Calibri" w:eastAsia="Calibri"/>
          <w:b w:val="0"/>
          <w:color w:val="15131F"/>
          <w:sz w:val="21"/>
        </w:rPr>
        <w:t>Feliz Ano Novo e agradecemos a sua mensagem. Estamos fechados até [dia e data de regresso] e respondemos até [dia de resposta].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Saudação: </w:t>
      </w:r>
      <w:r>
        <w:rPr>
          <w:rFonts w:ascii="Calibri" w:hAnsi="Calibri" w:cs="Calibri" w:eastAsia="Calibri"/>
          <w:b w:val="0"/>
          <w:color w:val="5D5A70"/>
          <w:sz w:val="21"/>
        </w:rPr>
        <w:t>Não sabe como o cliente celebra? Escreva «boas festas». Mantenha um contacto para urgências mesmo quando estão todos de folga.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Alterar no mesmo dia: </w:t>
      </w:r>
      <w:r>
        <w:rPr>
          <w:rFonts w:ascii="Calibri" w:hAnsi="Calibri" w:cs="Calibri" w:eastAsia="Calibri"/>
          <w:b w:val="0"/>
          <w:color w:val="5D5A70"/>
          <w:sz w:val="21"/>
        </w:rPr>
        <w:t>Resposta automática, Chat do site, Correio de voz, Horário online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Mensagens para doença e baixa médica: curtas e discretas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Detalhes médicos: Nenhum · Data de regresso: Só se tiver a certeza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de doença: ausente hoje, talvez amanhã. Configure-a a partir do telemóvel ou peça ao colega que gere a caixa de correio.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Baixa médica: indique o mês de regresso só se tiver a certeza e atualize-o quando a data estiver definida.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indique a doença, o tratamento nem o hospital. «De licença» basta.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Dia de doença: </w:t>
      </w:r>
      <w:r>
        <w:rPr>
          <w:rFonts w:ascii="Calibri" w:hAnsi="Calibri" w:cs="Calibri" w:eastAsia="Calibri"/>
          <w:b w:val="0"/>
          <w:color w:val="15131F"/>
          <w:sz w:val="21"/>
        </w:rPr>
        <w:t>Agradeço o seu email. Hoje, [dia], estou ausente do escritório e conto regressar a [dia]. Se não puder esperar, escreva para [endereço partilhado]. Caso contrário, respondo até [dia de resposta].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Baixa médica: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Agradeço a sua mensagem. Estou de licença até [mês] e não estou a ler esta caixa de correio.</w:t>
        <w:br/>
        <w:br/>
        <w:t>Para [a sua área, por exemplo: a sua conta], contacte [nome completo do substituto] através de [endereço profissional do substituto]. Este email não será reencaminhado, por isso envie-o novamente para [primeiro nome do substituto].</w:t>
        <w:br/>
        <w:br/>
        <w:t>Com os melhores cumprimentos,</w:t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curta: </w:t>
      </w:r>
      <w:r>
        <w:rPr>
          <w:rFonts w:ascii="Calibri" w:hAnsi="Calibri" w:cs="Calibri" w:eastAsia="Calibri"/>
          <w:b w:val="0"/>
          <w:color w:val="15131F"/>
          <w:sz w:val="21"/>
        </w:rPr>
        <w:t>Fora do escritório hoje, regresso a [dia]. Urgente: [endereço partilhado].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antes: </w:t>
      </w:r>
      <w:r>
        <w:rPr>
          <w:rFonts w:ascii="Calibri" w:hAnsi="Calibri" w:cs="Calibri" w:eastAsia="Calibri"/>
          <w:b w:val="0"/>
          <w:color w:val="5D5A70"/>
          <w:sz w:val="21"/>
        </w:rPr>
        <w:t>Fora do escritório, De licença, Ausente até março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Licença de maternidade, paternidade ou prolongada: mensagens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Quem cobre: Uma pessoa por área · Reencaminhamento: Diga sim ou não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Licença de maternidade, licença de paternidade, licença sabática ou qualquer ausência de um mês ou mais.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Indique uma pessoa por área, com um endereço profissional. Pergunte-lhe primeiro e passe-lhe as suas notas.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Diga que a caixa de correio não é lida e se as mensagens são reencaminhadas.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Licença de maternidade ou de paternidade: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Agradeço o seu email. Estou de licença de [maternidade ou paternidade] até [mês] e não estou a ler esta caixa de correio.</w:t>
        <w:br/>
        <w:br/>
        <w:t>Durante a minha ausência, [nome completo do substituto] acompanha [os seus clientes ou a sua área]: [endereço profissional do substituto]. Para outros assuntos, escreva para [endereço partilhado].</w:t>
        <w:br/>
        <w:br/>
        <w:t>Este email não será reencaminhado, por isso envie-o novamente para o endereço certo. Agradeço a sua compreensão.</w:t>
        <w:br/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Licença prolongada ou sabática: </w:t>
      </w:r>
      <w:r>
        <w:rPr>
          <w:rFonts w:ascii="Calibri" w:hAnsi="Calibri" w:cs="Calibri" w:eastAsia="Calibri"/>
          <w:b w:val="0"/>
          <w:color w:val="15131F"/>
          <w:sz w:val="21"/>
        </w:rPr>
        <w:t>Agradeço o seu email. Estou ausente da [empresa] até [mês] e não estou a ler esta caixa de correio. Para [área 1], contacte [substituto 1] através de [endereço 1]; para [área 2], [substituto 2] através de [endereço 2]. O seu email não será reencaminhado.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de sair: </w:t>
      </w:r>
      <w:r>
        <w:rPr>
          <w:rFonts w:ascii="Calibri" w:hAnsi="Calibri" w:cs="Calibri" w:eastAsia="Calibri"/>
          <w:b w:val="0"/>
          <w:color w:val="5D5A70"/>
          <w:sz w:val="21"/>
        </w:rPr>
        <w:t>Ative-a no seu último dia de trabalho e teste-a a partir de outro endereço. Escreva o mês, não o dia, e atualize-o quando a data estiver definida.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Usar para: </w:t>
      </w:r>
      <w:r>
        <w:rPr>
          <w:rFonts w:ascii="Calibri" w:hAnsi="Calibri" w:cs="Calibri" w:eastAsia="Calibri"/>
          <w:b w:val="0"/>
          <w:color w:val="5D5A70"/>
          <w:sz w:val="21"/>
        </w:rPr>
        <w:t>Licença de maternidade, Licença de paternidade, Licença sabática, Baixa médica longa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Mensagens para conferências, feiras e picos de trabalho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resposta: Um número de dias · Ver o email: Uma vez por dia, a hora fixa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Continua a ler o email, mas com atraso: uma conferência, uma feira, visitas a clientes, a época de impostos ou o fecho do mês.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Indique um prazo de resposta real, como «no prazo de 2 dias úteis», e não «acesso limitado ao email».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«um evento de trabalho», não a cidade nem o hotel: os detalhes dizem a desconhecidos quando está fora.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Conferência ou feira: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Agradeço o seu email. Estou em [um evento de trabalho, ou: o nome do evento] até [último dia] e leio o email uma vez por dia. Respondo até [dia de resposta].</w:t>
        <w:br/>
        <w:br/>
        <w:t>Se não puder esperar, escreva para [endereço partilhado] ou ligue para [telefone do escritório].</w:t>
        <w:br/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Pico de trabalho: </w:t>
      </w:r>
      <w:r>
        <w:rPr>
          <w:rFonts w:ascii="Calibri" w:hAnsi="Calibri" w:cs="Calibri" w:eastAsia="Calibri"/>
          <w:b w:val="0"/>
          <w:color w:val="15131F"/>
          <w:sz w:val="21"/>
        </w:rPr>
        <w:t>Agradecemos o seu email. Até [data de fim], estamos [o motivo, por exemplo: nas últimas semanas da época de impostos] e as respostas podem demorar até [prazo de resposta]. Para [assunto urgente], ligue para [telefone do escritório].</w:t>
        <w:br/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curta: </w:t>
      </w:r>
      <w:r>
        <w:rPr>
          <w:rFonts w:ascii="Calibri" w:hAnsi="Calibri" w:cs="Calibri" w:eastAsia="Calibri"/>
          <w:b w:val="0"/>
          <w:color w:val="15131F"/>
          <w:sz w:val="21"/>
        </w:rPr>
        <w:t>Num evento de trabalho até [dia], leio o email uma vez por dia. Respondo até [dia de resposta].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Prometa o pior dia: </w:t>
      </w:r>
      <w:r>
        <w:rPr>
          <w:rFonts w:ascii="Calibri" w:hAnsi="Calibri" w:cs="Calibri" w:eastAsia="Calibri"/>
          <w:b w:val="0"/>
          <w:color w:val="5D5A70"/>
          <w:sz w:val="21"/>
        </w:rPr>
        <w:t>Prometa o prazo de resposta que consegue cumprir no seu dia mais cheio: «2 dias úteis», não «assim que possível».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de «acesso limitado»: </w:t>
      </w:r>
      <w:r>
        <w:rPr>
          <w:rFonts w:ascii="Calibri" w:hAnsi="Calibri" w:cs="Calibri" w:eastAsia="Calibri"/>
          <w:b w:val="0"/>
          <w:color w:val="5D5A70"/>
          <w:sz w:val="21"/>
        </w:rPr>
        <w:t>Uma vez por dia, No prazo de 2 dias úteis, Até sexta-feira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Mensagens de ausência para o fim de semana e fora de horas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Resposta: Próximo dia útil · Até: Uma hora fixa, como 12:00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caixa de correio da empresa que ninguém lê ao fim de semana, à noite ou num fim de semana prolongado.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definições do Gmail e do Outlook aceitam um início e um fim, por isso uma resposta semanal obriga a ativá-la todas as semanas. Use-a para fins de semana prolongados.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todas as semanas, ponha o seu horário na assinatura e na página de contacto, e deixe o chat do site responder à noite e ao fim de semana.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Fim de semana: </w:t>
      </w:r>
      <w:r>
        <w:rPr>
          <w:rFonts w:ascii="Calibri" w:hAnsi="Calibri" w:cs="Calibri" w:eastAsia="Calibri"/>
          <w:b w:val="0"/>
          <w:color w:val="15131F"/>
          <w:sz w:val="21"/>
        </w:rPr>
        <w:t>Agradecemos o seu email. O nosso escritório está fechado durante o fim de semana e respondemos até às [hora] de [próximo dia útil]. O nosso horário é [dias e horas, fuso horário].</w:t>
        <w:br/>
        <w:br/>
        <w:t>Para [tipo de emergência], ligue para [número de emergência].</w:t>
        <w:br/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Fora de horas, curta: </w:t>
      </w:r>
      <w:r>
        <w:rPr>
          <w:rFonts w:ascii="Calibri" w:hAnsi="Calibri" w:cs="Calibri" w:eastAsia="Calibri"/>
          <w:b w:val="0"/>
          <w:color w:val="15131F"/>
          <w:sz w:val="21"/>
        </w:rPr>
        <w:t>Agradecemos a sua mensagem. Neste momento estamos fechados e respondemos a partir das [hora] de [próximo dia útil].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 do site: </w:t>
      </w:r>
      <w:r>
        <w:rPr>
          <w:rFonts w:ascii="Calibri" w:hAnsi="Calibri" w:cs="Calibri" w:eastAsia="Calibri"/>
          <w:b w:val="0"/>
          <w:color w:val="5D5A70"/>
          <w:sz w:val="21"/>
        </w:rPr>
        <w:t>Para saudações de chat fora de horas, use os exemplos de saudação para chat ao vivo. Nunca escreva «de imediato» quando não está ninguém a trabalhar.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«De imediato», Um telemóvel pessoal, Nenhuma resposta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Quando alguém saiu: a resposta automática de demissão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Escrita por: A empresa · Reencaminhamento: Avise se não houver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usar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Alguém se demitiu ou saiu da empresa e os clientes continuam a escrever para o endereço dessa pessoa.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 a empresa que escreve esta resposta, não a pessoa que saiu, e mantém-na ativa enquanto houver clientes a escrever.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Indique o novo contacto com um endereço profissional. Nunca diga porque é que a pessoa saiu nem para onde foi.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Caixa de correio de um antigo funcionário: </w:t>
      </w:r>
      <w:r>
        <w:rPr>
          <w:rFonts w:ascii="Calibri" w:hAnsi="Calibri" w:cs="Calibri" w:eastAsia="Calibri"/>
          <w:b w:val="0"/>
          <w:color w:val="15131F"/>
          <w:sz w:val="21"/>
        </w:rPr>
        <w:t>Olá,</w:t>
        <w:br/>
        <w:br/>
        <w:t>Agradecemos o seu email. [Nome] já não trabalha na [empresa] e esta caixa de correio não é lida.</w:t>
        <w:br/>
        <w:br/>
        <w:t>Para [a área dessa pessoa, por exemplo: a sua conta ou encomendas em curso], contacte [nome completo do novo contacto] através de [endereço profissional do novo contacto] ou ligue para [telefone do escritório]. O seu email não foi reencaminhado, por isso envie-o novamente.</w:t>
        <w:br/>
        <w:br/>
        <w:t>Com os melhores cumprimentos,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curta: </w:t>
      </w:r>
      <w:r>
        <w:rPr>
          <w:rFonts w:ascii="Calibri" w:hAnsi="Calibri" w:cs="Calibri" w:eastAsia="Calibri"/>
          <w:b w:val="0"/>
          <w:color w:val="15131F"/>
          <w:sz w:val="21"/>
        </w:rPr>
        <w:t>[Nome] saiu da [empresa] e esta caixa de correio não é lida. Escreva antes para [endereço profissional do novo contacto].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da saída: </w:t>
      </w:r>
      <w:r>
        <w:rPr>
          <w:rFonts w:ascii="Calibri" w:hAnsi="Calibri" w:cs="Calibri" w:eastAsia="Calibri"/>
          <w:b w:val="0"/>
          <w:color w:val="5D5A70"/>
          <w:sz w:val="21"/>
        </w:rPr>
        <w:t>Antes do último dia, pergunte que clientes ainda escrevem para essa pessoa e apresente o novo contacto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Deixar de fora: </w:t>
      </w:r>
      <w:r>
        <w:rPr>
          <w:rFonts w:ascii="Calibri" w:hAnsi="Calibri" w:cs="Calibri" w:eastAsia="Calibri"/>
          <w:b w:val="0"/>
          <w:color w:val="5D5A70"/>
          <w:sz w:val="21"/>
        </w:rPr>
        <w:t>Porque saiu, Para onde foi, Um email pessoal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Versões curtas: estado, correio de voz e chat do site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Canais: 4, as mesmas datas · Desativar: No dia do regresso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Altere todos os canais no mesmo dia que o email, com as mesmas datas. O chat do site precisa de linhas para as instruções do agente de 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Estado numa aplicação de chat: </w:t>
      </w:r>
      <w:r>
        <w:rPr>
          <w:rFonts w:ascii="Calibri" w:hAnsi="Calibri" w:cs="Calibri" w:eastAsia="Calibri"/>
          <w:b w:val="0"/>
          <w:color w:val="15131F"/>
          <w:sz w:val="21"/>
        </w:rPr>
        <w:t>Fora do escritório até [dia de regresso]. Urgente: [endereço partilhado]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do correio de voz: </w:t>
      </w:r>
      <w:r>
        <w:rPr>
          <w:rFonts w:ascii="Calibri" w:hAnsi="Calibri" w:cs="Calibri" w:eastAsia="Calibri"/>
          <w:b w:val="0"/>
          <w:color w:val="15131F"/>
          <w:sz w:val="21"/>
        </w:rPr>
        <w:t>Ligou para a [empresa]. Estamos fechados de [primeiro dia] a [último dia] e regressamos a [dia de regresso] às [hora de abertura]. Deixe o seu nome, o seu número e uma mensagem curta, e ligamos-lhe de volta até [dia de resposta]. Se for urgente, envie um email para [endereço partilhado].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Linhas para as instruções do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De [primeiro dia] a [último dia], a [empresa] está fechada por [ocasião]. Diga aos visitantes que a equipa regressa a [dia de regresso] e responde até [dia de resposta]. Continue a responder a partir da Base de Conhecimento. Peça ao visitante o nome, o email e uma breve descrição. Urgente significa: [o que conta como urgente]. Nas questões urgentes, passe o chat a uma pessoa e diga que [primeiro nome do substituto] responde até às [hora] do dia útil seguinte. Nunca prometa uma resposta mais rápida nem confirme [o que só uma pessoa pode confirmar].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guardada para o substituto: </w:t>
      </w:r>
      <w:r>
        <w:rPr>
          <w:rFonts w:ascii="Calibri" w:hAnsi="Calibri" w:cs="Calibri" w:eastAsia="Calibri"/>
          <w:b w:val="0"/>
          <w:color w:val="15131F"/>
          <w:sz w:val="21"/>
        </w:rPr>
        <w:t>Agradeço a sua mensagem, [primeiro nome]. [Primeiro nome do responsável] está ausente até [dia de regresso]. Estou a cobrir [área], por isso posso ajudar com [o quê]. Para tudo o resto, [primeiro nome do responsável] responde até [dia de resposta].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Retire-as também: </w:t>
      </w:r>
      <w:r>
        <w:rPr>
          <w:rFonts w:ascii="Calibri" w:hAnsi="Calibri" w:cs="Calibri" w:eastAsia="Calibri"/>
          <w:b w:val="0"/>
          <w:color w:val="5D5A70"/>
          <w:sz w:val="21"/>
        </w:rPr>
        <w:t>As linhas de ausência ficam nas instruções até alguém as retirar. Crie uma tarefa para o dia do regresso.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Alterar no mesmo dia: </w:t>
      </w:r>
      <w:r>
        <w:rPr>
          <w:rFonts w:ascii="Calibri" w:hAnsi="Calibri" w:cs="Calibri" w:eastAsia="Calibri"/>
          <w:b w:val="0"/>
          <w:color w:val="5D5A70"/>
          <w:sz w:val="21"/>
        </w:rPr>
        <w:t>Resposta automática, Chat do site, Correio de voz, Estado do chat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As férias de fim de ano de uma contabilista, com substituto e registo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Hearthstone Accounting é uma empresa fictícia de contabilidade e impostos com duas pessoas, em Spokane, Washington. A titular, Grace Okafor, está de férias de sábado, 19 de dezembro de 2026, a domingo, 3 de janeiro de 2027; o Felipe Andrade responde às questões urgentes dos clientes todos os dias úteis às 10:00. Estes exemplos de mensagem de ausência dos separadores 1 e 8 funcionam em conjunto.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Seg., 28 dez., 21:40: Olá, fala o Owen Pryce, da Pryce Landscaping. Recebi uma notificação do IRS sobre a nossa declaração de 2025 que diz para responder até 13 de janeiro. Está alguém a trabalhar esta semana?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Owen. A Hearthstone Accounting está fechada até segunda-feira, 4 de janeiro, mas uma notificação com prazo conta como urgente: o Felipe Andrade responde-lhe até às 10:00 de amanhã. Pode indicar-me o seu email, o seu telefone e a data da notificação? Por favor, não escreva aqui o seu número da Social Security.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owen@prycelandscaping.example, 509-555-0187. A notificação tem data de 14 de dezembro.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Owen. Passei isto ao Felipe com os seus dados. Vai ter notícias dele até às 10:00 de amanhã.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Felipe (substituto): </w:t>
      </w:r>
      <w:r>
        <w:rPr>
          <w:rFonts w:ascii="Calibri" w:hAnsi="Calibri" w:cs="Calibri" w:eastAsia="Calibri"/>
          <w:b w:val="0"/>
          <w:color w:val="15131F"/>
          <w:sz w:val="21"/>
        </w:rPr>
        <w:t>Ter., 29 dez., 09:50: Olá, Owen, fala o Felipe. Tem até 13 de janeiro, por isso há tempo. Ligo-lhe hoje às 11:00 para vermos a notificação e já marquei uma revisão com a Grace para terça-feira, 5 de janeiro.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Perfeito, obrigado. Falamos às 11.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Plano de ausência: Grace Okafor, fim de ano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Ausente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Sáb., 19 dez. 2026 a dom., 3 jan. 2027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Regresso, responde até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4 jan., responde até qua., 6 jan.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Substituto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 Andrade, dias úteis às 10:00, exceto 25 dez. e 1 jan.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Urgente significa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notificação fiscal com prazo, salários, um problema com o banco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automática do Gmail; urgente: urgent@hearthstone.example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Chat do site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Linhas de ausência nas «Instruções»; alertas para o Felipe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Correio de voz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509-555-0142, mesmas datas, gravado na sex., 18 dez.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mensagens: o que chegou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Recebida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 quem e sobre o quê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Respondida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21 dez.,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Marisol Vega: quando estarão prontos os W-2 de 2026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ter., 5 jan.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22 dez.,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Dmitri Volkov: duas novas contratações para os salários de 31 dez.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qua., 23 dez.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28 dez.,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Pryce: notificação do IRS, responder até 13 jan.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ter., 29 dez.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30 dez., correio de voz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nova cliente: contabilidade mensal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Grace, seg., 4 jan.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31 dez.,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Hector Lin: cópia da declaração de 2025 para um empréstimo bancário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Felipe, seg., 4 jan.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6 de janeiro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Suporte ao Vivo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chats passados ao Felipe, ambos com o estado «Concluída»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Novo 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Tamsin Reilly, Tamarack Coffee, contabilidade mensal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“Rever notificação do IRS: Owen Pryce”, Grace, «Prazo» 8 jan.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E-mail de notificações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volta para a Grace, linhas de ausência retiradas, seg., 4 jan.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Exemplos de mensagem de ausência para cada ocasião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Ocasião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muda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Deixar de fora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Frase pronta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Férias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Datas de ausência, dia de resposta, um contacto para urgências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 onde vai, quem está em casa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fora do escritório até segunda-feira, 4 de janeiro, e respondo até quarta-feira, 6 de janeiro.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Natal e festas de fim de ano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empresa inteira fecha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saudação religiosa, se não tiver a certeza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Estamos encerrados para as festas e reabrimos na segunda-feira, 4 de janeiro, às 9:00.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Ano Novo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Muitas vezes um encerramento curto a 1 de janeiro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Promessas que não pode cumprir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Feliz Ano Novo. Estamos fechados a 1 de janeiro e regressamos na segunda-feira, 4 de janeiro.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Feriado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ou dois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Longas histórias sobre o feriado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Estamos fechados a 26 e 27 de novembro, Dia de Ação de Graças, e respondemos a partir de segunda-feira, 30 de novembro.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Fim de semana e fora de horas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próximo dia útil e uma hora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«De imediato», números pessoais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Estamos fechados durante o fim de semana e respondemos na segunda-feira até às 12:00.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Pico de trabalho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prazo de resposta real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«Disponibilidade limitada» sem um número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15 de abril, as respostas podem demorar até 3 dias úteis.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Conferência ou feira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Lê o email uma vez por dia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Hotel, cidade, horários de voo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num evento de trabalho até quinta-feira e leio o email uma vez por dia.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de doença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Hoje e quando conta regressar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Sintomas, consultas médicas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Hoje estou ausente do escritório e conto regressar amanhã.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Baixa médica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mês de regresso; quem cobre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Diagnóstico, tratamento, hospital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de licença até março. Escreva à nossa equipa para o endereço abaixo.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Licença de maternidade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pessoa responsável por área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prevista do parto, detalhes familiares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de licença de maternidade até junho e não estou a ler esta caixa de correio.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Licença de paternidade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mesmo, muitas vezes mais curta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Detalhes familiares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de licença de paternidade até 15 de março. O meu colega está a acompanhar os meus clientes.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Licença prolongada ou sabática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lido, não reencaminhado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Estou ausente até setembro e este email não será reencaminhado.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Saiu da empresa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empresa indica o novo contacto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Porque saiu, para onde foi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nosso antigo colega saiu da empresa e esta caixa de correio não é lida.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Seis regras para uma mensagem de ausência profissional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Para email, chat do site, correio de voz e estado. Combine-as uma vez, para toda 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Cinco partes, sempre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As datas, o dia em que responde, para onde vão as questões urgentes, o que conta como urgente e se o email é lido mais tarde, reencaminhado ou não é lido.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Regresso na segunda-feira, 4 de janeiro, e respondo até quarta-feira, 6 de janeiro.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Prometa um dia que pode cumprir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Regresso na segunda-feira, resposta até quarta-feira. «Assim que possível» não é um dia, e «em breve» não é verdade quando não está ninguém a trabalhar.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Um contacto para urgências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endereço partilhado ou o telefone do escritório, consultado a uma hora fixa. Evite nomes, cargos e números diretos de colegas numa resposta que os desconhecidos recebem; uma licença longa precisa de uma pessoa com nome.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Nada sobre onde nem porquê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Nem destino, nem planos de viagem, nem detalhes médicos. O Gmail acrescenta a sua assinatura por baixo da resposta: retire dela o seu número de telemóvel antes de sair.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Interna e externa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Os colegas recebem a passagem de pasta; os clientes recebem as datas e o contacto para urgências. Se os clientes escrevem para este endereço, responda a todos os remetentes externos e mantenha a mensagem genérica: também chega a newsletters e a lixo eletrónico.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Ativar e desativar no mesmo dia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Email, chat, correio de voz e estado mudam em conjunto e voltam ao normal no dia do regresso. O Gmail para às 23:59 do último dia, o Outlook à hora de fim que definir; o resto precisa de uma pessoa.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A política de TI ou de segurança do seu empregador vem primeiro: algumas organizações só permitem respostas automáticas internas.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configurar uma resposta automática no Gmail e no Outlook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Aplicação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Onde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Datas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a recebe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Mesmo remetente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num computador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Definições &gt; Ver todas as definições &gt; Geral &gt; Resposta automática de férias ativada e depois Guardar alterações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Das 00:00 do primeiro dia às 23:59 do último 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ou só os contactos; nunca spam nem listas de correio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mensagem, de novo após 4 dias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Outlook para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 &gt; Ver definições &gt; Contas &gt; Respostas automáticas; ative-as e depois Guardar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respostas apenas durante um período de tempo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Contas profissionais: colegas, remetentes externos se o escolher, ou só contactos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vez a cada pessoa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clássico para Windows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Ficheiro &gt; Respostas Automáticas &gt; Enviar respostas automáticas e depois OK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Opcional; para à hora de fim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Separadores Dentro da Minha Organização e Fora da Minha Organização, cada um com a sua mensagem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vez a cada pessoa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Outlook na Web e Outlook.com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Definições &gt; Contas &gt; Respostas automáticas e depois Guardar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período de tempo; também pode bloquear o seu calendário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respostas para fora da sua organização: uma caixa de verificação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vez a cada pessoa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 (agente de IA)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«Meus Bots» &gt; o seu bot &gt; separador «Básico» &gt; «Instruções»: linhas do separador 8; «Salvar Alterações»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Nenhuma: acrescente as linhas e retire-as à mão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visitantes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chats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estas mensagens de ausência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a ocasião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Copie as versões externa, interna e curta.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as cinco partes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Datas, dia de resposta, contacto para urgências, o que conta como urgente, o que acontece ao email.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Combine com o substituto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Pergunte primeiro. Combinem quando consulta o endereço partilhado e o que pode decidir.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Configure todos os canais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Na véspera: email, chat do site, correio de voz, estado. Teste a partir de outro endereço.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e dê seguimento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Quando regressar, responda a tudo até ao dia de resposta.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«Básico» &gt; «Instruções»: na véspera da saída, acrescente as linhas do separador 8. «Salvar Alterações» e depois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Separador «Comportamento» &gt; «Coletar Dados do Usuário»: o nome e o email são sempre pedidos; ative «Coletar Número de Telefone» e «Coletar Descrição».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Separador «Conectar» &gt; «Enviar notificações por e-mail»: defina o «E-mail de notificações» para o seu substituto pelo menos um dia antes. As duas caixas de correio têm de confirmar; as ligações e os códigos expiram no prazo de 24 horas.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Launch, os chats urgentes esperam em «Suporte ao Vivo» como «Aguardando agente»: o seu substituto clica em «Reivindicar» (assumir o chat), responde e depois clica em «Resolver».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«Tarefas» &gt; «Nova Tarefa» para o dia do regresso: «Título da tarefa» “Retirar linhas de ausência, repor notificações”, «Cessionário» (o responsável pela tarefa), «Prazo». Acrescente uma tarefa por cada seguimento.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No Growth: «Configurações» &gt; «Respostas salvas» &gt; «Nova resposta»: «Atalho» /away, «Título», «Corpo da resposta» do separador 8,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respostas automáticas por email: configure-as no Gmail ou no Outlook. Chat com IA 24/7 e tarefas básicas: Free, 3 utilizadores. Passagem para uma pessoa e «Suporte ao Vivo»: Launch, 19 $ por mês, com faturação anual. «Respostas salvas»: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dia do regresso,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 automática desativada, linhas de ausência retiradas das «Instruções».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«E-mail de notificações», correio de voz e estado repostos.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Registo de mensagens: primeiro os seguimentos urgentes, o resto até ao dia de resposta.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Pergunte ao seu substituto o que ainda está em aberto e agradeça-lhe.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https://crmsoftware.pro/pt/templates/out-of-office-message-examples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Exemplos de mensagem de ausência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