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Mensagens para pedir recomendações e avaliações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Oito mensagens para pedir uma recomendação ou uma avaliação a clientes satisfeitos: o gatilho merecido, os pedidos de recomendação por email e por mensagem curta, a apresentação para reencaminhar, o agradecimento, o pedido de avaliação, um seguimento e a recusa, e ainda as regras.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dados: a sua empresa, o seu perfil numa linha e a sua ligação de avaliação. Guarde os emails como rascunhos na sua caixa de correio e as mensagens curtas como respostas guardadas. Registe o gatilho antes de cada pedido, faça um seguimento passados 7 dias e depois pare.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As mensagens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Quando pedir: o gatilho merecido e a quem não pedir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Gatilhos: 4 · Seguimentos: 1 e depois parar · Pedido completo: Um pedido está completo quando o gatilho, o texto da apresentação e a data de seguimento estão registados no contacto.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Mereceu o direito de pedir quando o cliente acabou de lhe dizer, por palavras ou com uma classificação, que cumpriu. Cada pedido precisa do seu próprio gatilho, registado no contacto com a data. Sem gatilho, não há pedido.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quatro gatilhos merecidos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Gatilho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conta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Pedir no prazo de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 entregue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trabalho ou a encomenda está concluído e confirmado pelo cliente.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Avaliação: 1 dia. Recomendação: 2 a 4 semanas.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Agradecimento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agradecimento por escrito, não uma despedida de cortesia.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dia, na sua resposta.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Classificação de 5 estrelas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estrelas no widget de chat, ou 4 com um comentário positivo.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dia.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ou nova encomenda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segunda compra, um contrato renovado ou uma subida de plano.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mesma semana.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Um pedido por mensagem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Primeiro a avaliação, depois a recomendação. Uma avaliação demora dois minutos; uma recomendação empresta-lhe a reputação do cliente, por isso dê ao resultado 2 a 4 semanas para se provar. Nunca os dois na mesma mensagem, e com pelo menos 4 semanas de intervalo.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Não peça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quem tem uma reclamação aberta, uma entrega atrasada ou um pagamento em disputa, e a quem disse que não nos últimos 12 meses.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uma recomendação: a um cliente que lhe deu 3 estrelas ou menos. Resolva o problema e espere pelo próximo gatilho.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Para uma avaliação: não filtre por classificação. A política da Google proíbe pedir avaliações positivas de forma seletiva, por isso todos os clientes recebem o mesmo pedido no mesmo ponto do seu processo. É o gatilho que marca o dia, não a lista.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de responsável e ação, preenchidos antes de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pessoa que entregou o trabalho ou recebeu o agradecimento. Nunca uma caixa de correio partilhada.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Gatilho e data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dos quatro gatilhos, e quando.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Canal e tipo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canal que o cliente usou da última vez. Recomendação ou avaliação, nunca os dois.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de seguimento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do pedido mais 7 dias. Um seguimento e depois parar.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Completo quando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gatilho, o texto da apresentação (numa recomendação) e a data de seguimento estão no contacto.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Pedir no prazo de: </w:t>
      </w:r>
      <w:r>
        <w:rPr>
          <w:rFonts w:ascii="Calibri" w:hAnsi="Calibri" w:cs="Calibri" w:eastAsia="Calibri"/>
          <w:b w:val="0"/>
          <w:color w:val="5D5A70"/>
          <w:sz w:val="21"/>
        </w:rPr>
        <w:t>Avaliação: 1 dia, Recomendação: 2 a 4 semanas, Renovação: mesma semana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Modelo de email para pedir uma recomendação: resultado, perfil, apresentação e um não fácil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na: Semana 2 a 4 · Tamanho: Menos de 130 palavras · Objetivo: Um sim com um nome, ou um não claro. Ambos fecham o pedido.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2 a 4 semanas depois de um resultado entregue, ou na semana a seguir a uma renovação.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Consegue descrever o resultado com as palavras do próprio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Sabe quem quer conhecer: um tipo de pessoa, numa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Uma pergunta rápida depois do seu [projeto ou resultado]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[Nome], conhece alguém com [o problema deles]?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Foi bom saber que [o resultado nas palavras do cliente, p. ex. a caldeira nova manteve a casa quente durante a semana de frio]. Obrigado mais uma vez por nos ter escolhido.</w:t>
        <w:br/>
        <w:br/>
        <w:t>Uma pergunta rápida. Gostávamos de ajudar mais [perfil numa linha, p. ex. proprietários da sua zona com uma caldeira com mais de 12 anos]. Conhece uma pessoa que encaixe nesse perfil?</w:t>
        <w:br/>
        <w:br/>
        <w:t>Se sim, posso enviar-lhe três frases que pode reencaminhar tal como estão. A pessoa pode dizer que não, e não tem de fazer mais nada.</w:t>
        <w:br/>
        <w:br/>
        <w:t>Se não lhe ocorrer ninguém, não há problema nenhum. Obrigado de qualquer forma.</w:t>
        <w:br/>
        <w:br/>
        <w:t>Com os melhores cumprimentos,</w:t>
        <w:br/>
        <w:t>[o seu nome]</w:t>
        <w:br/>
        <w:t>[a sua empresa], 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O perfil é o segredo todo. «Alguém que precise de um canalizador» não rende nada. «Um vizinho com uma caldeira com mais de 12 anos» rende um nome, porque o cliente consegue imaginar a pessoa.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lhe derem um nome, responda com a apresentação para reencaminhar (separadores seguintes) e diga que só contacta a pessoa se ela o contactar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Tarefa no CRM: </w:t>
      </w:r>
      <w:r>
        <w:rPr>
          <w:rFonts w:ascii="Calibri" w:hAnsi="Calibri" w:cs="Calibri" w:eastAsia="Calibri"/>
          <w:b w:val="0"/>
          <w:color w:val="5D5A70"/>
          <w:sz w:val="21"/>
        </w:rPr>
        <w:t>Pedido de recomendação: nome, Responsável, Gatilho + 14 a 28 dias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Mensagem curta de pedido de recomendação para SMS, WhatsApp e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Tamanho máximo: 300 caracteres · Responder: No mesmo dia · Objetivo: Um nome, ou um não simpático, na mesma conversa.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acabou de agradecer ou de lhe dar 5 estrelas numa conversa de chat, WhatsApp ou SMS. Responda na mesma conversa, no mesmo dia, com menos de 300 caracteres.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Mensagem, depois de um agradecimento: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[nome], alegrou-nos o dia. Uma pergunta rápida: conhece um [perfil, p. ex. vizinho com uma caldeira velha] que possa querer o mesmo? Se sim, envio-lhe uma apresentação de 3 linhas para reencaminhar. Se não, não há problema nenhum.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Ou, depois de 5 estrelas: </w:t>
      </w:r>
      <w:r>
        <w:rPr>
          <w:rFonts w:ascii="Calibri" w:hAnsi="Calibri" w:cs="Calibri" w:eastAsia="Calibri"/>
          <w:b w:val="0"/>
          <w:color w:val="15131F"/>
          <w:sz w:val="21"/>
        </w:rPr>
        <w:t>Obrigado pelas 5 estrelas, [nome]! Se conhecer um [perfil] a quem possamos ser úteis, envio-lhe uma apresentação curta para reencaminhar. Se não lhe ocorrer ninguém, não há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quando dizem que sim, email ou chat: </w:t>
      </w:r>
      <w:r>
        <w:rPr>
          <w:rFonts w:ascii="Calibri" w:hAnsi="Calibri" w:cs="Calibri" w:eastAsia="Calibri"/>
          <w:b w:val="0"/>
          <w:color w:val="15131F"/>
          <w:sz w:val="21"/>
        </w:rPr>
        <w:t>Ótimo, obrigado. Aqui está, pronta a reencaminhar:</w:t>
        <w:br/>
        <w:br/>
        <w:t>[cole a apresentação para reencaminhar]</w:t>
        <w:br/>
        <w:br/>
        <w:t>Altere o que quiser. Só contacto [nome do contacto] se me contactar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quando dizem que não: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 nenhum, [nome]. Obrigado mais uma vez, e aproveite [o resultado].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Guarde as três mensagens como respostas guardadas com atalhos como /ref-ask, /ref-yes e /ref-no. Substitua os parênteses retos antes de enviar. Se lhe derem um nome, adicione a etiqueta Recomendador ao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Atalhos das respostas guardadas: </w:t>
      </w:r>
      <w:r>
        <w:rPr>
          <w:rFonts w:ascii="Calibri" w:hAnsi="Calibri" w:cs="Calibri" w:eastAsia="Calibri"/>
          <w:b w:val="0"/>
          <w:color w:val="5D5A70"/>
          <w:sz w:val="21"/>
        </w:rPr>
        <w:t>/ref-ask, /ref-yes, /ref-no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A apresentação que o seu cliente reencaminha ao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Tamanho: 3 frases · Quem a escreve: Você, na voz do cliente · Regra: É o cliente que a envia. Nunca contacte o contacto primeiro.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maioria das recomendações morre porque o cliente tem de escrever alguma coisa. Escreva-a por ele: três frases na voz dele, reencaminhadas tal como estão ou com uma palavra alterada. O contacto pode dizer que não com um toque.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Apresentação, é isto que o cliente reencaminha: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contacto],</w:t>
        <w:br/>
        <w:br/>
        <w:t>A [a sua empresa] acabou de [o resultado, p. ex. substituir a nossa caldeira] e foram [uma palavra sincera, p. ex. rápidos e cuidadosos]. Falou-me de [a situação deles, p. ex. a sua caldeira a dar problemas], por isso lembrei-me de si.</w:t>
        <w:br/>
        <w:br/>
        <w:t>Se quiser, [o seu nome] pode ligar-lhe: [telefone]. Ou responda aqui e eu ponho-vos em contacto. Sem pressão, de qualquer forma.</w:t>
        <w:br/>
        <w:br/>
        <w:t>[nome do cliente]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Mais curta, para WhatsApp: </w:t>
      </w:r>
      <w:r>
        <w:rPr>
          <w:rFonts w:ascii="Calibri" w:hAnsi="Calibri" w:cs="Calibri" w:eastAsia="Calibri"/>
          <w:b w:val="0"/>
          <w:color w:val="15131F"/>
          <w:sz w:val="21"/>
        </w:rPr>
        <w:t>Olá, [nome do contacto], acabámos de recorrer à [a sua empresa] para [o resultado] e foram [uma palavra sincera]. Falou-me de [a situação deles]. O número deles é o [telefone], se der jeito. Sem pressão. [nome do cliente]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da apresentação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Na voz do cliente, na primeira pessoa. Uma palavra sincera sobre si, que o cliente pode alterar.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perfil do seu pedido, para que o contacto saiba porque lhe escrevem.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seu nome e uma forma de o contactar, não uma ligação de rastreio. «Sem pressão, de qualquer forma» fica em todas as versões.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envie a apresentação ao contacto diretamente, mesmo que o cliente lhe dê o número. A recomendação pertence ao cliente.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o contacto escrever ou ligar, crie o lead no mesmo dia com Recomendado por preenchido com o nome do cliente. Se nunca aparecer, não o persiga.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Tem de incluir: </w:t>
      </w:r>
      <w:r>
        <w:rPr>
          <w:rFonts w:ascii="Calibri" w:hAnsi="Calibri" w:cs="Calibri" w:eastAsia="Calibri"/>
          <w:b w:val="0"/>
          <w:color w:val="5D5A70"/>
          <w:sz w:val="21"/>
        </w:rPr>
        <w:t>O resultado, A situação deles, Uma palavra sincera, O seu contacto, Sem pressão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Agradecimento depois de uma recomendação, com e sem recompensa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no prazo de: 1 dia · Recompensa: Fixa, ou nenhuma · Regra: Agradeça duas vezes: quando o contacto entra em contacto e quando compra.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Envie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um dia depois de o contacto recomendado entrar em contacto, aconteça o que acontecer a seguir.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Outra vez quando se tornar cliente, com a recompensa se a oferecer. Se nunca entrar em contacto, agradeça ao cliente por ter reencaminhado, uma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recompensa: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[Nome do contacto] entrou hoje em contacto connosco. Muito obrigado pela apresentação. Decida o que decidir, agradeço-lhe ter dado a cara por nós.</w:t>
        <w:br/>
        <w:br/>
        <w:t>Se alguma vez precisar de alguma coisa da nossa parte, sabe onde me encontrar.</w:t>
        <w:br/>
        <w:br/>
        <w:t>[o seu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Com recompensa: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[Nome do contacto] entrou hoje em contacto connosco. Obrigado pela apresentação. Como prometido, assim que [o primeiro trabalho ou encomenda] estiver concluído, recebe [a recompensa, p. ex. um crédito de 50 $ no próximo serviço]. Confirmo quando estiver na sua conta.</w:t>
        <w:br/>
        <w:br/>
        <w:t>Obrigado por nos confiar alguém que conhece.</w:t>
        <w:br/>
        <w:br/>
        <w:t>[o seu 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Recompensas simples e legais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recompensa fixa por cada recomendação, anunciada antes de o cliente reencaminhar o que quer que seja, paga quando a pessoa recomendada se torna cliente. Escreva-a na ficha do contacto e na nota de crédito.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recompensa por uma recomendação é normal. Uma recompensa por uma avaliação não é: a Google trata os incentivos a avaliações como conteúdo falso e enganador e, nos EUA, a regra da FTC proíbe incentivos condicionados ao teor da avaliação.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vende a empresas, confirme que quem recomenda pode aceitar ofertas. Proponha doar a recompensa ou dispense-a.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Um agradecimento sem recompensa, enviado no mesmo dia, vale mais do que uma recompensa enviada três semanas depois. A rapidez é o sinal.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Recompensa por avaliação, Recompensas vagas, Agradecimento tardio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Mensagem de pedido de avaliação para o Google e outros sites de avaliações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 no prazo de: 1 dia · Incentivo: Nenhum · Regra: Uma ligação, um toque, palavras sinceras, sem recompensa.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Peça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1 dia depois de um resultado entregue, um agradecimento ou 5 estrelas no chat.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clientes recebem o mesmo pedido no mesmo ponto do seu processo. Não filtre por classificação.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ligação que abre diretamente o formulário de avaliação. A Google dá a cada empresa uma ligação de avaliação e um código QR.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Como correu, [nome]?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Ou: </w:t>
      </w:r>
      <w:r>
        <w:rPr>
          <w:rFonts w:ascii="Calibri" w:hAnsi="Calibri" w:cs="Calibri" w:eastAsia="Calibri"/>
          <w:b w:val="0"/>
          <w:color w:val="15131F"/>
          <w:sz w:val="21"/>
        </w:rPr>
        <w:t>Um minuto para uma avaliação da [a sua empresa]?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por ter escolhido a [a sua empresa] para [o trabalho ou encomenda]. Espero que [o resultado] esteja a funcionar bem.</w:t>
        <w:br/>
        <w:br/>
        <w:t>Se tiver um minuto, importa-se de nos deixar uma avaliação no Google? Ajuda [pessoas como ele, p. ex. outros proprietários da zona] a decidir.</w:t>
        <w:br/>
        <w:br/>
        <w:t>[ligação de avaliação]</w:t>
        <w:br/>
        <w:br/>
        <w:t>Queremos a sua opinião sincera, incluindo o que podíamos fazer melhor. Se alguma coisa não correu bem, responda a este email e eu trato disso pessoalmente.</w:t>
        <w:br/>
        <w:br/>
        <w:t>Obrigado,</w:t>
        <w:br/>
        <w:t>[o seu nome]</w:t>
        <w:br/>
        <w:t>[a sua 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curta, SMS, WhatsApp ou chat: </w:t>
      </w:r>
      <w:r>
        <w:rPr>
          <w:rFonts w:ascii="Calibri" w:hAnsi="Calibri" w:cs="Calibri" w:eastAsia="Calibri"/>
          <w:b w:val="0"/>
          <w:color w:val="15131F"/>
          <w:sz w:val="21"/>
        </w:rPr>
        <w:t>Obrigado por ter escolhido a [a sua empresa], [nome]. Se tiver um minuto, uma avaliação sincera no Google ajuda outras pessoas a decidir: [ligação de avaliação]. Se alguma coisa não correu bem, responda aqui e eu resolvo. Obrigado!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 depois de 5 estrelas no chat: </w:t>
      </w:r>
      <w:r>
        <w:rPr>
          <w:rFonts w:ascii="Calibri" w:hAnsi="Calibri" w:cs="Calibri" w:eastAsia="Calibri"/>
          <w:b w:val="0"/>
          <w:color w:val="15131F"/>
          <w:sz w:val="21"/>
        </w:rPr>
        <w:t>Obrigado pelas 5 estrelas, [nome]! Se tiver mais um minuto, as mesmas palavras no Google ajudavam outras pessoas a encontrar-nos: [ligação de avaliação]. Totalmente opcional.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Nunca ofereça um desconto, uma oferta, um sorteio ou um crédito por uma avaliação: a Google lista-o como conteúdo proibido e a regra da FTC, nos EUA, proíbe incentivos ligados ao teor da avaliação. Nunca peça só aos clientes que espera que sejam positivos, e nunca envie sugestões de texto.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Responda a todas as avaliações, boas ou más, no prazo de uma semana, e nunca ofereça um desconto numa resposta pública. No inquérito da BrightLocal de 2026, 80% dos consumidores disseram que é provável escolherem uma empresa que responde a todas as suas avaliações.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Tarefa no CRM: </w:t>
      </w:r>
      <w:r>
        <w:rPr>
          <w:rFonts w:ascii="Calibri" w:hAnsi="Calibri" w:cs="Calibri" w:eastAsia="Calibri"/>
          <w:b w:val="0"/>
          <w:color w:val="5D5A70"/>
          <w:sz w:val="21"/>
        </w:rPr>
        <w:t>Pedido de avaliação: nome, Responsável, Gatilho + 1 dia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Seguimento e recusa: um seguimento suave e depois parar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Seguimentos: 1 · Espera: 7 dias · Recusa: Um não é definitivo durante 12 meses. Anote-o no contacto. Nunca uma terceira mensagem.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do seguimento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seguimento, 7 dias depois do pedido, na mesma conversa, acrescentando algo: o texto da apresentação ou a ligação outra vez. Nunca um segundo.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faça seguimento junto do contacto recomendado. Qualquer resposta do cliente termina a sequência, incluindo «agora não».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Seguimento da recomendação, email ou mensagem: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um pequeno seguimento à minha pergunta da semana passada. Caso ajude, aqui está a apresentação, pronta a reencaminhar se lhe ocorrer alguém:</w:t>
        <w:br/>
        <w:br/>
        <w:t>[cole a apresentação para reencaminhar]</w:t>
        <w:br/>
        <w:br/>
        <w:t>Se não lhe ocorrer ninguém, não precisa de responder, e obrigado mais uma vez por [o resultado].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Seguimento da avaliação, mensagem curta: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caso tenha ficado perdida: aqui está outra vez a ligação de avaliação, [ligação de avaliação]. Um minuto, palavras sinceras. Se preferir não o fazer, não há problema e não volto a pedir.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dizem que não, agora não, ou pedem para parar: </w:t>
      </w:r>
      <w:r>
        <w:rPr>
          <w:rFonts w:ascii="Calibri" w:hAnsi="Calibri" w:cs="Calibri" w:eastAsia="Calibri"/>
          <w:b w:val="0"/>
          <w:color w:val="15131F"/>
          <w:sz w:val="21"/>
        </w:rPr>
        <w:t>Com certeza, [nome], e desculpe a mensagem a mais. Tomei nota para que ninguém da [a sua empresa] lhe volte a pedir. Se alguma vez precisar de alguma coisa relacionada com [o que faz], sabe onde me encontrar.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Registe o resultado e feche o pedido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fazer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Apresentação feita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Crie o lead com Recomendado por. Agradeça ao cliente no prazo de 1 dia. Adicione-lhe a etiqueta Recomendador.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Avaliação publicada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Anote a ligação no contacto. Responda à avaliação no prazo de uma semana.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Recusado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Anote-o no contacto com a data. Sem pedidos durante 12 meses.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dias depois do seguimento, feche o pedido. Próximo gatilho, próximo pedido, no mínimo 3 meses depois.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Feche o pedido como: </w:t>
      </w:r>
      <w:r>
        <w:rPr>
          <w:rFonts w:ascii="Calibri" w:hAnsi="Calibri" w:cs="Calibri" w:eastAsia="Calibri"/>
          <w:b w:val="0"/>
          <w:color w:val="5D5A70"/>
          <w:sz w:val="21"/>
        </w:rPr>
        <w:t>Apresentação feita, Avaliação publicada, Recusado, Sem resposta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Regras: o que nunca fazer num pedido de recomendação ou de avaliação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Regras: 4 · Recompensas por avaliações: 0 · Em caso de dúvida: Ficaria à vontade se o cliente mostrasse esta mensagem ao contacto dele, ou à Google?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Nunca pague por uma avaliação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A Google lista os incentivos a avaliações como conteúdo proibido; nos EUA, a regra da FTC proíbe incentivos condicionados ao teor da avaliação.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5D5A70"/>
          <w:sz w:val="21"/>
        </w:rPr>
        <w:t>Recompense só as recomendações, por escrito.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Nunca escolha só os clientes satisfeitos para as avaliações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Pedir avaliações positivas de forma seletiva vai contra a política da Google.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5D5A70"/>
          <w:sz w:val="21"/>
        </w:rPr>
        <w:t>Peça a todos os clientes no mesmo ponto do processo.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Nunca envie uma terceira mensagem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Mais mensagens custam mais confiança do que trazem.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5D5A70"/>
          <w:sz w:val="21"/>
        </w:rPr>
        <w:t>Feche o pedido como Sem resposta. Próximo gatilho, próximo pedido.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Nunca adicione o contacto recomendado a uma lista de email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Uma apresentação reencaminhada não é consentimento para receber as suas mensagens.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 vez disso: </w:t>
      </w:r>
      <w:r>
        <w:rPr>
          <w:rFonts w:ascii="Calibri" w:hAnsi="Calibri" w:cs="Calibri" w:eastAsia="Calibri"/>
          <w:b w:val="0"/>
          <w:color w:val="5D5A70"/>
          <w:sz w:val="21"/>
        </w:rPr>
        <w:t>Responda ao que perguntaram. Peça autorização antes de o adicionar a qualquer lista.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Se um cliente perguntar o que ganha com uma avaliação, diga: «Nada, e é essa a ideia. Queremos a sua opinião sincera.» Depois agradeça.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Também nunca: </w:t>
      </w:r>
      <w:r>
        <w:rPr>
          <w:rFonts w:ascii="Calibri" w:hAnsi="Calibri" w:cs="Calibri" w:eastAsia="Calibri"/>
          <w:b w:val="0"/>
          <w:color w:val="5D5A70"/>
          <w:sz w:val="21"/>
        </w:rPr>
        <w:t>Escrever a avaliação por ele, Contactar primeiro a pessoa recomendada, Pedir antes do resultado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caldeira, uma avaliação e uma recomendação em 16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Hillcrest Plumbing &amp; Heating, uma empresa fictícia de duas pessoas, substitui a caldeira de Priya Nair a 21 de setembro. Ela dá 5 estrelas à conversa de WhatsApp e escreve um agradecimento: o gatilho. A Kim envia o pedido de avaliação no dia seguinte, espera duas semanas e envia depois o modelo de email para pedir uma recomendação com o perfil numa linha. A Priya reencaminha a apresentação ao vizinho, que escreve na manhã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Seg. 21 set., WhatsApp: A caldeira nova está a funcionar e a casa voltou a estar quente. Obrigada por nos terem encaixado antes da semana de frio e por deixarem a cozinha tão limpa.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Ter. 22 set., pedido de avaliação: Obrigado por ter escolhido a Hillcrest, Priya. Se tiver um minuto, uma avaliação sincera no Google ajuda outros proprietários a decidir: hillcrest.example/review.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Qua. 23 set.: Feito! Cinco estrelas.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Seg. 5 out., email «Uma pergunta rápida depois da sua caldeira»: Olá, Priya, foi bom saber que a casa se manteve quente durante a semana de frio. Gostávamos de ajudar mais proprietários em Maple Grove com uma caldeira com mais de 12 anos. Conhece uma pessoa que encaixe nesse perfil? Posso enviar-lhe três frases para reencaminhar tal como estão. Se não, não há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Seg. 5 out.: Sim, por acaso. O meu vizinho Tom Keller passou o ano a queixar-se da caldeira. Envie-me o texto.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Seg. 5 out., WhatsApp: Pronta a reencaminhar: «Olá, Tom, a Hillcrest Plumbing &amp; Heating acabou de substituir a nossa caldeira e foram rápidos e cuidadosos. Falou-me que a sua anda a dar problemas, por isso lembrei-me de si. Se quiser, a Kim pode ligar-lhe: 555-0142. Ou responda aqui e eu ponho-vos em contacto. Sem pressão, de qualquer forma. Priya.» Só contacto o Tom se ele entrar em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Seg. 5 out.: Reencaminhado.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Ter. 6 out., 8:40, chat do site, Tom Keller: Olá, a Priya Nair reencaminhou-me os vossos dados. A nossa caldeira tem 18 anos e desliga-se todas as manhãs. Alguém pode vir ver esta semana?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Bom dia, Tom, lamento as manhãs frias. Passei a sua mensagem à Kim, que lhe vai ligar ainda esta manhã. Qual é o melhor número para o contactar?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Ter. 6 out., 9:15, nota da chamada: Visita marcada para qua. 7 out., 9:00. Lead criado, Recomendado por: Priya Nair.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Ter. 6 out., WhatsApp para a Priya: O Tom entrou em contacto esta manhã, muito obrigado pela apresentação. Decida o que decidir, agradeço-lhe ter dado a cara por nós. O seu crédito de 50 $ entra na sua conta assim que o trabalho dele estiver concluído.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Contactos no CRM a 7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Priya Nair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desde 21 set., etiqueta Recomendador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Gatilho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Agradecimento e 5 estrelas, 21 set.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Avaliação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Publicada a 23 set., respondida no mesmo 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 de recomendação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a 5 out., apresentação reencaminhada a 5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Tom Keller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 a 6 out., Recomendado por: Priya Nair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Recompensa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de 50 $ quando o trabalho do Tom estiver concluído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Pedidos no registo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22 set.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de avaliação, WhatsApp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Avaliação publicada a 23 set.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Seg. 5 out.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Pedido de recomendação,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Apresentação feita a 6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clientes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Como pedir uma recomendação vs uma avaliação a um cliente: dois pedidos diferentes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Pergunta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 de recomendação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 de avaliação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pede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apresentação a um tipo de pessoa, feita pelo cliente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classificação pública nas palavras do próprio cliente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Gatilho merecido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Resultado entregue, agradecimento, 5 estrelas ou renovação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mesmos gatilhos, ou um ponto fixo do seu processo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a 4 semanas depois do resultado, ou no mesmo dia depois de um agradecimento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dia depois do gatilho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quem pode pedir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Clientes satisfeitos sem nenhum problema em aberto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todos os clientes no mesmo ponto, nunca só aos satisfeitos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Recompensa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recompensa fixa é aceitável, paga quando a pessoa recomendada compra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Nenhuma, nunca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Um, passados 7 dias, com o texto da apresentação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Um, passados 7 dias, com a ligação outra vez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os pedidos de recomendação e avaliação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Escreva as suas versões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os parênteses retos: empresa, perfil numa linha, ligação de avaliação. Guarde os emails como rascunhos e as mensagens curtas como respostas guardadas.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Obtenha a sua ligação de avaliação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No seu Google Business Profile, copie a ligação de avaliação ou o código QR. Um toque no telemóvel tem de abrir o formulário de avaliação.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Escolha os seus gatilhos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Decida quais dos quatro gatilhos se aplicam e quem é responsável pelo pedido: a pessoa que entregou o trabalho.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Decida a recompensa pela recomendação, ou nenhuma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recompensa fixa, paga quando a pessoa recomendada compra, por escrito. Nada por uma avaliação.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cada pedido e feche-o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no registo ou uma tarefa no CRM por pedido. Gatilho, texto da apresentação e data de seguimento tornam-no completo; um resultado fecha-o.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«Campos Personalizados» no menu da esquerda e clique em «Adicionar campo»: «Tipo de entidade» «Contatos», «Rótulo de campo» Recomendado por, «Tipo de campo» «Texto» e depois «Criar campo». Repita para «Leads».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«Contatos», adicione a etiqueta Recomendador em «Tags» a um cliente que fez uma apresentação. Quando a pessoa recomendada escrever, preencha Recomendado por no lead e use «Converter» para o transformar em contacto, empresa e negócio com um clique.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Abra «Tarefas» e clique em «Nova Tarefa» para cada pedido: «Título da tarefa» (Pedido de recomendação ou Pedido de avaliação mais o nome do cliente), «Cessionário» (o responsável) e «Prazo» (gatilho mais 1 dia numa avaliação, mais 14 a 28 dias numa recomendação). Quando enviar, escreva o canal, o texto da apresentação e a data de seguimento em «Resumo do status», clique em «Marca concluída» e crie a tarefa de seguimento. «Minhas Tarefas» mostra «Prazo para hoje» e «Atraso».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Growth, guarde as mensagens curtas em «Configurações» &gt; «Respostas salvas» com «Nova resposta»: «Atalho» (/ref-ask, /ref-yes, /ref-no, /review-ask), «Título», «Corpo da resposta», «Compartilhar com a equipe», «Criar resposta». Num chat, escreva o atalho e substitua os parênteses retos.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Em «Meus Bots», abra o seu bot e ative «Avaliações de Satisfação» no separador «Comportamento»: os clientes veem um pedido de classificação por estrelas quando a conversa termina. As classificações aparecem em «Análises», em «Satisfação»; 5 estrelas são o seu gatilho para o pedido de avaliação.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envia pedidos de avaliação ou de recomendação automaticamente: cada mensagem é enviada por si, e as tarefas guardam os prazos. Contactos, 1 pipeline e tarefas básicas são grátis. WhatsApp, Telegram e Instagram vêm com o Launch, 19 $ por mês, com faturação anual; as respostas guardadas, com o Growth, 49 $.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pedidos, 10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pedidos em aberto têm uma data de seguimento e um responsável.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seguimentos para hoje saem hoje, na mesma conversa.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seguimentos enviados há 7 dias ou mais são fechados como Sem resposta.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apresentações têm um lead com Recomendado por e um agradecimento enviado.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avaliações publicadas têm resposta.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https://crmsoftware.pro/pt/templates/referral-request-templates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Mensagens para pedir recomendações e avaliações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