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email de reembolso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Oito separadores para uma pequena empresa responder ao pedido de reembolso do seu próprio cliente: pedido e primeira resposta, um dado em falta, aprovado, parcial, fora da política, reembolso enviado e seguimento, respostas de chat e o fecho.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primeiro os cinco campos do pedido: referência da encomenda, versão da política, motivo, responsável pela aprovação e resposta prometida. Substitua cada palavra entre [parênteses retos] pelos factos do pedido, envie a primeira resposta no próprio dia e a decisão até à data prometida. Registe todos os pedidos no registo de reembolsos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Resposta a um pedido de reembolso: registar e responder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Resposta: No próprio dia · Decisão no prazo de: 2 dias úteis · Responsável: Quem regista o pedido · Registar antes de enviar: Uma linha no registo de reembolsos em Excel. A versão da política, o responsável pela aprovação e a data prometida preenchem-se sozinhos.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email de reembolso começa antes da primeira palavra ao cliente: registe cinco campos e envie a primeira resposta no próprio dia. A resposta diz quem decide e até quando. Só diz que sim quando o caso é claro e está dentro do seu próprio limite de aprovação.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Ficha do pedido: preencha estes cinco campos antes de responder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Referência da encomenda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[número da encomenda], [data da encomenda], [data de entrega], [valor], [método de pagamento, só os últimos 4 dígitos]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Versão da política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política de reembolso em vigor na data da encomenda: [versão e data], [prazo, por exemplo 30 dias após a entrega]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[um motivo da sua lista] e as palavras do próprio cliente: [citação]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pela aprovação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[nome, função], a pessoa que pode aprovar este valor ou esta exceção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prometida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 da decisão], no máximo [2] dias úteis após o pedido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Recebemos o seu pedido de reembolso da encomenda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nos escrever sobre a encomenda [número da encomenda]. Registei o seu pedido de reembolso de [artigo ou serviço], motivo: [motivo nas palavras do cliente].</w:t>
        <w:br/>
        <w:br/>
        <w:t>O que acontece a seguir: verificamos o pedido face à política de reembolso que se aplicava na data da sua encomenda, [versão e data da política]: [regra da política numa frase]. Quem decide é [nome do responsável pela aprovação] ([função]) e terá a decisão por email até [data da resposta prometida].</w:t>
        <w:br/>
        <w:br/>
        <w:t>Não precisa de enviar mais nada. Por favor, não envie dados do cartão: nunca precisamos de mais do que os últimos 4 dígitos.</w:t>
        <w:br/>
        <w:br/>
        <w:t>[O seu nome], [empresa]</w:t>
        <w:br/>
        <w:t>Referência: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reembolso, um valor ou o dia em que o dinheiro chega antes de o responsável pela aprovação decidir. A única promessa da primeira resposta é a data da decisão.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Caso claro dentro do seu limite: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nos escrever sobre a encomenda [número da encomenda]. O seu pedido está dentro da nossa política de reembolso de [data da política] e posso aprová-lo diretamente: vou reembolsar hoje [valor] para o seu [método de pagamento]. Vai receber por email uma confirmação com a referência do reembolso. [O seu nome], [empresa]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Antes de decidir: peça um dado, uma só vez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Pedir: Um dado · Novo contacto: Uma vez, após 3 dias úteis · Manter aberto: 14 dias, depois fechar · Parar o relógio: A data prometida só muda enquanto espera pelo cliente: passa a ser no prazo de 2 dias úteis após a resposta do cliente. Escreva a nova data no registo.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Peça a única coisa de que precisa para decidir, numa só mensagem, e diga o que acontece quando ela chegar. Pedir os dados um de cada vez é o caminho para um reembolso de dois dias se transformar num de duas semanas.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Falta um dado para o seu pedido de reembolso, encomenda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pelo seu pedido de reembolso de [artigo ou serviço]. Para decidir, preciso de uma coisa da sua parte:</w:t>
        <w:br/>
        <w:br/>
        <w:t>[Uma destas: o número da encomenda / uma foto do dano e outra da etiqueta de envio / o número de rastreio do pacote da devolução / a data para a qual o serviço foi marcado]</w:t>
        <w:br/>
        <w:br/>
        <w:t>Vai ter a decisão no prazo de [2] dias úteis após a sua resposta. Se não tivermos notícias suas, volto a escrever-lhe uma única vez a [data].</w:t>
        <w:br/>
        <w:br/>
        <w:t>[O seu nome], [empresa]</w:t>
        <w:br/>
        <w:t>Referência: [número da encomenda ou do pedido]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Foto de um artigo danificado: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lamento que [artigo] tenha chegado com danos. Pode responder com uma foto que mostre o dano e outra da etiqueta de envio? Não precisa de devolver o artigo, a não ser que lho peçamos. Assim que tiver as fotos, vai ter uma decisão no prazo de [2] dias úteis.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pedir: </w:t>
      </w:r>
      <w:r>
        <w:rPr>
          <w:rFonts w:ascii="Calibri" w:hAnsi="Calibri" w:cs="Calibri" w:eastAsia="Calibri"/>
          <w:b w:val="0"/>
          <w:color w:val="5D5A70"/>
          <w:sz w:val="21"/>
        </w:rPr>
        <w:t>O número completo do cartão, o código de segurança, uma palavra-passe do banco ou uma captura de ecrã do extrato inteiro. O número da encomenda e os últimos 4 dígitos chegam para encontrar um pagamento.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Reembolso aprovado: o valor, o método e o prazo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Aparece no cartão em: 5-10 dias · Reembolso para: Método de pagamento original · Data de verificação: Reembolso + 10 dias úteis · Antes de enviar: O reembolso aparece como emitido no seu prestador de pagamentos ou na plataforma da loja, e a referência está no registo de reembolsos.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email quando o responsável pela aprovação disser que sim: primeiro a decisão e o valor, depois o que o cliente tem de fazer e, por fim, o prazo. Indique o prazo do banco como o intervalo do seu prestador de pagamentos. A Stripe diz que um reembolso no cartão aparece cerca de 5 a 10 dias úteis depois de emitido, consoante o banco.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Reembolso aprovado: [valor] da encomenda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 seu reembolso foi aprovado. Reembolsei hoje, [data do reembolso], [valor] de [artigo ou serviço] da encomenda [número da encomenda] para o seu [método de pagamento, cartão terminado nos últimos 4 dígitos].</w:t>
        <w:br/>
        <w:br/>
        <w:t>Quando o vai ver: os reembolsos no cartão costumam aparecer [5 a 10] dias úteis depois de os emitirmos, consoante o seu banco. Se o pagamento foi recente, a cobrança original pode simplesmente desaparecer.</w:t>
        <w:br/>
        <w:t>O que tem de fazer: nada. [Pode ficar com o artigo, ou o que fazer com ele.]</w:t>
        <w:br/>
        <w:t>Referência do reembolso: [referência do reembolso]</w:t>
        <w:br/>
        <w:br/>
        <w:t>Se não aparecer no seu extrato até [data de verificação], responda e eu investigo no próprio dia.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Aprovado, o artigo volta primeiro: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devolução de [artigo] da encomenda [número da encomenda] foi aprovada ao abrigo da nossa política de reembolso de [data da política]. O que fazer: imprima a etiqueta em anexo e entregue o pacote à [transportadora] até [data]. Quando chegar, reembolsamos [valor] para o seu [método de pagamento] no prazo de [2] dias úteis e enviamos-lhe por email a referência do reembolso. [Envio da devolução: grátis, ou o custo da etiqueta que a política desconta do reembolso.]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Valor, número da encomenda, data do reembolso e referência do reembolso, exatamente como aparecem no seu prestador de pagamentos ou na plataforma da loja.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Método de pagamento, só os últimos 4 dígitos. Com a Stripe, os reembolsos só podem voltar para o método de pagamento original.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chega, ou «no prazo de 24 horas». Controla o dia em que emite o reembolso; o banco controla o dia em que ele aparece.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Reembolso parcial: mostre as contas linha a linha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Mostrar: Todas as linhas · Deduções: Só as da política · Nova verificação: No prazo de 1 dia útil · As contas do exemplo preenchido: Conjunto de capa de edredão 139,00 $ menos a etiqueta de devolução de 7,50 $ da política v3 = 131,50 $. As fronhas (36,00 $), com que a cliente ficou, e os portes (9,00 $) não são reembolsados.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reembolso parcial sem as contas parece um erro. Mostre todas as linhas: o que foi pago, o que é devolvido, o que não é e que linha da política o diz. A Stripe permite vários reembolsos parciais de um mesmo pagamento, até ao valor original.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O seu reembolso parcial da encomenda [número da encomenda]: [valor do reembolso]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devolução foi aprovada e eis exatamente como se chega ao valor do reembolso.</w:t>
        <w:br/>
        <w:br/>
        <w:t>Pagou: [total da encomenda] pela encomenda [número da encomenda] a [data da encomenda].</w:t>
        <w:br/>
        <w:t>Reembolsado:</w:t>
        <w:br/>
        <w:t>- [artigo]: [preço do artigo]</w:t>
        <w:br/>
        <w:t>- [portes de envio, se reembolsados]: [valor dos portes]</w:t>
        <w:br/>
        <w:t>Não reembolsado:</w:t>
        <w:br/>
        <w:t>- [artigo ou taxa que fica, por exemplo a etiqueta de devolução ou a parte do serviço já prestada]: [valor], porque [linha da política, citada, com a data da política]</w:t>
        <w:br/>
        <w:t>O seu reembolso: [valor do reembolso]</w:t>
        <w:br/>
        <w:br/>
        <w:t>Reembolsei hoje [valor do reembolso] para o seu [método de pagamento, cartão terminado nos últimos 4 dígitos], referência [referência do reembolso]. Costuma aparecer no prazo de [5 a 10] dias úteis, consoante o seu banco.</w:t>
        <w:br/>
        <w:br/>
        <w:t>Se alguma linha lhe parecer errada, responda e diga-me qual. Volto a verificá-la no prazo de [1] dia útil.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Empresa de serviços: parte do trabalho já foi feita: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marcou [serviço] por [total] e, antes de cancelar a [data], já tinha usufruído de [parte prestada, por exemplo 2 de 4 sessões]. Ao abrigo da nossa política de reembolso de [data da política], reembolsamos a parte não prestada: [total] menos [valor prestado] = [valor do reembolso]. Reembolsei-o hoje para o seu [método de pagamento], referência [referência do reembolso].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Descontar uma taxa que não está na versão da política em vigor quando o cliente comprou. Se uma versão mais recente for melhor para o cliente, use a mais recente.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Fora da política: diga que não e ofereça o que puder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Decide: O responsável · Oferecer: 1 a 3 opções · Oferta válida: 14 dias · Verifique primeiro a lei: Uma política da loja não pode retirar direitos legais ao cliente. A tabela de prazos abaixo indica os prazos legais de reembolso nos EUA e na UE.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Fora do prazo da política ou das suas condições, quem decide é o responsável pela aprovação, não a pessoa que está no chat. Diga que não nas primeiras linhas, indique a linha da política e as datas e depois ofereça o que puder: crédito em loja, uma troca, uma reparação ou um reembolso parcial.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Sobre o seu pedido de reembolso da encomenda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paciência enquanto [nome do responsável pela aprovação] analisava o seu pedido. Lamento, mas não podemos reembolsar a encomenda [número da encomenda].</w:t>
        <w:br/>
        <w:br/>
        <w:t>Porquê: fez a encomenda a [data da encomenda], ao abrigo da nossa política de reembolso de [data da política], que permite reembolsos no prazo de [dias da política] dias após [a compra ou a entrega]. O seu pedido chegou [dias] dias após [a compra ou a entrega]. [Ou a condição que não se cumpre, por exemplo o artigo foi feito por medida.]</w:t>
        <w:br/>
        <w:br/>
        <w:t>O que podemos fazer em alternativa:</w:t>
        <w:br/>
        <w:t>1. [Crédito em loja do valor total, válido até uma data]</w:t>
        <w:br/>
        <w:t>2. [Troca por outro artigo ou tamanho]</w:t>
        <w:br/>
        <w:t>3. [Reparação, com etiqueta de devolução grátis]</w:t>
        <w:br/>
        <w:br/>
        <w:t>Responda com 1, 2 ou 3 até [data] e trato disso no mesmo dia útil. Se alguma data ou algum facto acima estiver errado, diga-me e voltamos a analisar.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Exceção aprovada pelo proprietário: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 seu pedido está fora do nosso prazo de [dias da política] dias, mas [nome do responsável pela aprovação] aprovou uma exceção única porque [motivo, por exemplo o atraso foi da nossa parte]. Vou reembolsar hoje [valor] para o seu [método de pagamento], referência [referência do reembolso]. Isto não altera a nossa política para encomendas futuras. 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dizer: </w:t>
      </w:r>
      <w:r>
        <w:rPr>
          <w:rFonts w:ascii="Calibri" w:hAnsi="Calibri" w:cs="Calibri" w:eastAsia="Calibri"/>
          <w:b w:val="0"/>
          <w:color w:val="5D5A70"/>
          <w:sz w:val="21"/>
        </w:rPr>
        <w:t>«A nossa política é a nossa política», «conforme os nossos termos» sem citar a linha, ou um não sem alternativa. Não recuse no chat: envie a decisão por email, para que o cliente a tenha por escrito.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Reembolso enviado e o seguimento quando ainda não apareceu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No dia do reembolso · Data de verificação: Reembolso + 10 dias úteis · Rastrear com: ARN ou referência do reembolso · Se o cliente já ligou ao banco: Pergunte se abriu uma contestação. Se sim, não reembolse outra vez: responda à contestação no seu prestador de pagamentos.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o primeiro email no dia em que emite o reembolso. O email de seguimento responde a «onde está o meu reembolso?», uma pergunta que muitas vezes chega antes de passar o intervalo habitual do banco.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Reembolso enviado: [valor] da encomenda [número da encomenda], ref. [referência do reembolso]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Recebemos a sua devolução a [data] e reembolsei hoje, [data do reembolso], [valor] para o seu [método de pagamento, cartão terminado nos últimos 4 dígitos].</w:t>
        <w:br/>
        <w:br/>
        <w:t>Referência do reembolso: [referência do reembolso]</w:t>
        <w:br/>
        <w:t>Quando o vai ver: normalmente no prazo de [5 a 10] dias úteis, consoante o seu banco, por isso, na maioria dos casos, até [data do reembolso mais 10 dias úteis].</w:t>
        <w:br/>
        <w:br/>
        <w:t>Se até lá não aparecer no seu extrato, responda a este email com a referência. Nesse mesmo dia peço o rastreio ao nosso prestador de pagamentos.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 seguimento: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verificar. O seu reembolso de [valor] da encomenda [número da encomenda] foi emitido a [data do reembolso] e aparece como [estado no seu prestador de pagamentos, por exemplo concluído]. Os bancos costumam mostrar um reembolso no cartão no prazo de [5 a 10] dias úteis, por isso ainda pode chegar até [data de verificação]. Duas coisas que ajudam:</w:t>
        <w:br/>
        <w:t>- Procure a cobrança original de [valor] de [data da encomenda]. Se desapareceu, foi esse o reembolso.</w:t>
        <w:br/>
        <w:t>- Dê ao seu banco esta referência: [ARN ou referência do reembolso].</w:t>
        <w:br/>
        <w:br/>
        <w:t>Se não tiver aparecido até [data de verificação], responda e nesse dia abro um pedido de rastreio junto do nosso prestador de pagamentos.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reembolso falhou: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 seu banco devolveu-nos o reembolso de [valor] da encomenda [número da encomenda] porque [motivo indicado pelo seu prestador de pagamentos]. Peço desculpa pelo passo a mais. Como prefere recebê-lo: [as formas de pagamento que a sua empresa pode usar, por exemplo transferência bancária ou crédito em loja]? Envio-o no dia em que responder. [O seu nome], [empresa]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referência do reembolso. Nos reembolsos no cartão, a Stripe pode mostrar um número de referência do adquirente (ARN) que o banco do cliente consegue rastrear; pode demorar até 7 dias úteis a aparecer.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data de verificação: a data do reembolso mais 10 dias úteis.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Respostas de chat em direto para pedidos de reembolso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em: 2 minutos · Decidir no chat: Só dentro do seu limite · Recusas: Por email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 chat serve para receber o pedido e para casos claros dentro do seu próprio limite. Decisões acima dele, recusas e reembolsos parciais seguem por email, por escrito. Guarde estas quatro respostas como atalhos.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/refund-intake: Receber o pedido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cliente pede um reembolso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ou um valor.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Posso ajudar com isso, [nome]. Pode indicar-me o número da encomenda, o email com que fez a encomenda e, em poucas palavras, o que correu mal? Por favor, não escreva dados do cartão.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/refund-owner: Quem decide e quando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valor ou o caso está acima do seu limite.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resultado. Diga quem decide e até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Obrigado, já registei o pedido na encomenda [número da encomenda]. Pela política de reembolso da data da sua encomenda, esta decisão cabe a [nome do responsável pela aprovação]. Vai recebê-la por email até [data da resposta prometida], e mais cedo se for possível.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/refund-done: Reembolsado no chat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Um caso claro dentro do seu próprio limite de aprovação.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aparece.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Feito: acabei de reembolsar [valor] para o seu cartão terminado em [últimos 4 dígitos]. Costuma aparecer no prazo de [5 a 10] dias úteis, consoante o seu banco. A confirmação com a referência vai a caminho de [endereço de email].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/refund-where: Onde está o meu reembolso?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usar: </w:t>
      </w:r>
      <w:r>
        <w:rPr>
          <w:rFonts w:ascii="Calibri" w:hAnsi="Calibri" w:cs="Calibri" w:eastAsia="Calibri"/>
          <w:b w:val="0"/>
          <w:color w:val="5D5A70"/>
          <w:sz w:val="21"/>
        </w:rPr>
        <w:t>O cliente pergunta antes da data de verificação.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aparece amanhã.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Verifiquei: o seu reembolso de [valor] foi emitido a [data do reembolso], referência [referência do reembolso]. Os bancos costumam demorar [5 a 10] dias úteis, por isso deve aparecer até [data de verificação]. Se a cobrança original desapareceu, foi esse o reembolso.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Escreva o atalho na caixa de resposta, substitua os parênteses retos e envie. Se o cliente estiver irritado, responda primeiro ao que sente, numa frase, e só depois use o atalho.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Atalhos: </w:t>
      </w:r>
      <w:r>
        <w:rPr>
          <w:rFonts w:ascii="Calibri" w:hAnsi="Calibri" w:cs="Calibri" w:eastAsia="Calibri"/>
          <w:b w:val="0"/>
          <w:color w:val="5D5A70"/>
          <w:sz w:val="21"/>
        </w:rPr>
        <w:t>/refund-intake, /refund-owner, /refund-done, /refund-where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Fechar o pedido: verificação de fecho e o que registar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Fechar quando: 4 dados registados · Data de verificação: Reembolso + 10 dias úteis · Responsável: A mesma pessoa da primeira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pedido só fica fechado quando há quatro coisas registadas: a decisão, a respetiva data, a referência do reembolso ou a alternativa aceite, e a confirmação do cliente ou uma data de verificação ultrapassada sem queixas.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Fechado: o seu pedido de reembolso da encomenda [número da encomenda]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confirmar. Segue um breve resumo para os seus registos:</w:t>
        <w:br/>
        <w:br/>
        <w:t>Encomenda: [número da encomenda], pedido de [data do pedido]</w:t>
        <w:br/>
        <w:t>Decisão: [decisão], a [data da decisão]</w:t>
        <w:br/>
        <w:t>Reembolso: [valor] a [data do reembolso], referência [referência do reembolso], ou [código do crédito em loja ou número da encomenda de troca]</w:t>
        <w:br/>
        <w:br/>
        <w:t>Se alguma coisa neste reembolso lhe parecer errada nos próximos [30] dias, responda a este email e a mensagem chega-me diretamente.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de fecho: </w:t>
      </w:r>
      <w:r>
        <w:rPr>
          <w:rFonts w:ascii="Calibri" w:hAnsi="Calibri" w:cs="Calibri" w:eastAsia="Calibri"/>
          <w:b w:val="0"/>
          <w:color w:val="5D5A70"/>
          <w:sz w:val="21"/>
        </w:rPr>
        <w:t>Não está fechado enquanto a decisão, a data da decisão ou a referência do reembolso estiverem vazias. O silêncio não é uma confirmação: na data de verificação, confirme o estado do reembolso no seu prestador de pagamentos, feche a linha e escreva «sem queixas até [data de verificação]» nas notas.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Decisões: </w:t>
      </w:r>
      <w:r>
        <w:rPr>
          <w:rFonts w:ascii="Calibri" w:hAnsi="Calibri" w:cs="Calibri" w:eastAsia="Calibri"/>
          <w:b w:val="0"/>
          <w:color w:val="5D5A70"/>
          <w:sz w:val="21"/>
        </w:rPr>
        <w:t>Reembolso total, Reembolso parcial, Crédito em loja, Troca ou reparação, Recusado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reembolso parcial de 131,50 $, do chat ao fecho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cliente de uma loja online fictícia de roupa de cama encomendou o tamanho errado de capa de edredão e pede o dinheiro de volta no chat do site. Este exemplo de modelo de email de reembolso acompanha o pedido desde a receção pelo agente de IA até à aprovação do Mateo, o reembolso, o seguimento e o fecho.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a capa de edredão que encomendei é Queen, mas a nossa cama é King. Posso receber o meu dinheiro de volta?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 a questão do tamanho. Pode indicar-me o número da encomenda e o email com que a fez? Não precisa de enviar dados do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LG-20417, claire.novak@example.com. Só a capa de edredão, fico com as fronhas.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Claire. Os artigos sem uso podem ser devolvidos no prazo de 30 dias após a entrega. Os reembolsos são decididos por uma pessoa, por isso vou passar este chat à Ivy com o número da encomenda e o motivo. Terá uma resposta até quarta-feira, 23 de setembro, o mais tardar.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Ivy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Claire, aqui é a Ivy. A sua encomenda foi entregue a 17 de setembro, por isso aplica-se a nossa política de 1 de setembro (versão 3) e está dentro dos 30 dias. Duas opções: trocar pelo conjunto King (paga a diferença de 20,00 $ e nós pagamos a devolução) ou um reembolso de 139,00 $ menos a etiqueta de devolução de 7,50 $, ou seja, 131,50 $. Qual prefere?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 reembolso, por favor. Já encomendámos uma King noutro sítio.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Ivy (apoio): </w:t>
      </w:r>
      <w:r>
        <w:rPr>
          <w:rFonts w:ascii="Calibri" w:hAnsi="Calibri" w:cs="Calibri" w:eastAsia="Calibri"/>
          <w:b w:val="0"/>
          <w:color w:val="15131F"/>
          <w:sz w:val="21"/>
        </w:rPr>
        <w:t>Entendido. Os reembolsos acima de 50 $ são aprovados pelo Mateo, o nosso responsável de operações. Terá a decisão dele por email até quarta-feira, 23 de setembro, muito provavelmente amanhã.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do pedido: os cinco campos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Referência da encomenda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LG-20417, encomendada a 14 set. 2026, entregue a 17 set., 184,00 $, cartão terminado em 2290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Versão da política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v3, em vigor desde 1 set. 2026: 30 dias após a entrega; nas devoluções por mudança de ideias, o cliente paga a etiqueta de 7,50 $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Mudou de ideias: encomendou Queen, precisa de King. Sem uso, na embalagem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pela aprovação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Mateo Ruiz, operações: aprova até 200 $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prometida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Decisão por email até quarta-feira, 23 set. 2026; registado a 21 set., às 10:24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Email de decisão, 22 de setembro, 09:40: as contas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Linha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Conjunto de capa de edredão em linho, Queen, verde-salva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139,00 $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 de devolução, mudança de ideias (política v3)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7,50 $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Reembolso, quando o pacote chegar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131,50 $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a cliente: 2 fronhas de linho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36,00 $, sem reembolso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Portes de envio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9,00 $, sem reembolso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Devolução recebida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Sexta-feira, 25 set., sem uso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emitido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131,50 $ a 28 set., ref. re_3Qx81Lg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respondido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out.: ainda não aparece no extrato; enviados o ARN e a data de verificação de 12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confirmou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out.: «Já apareceu, obrigada»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LG-20417: decisão, Mateo, prazo 23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e etiqueta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cinco campos do pedido em Notas, etiqueta Reembolso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Loja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responder a um pedido de reembolso: quatro regras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Acordem estas regras antes de alguém responder a um pedido de reembolso, e escrevam os limites.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Use a política da data da compra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Ponha data em todas as versões da sua política de reembolso e guarde as antigas. Aplica-se a versão em vigor na data da compra. Se uma versão mais recente for melhor para o cliente, use a mais recente.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Defina quem aprova o quê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Por exemplo: o apoio até 50 $ dentro da política, o responsável de operações até 200 $, o proprietário acima de 200 $ e todas as exceções. Registe em cada linha o responsável pela aprovação.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Prometa só as datas que controla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data da decisão e o dia em que emite o reembolso dependem de si. O dia em que o banco o mostra não depende, por isso indique o intervalo do seu prestador e uma data de verificação.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Terá a decisão até [data]. Os reembolsos no cartão costumam aparecer no prazo de 5 a 10 dias úteis depois de os emitirmos.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Reembolse pela via com que pagaram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Com a Stripe, os reembolsos só podem voltar para o método de pagamento original. Nunca peça o número completo do cartão, o código de segurança nem uma palavra-passe do banco: os últimos 4 dígitos chegam para encontrar o pagamento.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Passe o pedido ao proprietário quando o valor está acima do seu limite, o cliente fala numa contestação junto do banco (chargeback) ou num advogado, ou o pedido está fora da política escrita.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Prazos de reembolso: o que controla e o que não controla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 legal ou tempo habitual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controla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EUA: cancelamento de uma encomenda de bens que não consegue enviar a tempo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no prazo de 7 dias úteis; um ciclo de faturação se foi a própria empresa a conceder o crédito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sua empresa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data do reembolso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UE: o cliente cancela uma compra online no prazo de 14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no prazo de 14 dias após ser informado; pode esperar pelos bens ou pela prova de envio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sua empresa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data do reembolso, ou «quando o pacote chegar»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no cartão emitido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Aparece cerca de 5 a 10 dias úteis depois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banco do cliente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intervalo e uma data de verificação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pouco depois do pagamento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 aparecer como anulação: a cobrança desaparece, sem crédito separado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rede do cartão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 se a cobrança desapareceu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cliente pede um rastreio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ARN pode demorar até 7 dias úteis a ficar disponível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seu prestador de pagamentos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ARN ou a referência do reembolso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falhado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dinheiro pode demorar até 30 dias a voltar ao seu saldo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banco, depois a sua empresa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Perguntar como prefere receber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email de reembolso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Ponha data na política e defina os limites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Versões da política na folha Políticas; limites de aprovação e objetivo de resposta na folha Listas.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Registe e depois responda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os cinco campos do pedido e envie o separador 1 no próprio dia. Se faltar alguma coisa, envie o separador 2 uma única vez.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Decida até à data prometida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Quem decide é o responsável pela aprovação; envie o separador 3, 4 ou 5 por email.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Reembolse e depois avise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Reembolse no seu prestador de pagamentos ou na plataforma da loja e depois envie o separador 6 com a referência.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Feche e reveja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o separador 8, preencha a Data de fecho e reveja o registo todos os meses.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«Básico»: acrescente a sua política de reembolso, com data, à «Base de Conhecimento» e, em «Instruções», escreva: recolher o número da encomenda, o email e o motivo, nunca aprovar nem prometer um reembolso, dizer quem decide e até quando. Clique em «Salvar Alterações» e depois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Um chat de reembolso que precisa de uma pessoa aparece em «Suporte ao Vivo» como «Aguardando agente». Clique em «Reivindicar» (assumir o chat) e responda a partir da caixa de entrada unificada; o histórico do chat fica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«Tarefas» &gt; «Nova Tarefa»: «Título da tarefa» “Reembolso LG-20417: decisão”, «Cessionário» (o responsável pela tarefa) o responsável pela aprovação, «Prazo» a data prometida, «Prioridade» «Alto», «Resumo de status necessário ao concluir».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Escreva os cinco campos do pedido e a referência do reembolso em «Notas» no contacto e adicione uma etiqueta de conversa “Reembolso” («Configurações» &gt; «Tags de Conversa» &gt; «Nova etiqueta»).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Growth, guarde o separador 1 e as respostas de chat em «Respostas salvas»: «Configurações» &gt; «Respostas salvas» &gt; «Nova resposta», «Atalho» (por exemplo /refund-intake), «Título», «Corpo da resposta», «Compartilhar com a equipe».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com IA, base de conhecimento básica e tarefas básicas: Free, 3 utilizadores. Passagem para uma pessoa e caixa de entrada unificada: Launch, 19 $ por mês, com faturação anual, para 8 utilizadores. Respostas guardadas: Growth, 49 $ por mês, com faturação anual, para 20 utilizadores. A aplicação não emite reembolsos: faça-o no seu prestador de pagamentos ou na plataforma da loja.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dos reembolsos,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linhas abertas têm um responsável pela aprovação e uma data prometida que ainda não passou.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percentagem de decisões enviadas a tempo está no seu objetivo ou acima dele.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motivo mais frequente recebe uma correção, como um guia de tamanhos ou fotos melhores.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https://crmsoftware.pro/pt/templates/refund-email-templates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email de reembolso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