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 w:cs="Calibri" w:eastAsia="Calibr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44"/>
        </w:rPr>
        <w:t>Modelos de guião de chamadas de vendas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2"/>
        </w:rPr>
        <w:t>Estrutura da chamada, chamada a novo lead, chamada recebida, mensagem de voz e SMS, seguimento do orçamento, chamada de decisão, chamada de renovação e frases para 8 setores. Da CRMsoftware.pro.</w:t>
      </w:r>
    </w:p>
    <w:p>
      <w:pPr>
        <w:spacing w:after="280"/>
      </w:pPr>
      <w:r>
        <w:rPr>
          <w:rFonts w:ascii="Calibri" w:hAnsi="Calibri" w:cs="Calibri" w:eastAsia="Calibri"/>
          <w:b w:val="0"/>
          <w:color w:val="5D5A70"/>
          <w:sz w:val="21"/>
        </w:rPr>
        <w:t>Escolha o guião para o seu tipo de chamada e substitua cada palavra entre [parênteses retos] pelo que o cliente lhe disse. Todas as chamadas seguem os mesmos cinco passos e terminam com um próximo passo com dia e hora. Registe cada chamada no registo de chamadas em Excel antes da seguinte.</w:t>
      </w:r>
    </w:p>
    <w:p>
      <w:pPr>
        <w:spacing w:after="160"/>
      </w:pPr>
      <w:r>
        <w:rPr>
          <w:rFonts w:ascii="Calibri" w:hAnsi="Calibri" w:cs="Calibri" w:eastAsia="Calibri"/>
          <w:b/>
          <w:color w:val="15131F"/>
          <w:sz w:val="32"/>
        </w:rPr>
        <w:t>Os guiões</w:t>
      </w: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1. Modelo de guião de chamadas de vendas em 5 passos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Passos: 5 · Duração da chamada: 10 a 15 minutos · Termina com: Um dia e uma hora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Para chamadas a quente e chamadas recebidas: a pessoa pediu para ser contactada, ligou-lhe ou já é cliente. Para ligar a quem não pediu, use o guião de chamadas a frio.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Os cinco passos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1. Nome e motivo: Quem é e o que o cliente pediu, nas palavras dele.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2. Duração e temas: Quanto tempo demora e o que vai abordar. Pergunte se é um bom momento.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3. Resumo: Diga o que já sabe, para que o cliente não tenha de o repetir.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4. Uma pergunta: A única pergunta que decide o próximo passo. Depois, ouça.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5. Próximo passo com data: Um único passo, com dia e hora, combinado antes de desligar.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 estrutura em cinco frases: </w:t>
      </w:r>
      <w:r>
        <w:rPr>
          <w:rFonts w:ascii="Calibri" w:hAnsi="Calibri" w:cs="Calibri" w:eastAsia="Calibri"/>
          <w:b w:val="0"/>
          <w:color w:val="15131F"/>
          <w:sz w:val="21"/>
        </w:rPr>
        <w:t>Olá, [nome próprio], daqui fala [o seu nome], da [empresa]. Pediu informações sobre [o pedido do cliente].</w:t>
        <w:br/>
        <w:t>Preciso de cerca de [10] minutos: vou confirmar o que nos disse, fazer uma ou duas perguntas e propor um próximo passo. É um bom momento?</w:t>
        <w:br/>
        <w:t>Pelo que tenho até agora: [o que o cliente lhe disse]. Está certo?</w:t>
        <w:br/>
        <w:t>[A sua pergunta]?</w:t>
        <w:br/>
        <w:t>Então o próximo passo é [próximo passo]. Dá-lhe jeito [dia] às [hora]?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Depois da chamada, antes da seguinte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Escreva o resumo nas suas notas: as palavras, os números e as datas do cliente.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Transforme o próximo passo numa tarefa com responsável e prazo, registe a chamada e envie um resumo curto por email no mesmo dia.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Sem data, não há próximo passo: </w:t>
      </w:r>
      <w:r>
        <w:rPr>
          <w:rFonts w:ascii="Calibri" w:hAnsi="Calibri" w:cs="Calibri" w:eastAsia="Calibri"/>
          <w:b w:val="0"/>
          <w:color w:val="5D5A70"/>
          <w:sz w:val="21"/>
        </w:rPr>
        <w:t>«Depois digo-lhe alguma coisa» não é um próximo passo. Se o cliente não conseguir escolher um dia, combine quando vai ligar para escolherem um.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Nunca: </w:t>
      </w:r>
      <w:r>
        <w:rPr>
          <w:rFonts w:ascii="Calibri" w:hAnsi="Calibri" w:cs="Calibri" w:eastAsia="Calibri"/>
          <w:b w:val="0"/>
          <w:color w:val="5D5A70"/>
          <w:sz w:val="21"/>
        </w:rPr>
        <w:t>Uma apresentação antes do resumo, Dois próximos passos, Um próximo passo sem data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2. Guião de chamada a um novo lead: ligue na primeira hora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Ligar no prazo de: 1 hora · Tentativas: 3 em 3 dias úteis · Se não atender: Mensagem de voz e 1 SMS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Quando ligar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No prazo de 1 hora após um formulário web, um chat ou um pedido de marcação, dentro do seu horário de trabalho: quem liga na primeira hora tem muito mais probabilidade de chegar a um decisor.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À hora que o lead escolheu, se tiver escolhido uma. Leads da noite: na primeira hora do dia útil seguinte.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Abertura: </w:t>
      </w:r>
      <w:r>
        <w:rPr>
          <w:rFonts w:ascii="Calibri" w:hAnsi="Calibri" w:cs="Calibri" w:eastAsia="Calibri"/>
          <w:b w:val="0"/>
          <w:color w:val="15131F"/>
          <w:sz w:val="21"/>
        </w:rPr>
        <w:t>Olá, [nome próprio], daqui fala [o seu nome], da [empresa]. Pediu informações sobre [o pedido do cliente] no nosso site [hoje]. Tem agora 10 minutos?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não for um bom momento: </w:t>
      </w:r>
      <w:r>
        <w:rPr>
          <w:rFonts w:ascii="Calibri" w:hAnsi="Calibri" w:cs="Calibri" w:eastAsia="Calibri"/>
          <w:b w:val="0"/>
          <w:color w:val="15131F"/>
          <w:sz w:val="21"/>
        </w:rPr>
        <w:t>Não há problema. Dá mais jeito hoje às [hora] ou amanhã às [hora]? Ligo-lhe deste número.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Resumo e uma pergunta: </w:t>
      </w:r>
      <w:r>
        <w:rPr>
          <w:rFonts w:ascii="Calibri" w:hAnsi="Calibri" w:cs="Calibri" w:eastAsia="Calibri"/>
          <w:b w:val="0"/>
          <w:color w:val="15131F"/>
          <w:sz w:val="21"/>
        </w:rPr>
        <w:t>Escreveu que precisa de [o que escreveu] para [a data do cliente]. Antes de sugerir alguma coisa, uma pergunta: [a sua pergunta]?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Próximo passo: </w:t>
      </w:r>
      <w:r>
        <w:rPr>
          <w:rFonts w:ascii="Calibri" w:hAnsi="Calibri" w:cs="Calibri" w:eastAsia="Calibri"/>
          <w:b w:val="0"/>
          <w:color w:val="15131F"/>
          <w:sz w:val="21"/>
        </w:rPr>
        <w:t>Obrigado, isso ajuda. Então vou [enviar um orçamento por escrito / marcar uma visita / marcar uma demonstração] até [dia] às [hora]. Podemos voltar a falar [dia] às [hora] para o revermos juntos?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Diga de que número liga: </w:t>
      </w:r>
      <w:r>
        <w:rPr>
          <w:rFonts w:ascii="Calibri" w:hAnsi="Calibri" w:cs="Calibri" w:eastAsia="Calibri"/>
          <w:b w:val="0"/>
          <w:color w:val="5D5A70"/>
          <w:sz w:val="21"/>
        </w:rPr>
        <w:t>Num inquérito de 2020, 80% dos adultos dos EUA disseram que, em geral, não atendem chamadas de números desconhecidos. No chat, na confirmação do formulário ou no email, diga quem vai ligar e de que número.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Antes de ligar: </w:t>
      </w:r>
      <w:r>
        <w:rPr>
          <w:rFonts w:ascii="Calibri" w:hAnsi="Calibri" w:cs="Calibri" w:eastAsia="Calibri"/>
          <w:b w:val="0"/>
          <w:color w:val="5D5A70"/>
          <w:sz w:val="21"/>
        </w:rPr>
        <w:t>O pedido, nas palavras do cliente, O fuso horário do cliente, A sua única pergunta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3. Guião para chamadas de vendas recebidas: atender e marcar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Nome e número: No primeiro minuto · Preço: Um intervalo ou um orçamento por escrito · Chamada de retorno: A uma hora que consiga cumprir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Atender: </w:t>
      </w:r>
      <w:r>
        <w:rPr>
          <w:rFonts w:ascii="Calibri" w:hAnsi="Calibri" w:cs="Calibri" w:eastAsia="Calibri"/>
          <w:b w:val="0"/>
          <w:color w:val="15131F"/>
          <w:sz w:val="21"/>
        </w:rPr>
        <w:t>Obrigado por ligar para a [empresa], fala [o seu nome]. Em que posso ajudar?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Primeiro o nome e o número: </w:t>
      </w:r>
      <w:r>
        <w:rPr>
          <w:rFonts w:ascii="Calibri" w:hAnsi="Calibri" w:cs="Calibri" w:eastAsia="Calibri"/>
          <w:b w:val="0"/>
          <w:color w:val="15131F"/>
          <w:sz w:val="21"/>
        </w:rPr>
        <w:t>Com todo o gosto. Caso a chamada caia, pode dar-me o seu nome e o melhor número para lhe ligar de volta?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Resumo e uma pergunta: </w:t>
      </w:r>
      <w:r>
        <w:rPr>
          <w:rFonts w:ascii="Calibri" w:hAnsi="Calibri" w:cs="Calibri" w:eastAsia="Calibri"/>
          <w:b w:val="0"/>
          <w:color w:val="15131F"/>
          <w:sz w:val="21"/>
        </w:rPr>
        <w:t>Então procura [o que o cliente pediu] para [a data do cliente]. Uma pergunta, para lhe dar a resposta certa: [a sua pergunta]?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perguntarem primeiro o preço: </w:t>
      </w:r>
      <w:r>
        <w:rPr>
          <w:rFonts w:ascii="Calibri" w:hAnsi="Calibri" w:cs="Calibri" w:eastAsia="Calibri"/>
          <w:b w:val="0"/>
          <w:color w:val="15131F"/>
          <w:sz w:val="21"/>
        </w:rPr>
        <w:t>É uma pergunta justa. Depende de duas coisas: [as duas coisas que mudam o preço]. Para [a situação do cliente], costuma ficar em [o seu intervalo de preços, se tiver um]. Recebe o preço exato num orçamento por escrito até às [hora].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não souber a resposta: </w:t>
      </w:r>
      <w:r>
        <w:rPr>
          <w:rFonts w:ascii="Calibri" w:hAnsi="Calibri" w:cs="Calibri" w:eastAsia="Calibri"/>
          <w:b w:val="0"/>
          <w:color w:val="15131F"/>
          <w:sz w:val="21"/>
        </w:rPr>
        <w:t>Não quero adivinhar. Vou confirmar com [colega] e ligo-lhe de volta até às [hora] de hoje.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Próximo passo: </w:t>
      </w:r>
      <w:r>
        <w:rPr>
          <w:rFonts w:ascii="Calibri" w:hAnsi="Calibri" w:cs="Calibri" w:eastAsia="Calibri"/>
          <w:b w:val="0"/>
          <w:color w:val="15131F"/>
          <w:sz w:val="21"/>
        </w:rPr>
        <w:t>Posso [enviar o orçamento / marcar uma visita / reservar a data] para [dia] às [hora]? Depois desta chamada, envio-lhe um resumo curto por email.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Saudação do correio de voz do seu telefone: </w:t>
      </w:r>
      <w:r>
        <w:rPr>
          <w:rFonts w:ascii="Calibri" w:hAnsi="Calibri" w:cs="Calibri" w:eastAsia="Calibri"/>
          <w:b w:val="0"/>
          <w:color w:val="15131F"/>
          <w:sz w:val="21"/>
        </w:rPr>
        <w:t>Ligou para a [empresa]. Deixe o seu nome, o seu número e aquilo de que precisa, e ligamos-lhe de volta no prazo de [1 hora útil]. Também nos pode escrever no chat em [site].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Nunca: </w:t>
      </w:r>
      <w:r>
        <w:rPr>
          <w:rFonts w:ascii="Calibri" w:hAnsi="Calibri" w:cs="Calibri" w:eastAsia="Calibri"/>
          <w:b w:val="0"/>
          <w:color w:val="5D5A70"/>
          <w:sz w:val="21"/>
        </w:rPr>
        <w:t>Um preço que não pode garantir, «Alguém lhe vai ligar», Desligar sem próximo passo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4. Mensagem de voz e SMS depois de uma chamada sem resposta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Mensagem de voz: 20 segundos · SMS: 1, com menos de 160 caracteres · Tentativas: 3 e depois encerrar o contacto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Quando não atendem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1. Tentativa 1: Uma mensagem de voz com menos de 20 segundos: quem é, porque liga, o seu número. Depois, um SMS, se o lead aceitou receber SMS.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2. Tentativa 2: Mais tarde nesse dia ou no dia útil seguinte, a outra hora do dia. Sem segundo SMS.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3. Tentativa 3: 3.º dia útil: uma última chamada e depois um email curto a dizer que é a sua última tentativa.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Mensagem de voz: </w:t>
      </w:r>
      <w:r>
        <w:rPr>
          <w:rFonts w:ascii="Calibri" w:hAnsi="Calibri" w:cs="Calibri" w:eastAsia="Calibri"/>
          <w:b w:val="0"/>
          <w:color w:val="15131F"/>
          <w:sz w:val="21"/>
        </w:rPr>
        <w:t>Olá, [nome próprio], daqui fala [o seu nome], da [empresa]. Estou a ligar sobre [o pedido do cliente]. Volto a tentar às [hora] ou ligue-me para o [telefone]. Obrigado.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SMS: </w:t>
      </w:r>
      <w:r>
        <w:rPr>
          <w:rFonts w:ascii="Calibri" w:hAnsi="Calibri" w:cs="Calibri" w:eastAsia="Calibri"/>
          <w:b w:val="0"/>
          <w:color w:val="15131F"/>
          <w:sz w:val="21"/>
        </w:rPr>
        <w:t>Olá, [nome próprio], [o seu nome], da [empresa]. Deixei-lhe uma mensagem de voz sobre [o pedido do cliente]. Ligo às [hora] ou ligue para o [telefone].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Última tentativa, por email: </w:t>
      </w:r>
      <w:r>
        <w:rPr>
          <w:rFonts w:ascii="Calibri" w:hAnsi="Calibri" w:cs="Calibri" w:eastAsia="Calibri"/>
          <w:b w:val="0"/>
          <w:color w:val="15131F"/>
          <w:sz w:val="21"/>
        </w:rPr>
        <w:t>Olá, [nome próprio],</w:t>
        <w:br/>
        <w:br/>
        <w:t>Tentei falar consigo [dia] e [dia] sobre [o pedido do cliente]. Esta é a minha última tentativa, para não continuar a insistir.</w:t>
        <w:br/>
        <w:br/>
        <w:t>Se ainda estiver nos seus planos, responda com uma boa hora ou ligue-me para o [telefone]. Se não, não precisa de responder.</w:t>
        <w:br/>
        <w:br/>
        <w:t>[o seu nome], [empresa]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Os SMS são chamadas: </w:t>
      </w:r>
      <w:r>
        <w:rPr>
          <w:rFonts w:ascii="Calibri" w:hAnsi="Calibri" w:cs="Calibri" w:eastAsia="Calibri"/>
          <w:b w:val="0"/>
          <w:color w:val="5D5A70"/>
          <w:sz w:val="21"/>
        </w:rPr>
        <w:t>Envie SMS apenas para um número de telemóvel que lhe deram para contacto ou de onde lhe ligaram. Nos EUA, os SMS contam como chamadas e as proteções Do Not Call também abrangem os SMS. Se responderem «stop», pare: as regras da FCC adotadas em 2024 dizem que as pessoas podem revogar o consentimento por qualquer meio razoável.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numa mensagem de voz ou SMS: </w:t>
      </w:r>
      <w:r>
        <w:rPr>
          <w:rFonts w:ascii="Calibri" w:hAnsi="Calibri" w:cs="Calibri" w:eastAsia="Calibri"/>
          <w:b w:val="0"/>
          <w:color w:val="5D5A70"/>
          <w:sz w:val="21"/>
        </w:rPr>
        <w:t>Preços, Dados de saúde ou financeiros, Pressão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5. Guião de chamada de seguimento após orçamento ou proposta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Ligar: No dia combinado · Ou: 2 dias úteis depois · Objetivo: Perguntas respondidas, uma data de decisão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Quando ligar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No dia e à hora que combinou quando enviou o orçamento: combine essa chamada antes de o enviar.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Não combinou hora? Dois dias úteis depois de o enviar.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Abertura: </w:t>
      </w:r>
      <w:r>
        <w:rPr>
          <w:rFonts w:ascii="Calibri" w:hAnsi="Calibri" w:cs="Calibri" w:eastAsia="Calibri"/>
          <w:b w:val="0"/>
          <w:color w:val="15131F"/>
          <w:sz w:val="21"/>
        </w:rPr>
        <w:t>Olá, [nome próprio], [o seu nome], da [empresa]. Como combinámos, estou a ligar sobre o orçamento para [projeto] que lhe enviei [dia]. Continua a ser um bom momento?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Três perguntas: </w:t>
      </w:r>
      <w:r>
        <w:rPr>
          <w:rFonts w:ascii="Calibri" w:hAnsi="Calibri" w:cs="Calibri" w:eastAsia="Calibri"/>
          <w:b w:val="0"/>
          <w:color w:val="15131F"/>
          <w:sz w:val="21"/>
        </w:rPr>
        <w:t>Que perguntas surgiram quando o leu?</w:t>
        <w:br/>
        <w:t>Cobre tudo o que precisa para [a data do cliente]?</w:t>
        <w:br/>
        <w:t>Há alguma coisa diferente do que esperava?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Perguntar pela decisão: </w:t>
      </w:r>
      <w:r>
        <w:rPr>
          <w:rFonts w:ascii="Calibri" w:hAnsi="Calibri" w:cs="Calibri" w:eastAsia="Calibri"/>
          <w:b w:val="0"/>
          <w:color w:val="15131F"/>
          <w:sz w:val="21"/>
        </w:rPr>
        <w:t>O que é que precisam de decidir, você e [outro decisor], e até quando?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ainda não o leu: </w:t>
      </w:r>
      <w:r>
        <w:rPr>
          <w:rFonts w:ascii="Calibri" w:hAnsi="Calibri" w:cs="Calibri" w:eastAsia="Calibri"/>
          <w:b w:val="0"/>
          <w:color w:val="15131F"/>
          <w:sz w:val="21"/>
        </w:rPr>
        <w:t>Não há problema. Quer que o revejamos agora em cinco minutos ou prefere que lhe ligue [dia] às [hora]?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o preço estiver acima do previsto: </w:t>
      </w:r>
      <w:r>
        <w:rPr>
          <w:rFonts w:ascii="Calibri" w:hAnsi="Calibri" w:cs="Calibri" w:eastAsia="Calibri"/>
          <w:b w:val="0"/>
          <w:color w:val="15131F"/>
          <w:sz w:val="21"/>
        </w:rPr>
        <w:t>Obrigado por me dizer. Que parte está acima do que tinha previsto? Posso mostrar-lhe o que muda se [retirarmos ou mudarmos um item].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Nada de «só para saber novidades»: </w:t>
      </w:r>
      <w:r>
        <w:rPr>
          <w:rFonts w:ascii="Calibri" w:hAnsi="Calibri" w:cs="Calibri" w:eastAsia="Calibri"/>
          <w:b w:val="0"/>
          <w:color w:val="5D5A70"/>
          <w:sz w:val="21"/>
        </w:rPr>
        <w:t>Ligue com um motivo: as perguntas do cliente, a data dele ou uma alteração que pode oferecer. Se o orçamento tiver data de validade, diga-a uma vez, tal como está escrita. Para objeções de preço e de prazos, use as respostas a objeções de vendas.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Nunca: </w:t>
      </w:r>
      <w:r>
        <w:rPr>
          <w:rFonts w:ascii="Calibri" w:hAnsi="Calibri" w:cs="Calibri" w:eastAsia="Calibri"/>
          <w:b w:val="0"/>
          <w:color w:val="5D5A70"/>
          <w:sz w:val="21"/>
        </w:rPr>
        <w:t>«Só para saber novidades», Um prazo que não está no orçamento, Um desconto que ninguém pediu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6. Guião de chamada de fecho: resumir, pedir, confirmar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Pedir: Uma vez · Resumo por email: No mesmo dia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Use-o quando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As perguntas do cliente estão respondidas e combinaram uma data de decisão.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 pessoa que decide está na chamada.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Resumo: </w:t>
      </w:r>
      <w:r>
        <w:rPr>
          <w:rFonts w:ascii="Calibri" w:hAnsi="Calibri" w:cs="Calibri" w:eastAsia="Calibri"/>
          <w:b w:val="0"/>
          <w:color w:val="15131F"/>
          <w:sz w:val="21"/>
        </w:rPr>
        <w:t>Deixe-me confirmar que tenho tudo: precisa de [o que o cliente precisa] para [a data do cliente]. O orçamento é de [total] por [o que está incluído] e [a dúvida que tinha] está esclarecida. Está certo?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Pedir: </w:t>
      </w:r>
      <w:r>
        <w:rPr>
          <w:rFonts w:ascii="Calibri" w:hAnsi="Calibri" w:cs="Calibri" w:eastAsia="Calibri"/>
          <w:b w:val="0"/>
          <w:color w:val="15131F"/>
          <w:sz w:val="21"/>
        </w:rPr>
        <w:t>Podemos avançar?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Depois, pare de falar: </w:t>
      </w:r>
      <w:r>
        <w:rPr>
          <w:rFonts w:ascii="Calibri" w:hAnsi="Calibri" w:cs="Calibri" w:eastAsia="Calibri"/>
          <w:b w:val="0"/>
          <w:color w:val="5D5A70"/>
          <w:sz w:val="21"/>
        </w:rPr>
        <w:t>Pergunte uma vez e espere. Alguns segundos de silêncio não fazem mal.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sim: confirmar: </w:t>
      </w:r>
      <w:r>
        <w:rPr>
          <w:rFonts w:ascii="Calibri" w:hAnsi="Calibri" w:cs="Calibri" w:eastAsia="Calibri"/>
          <w:b w:val="0"/>
          <w:color w:val="15131F"/>
          <w:sz w:val="21"/>
        </w:rPr>
        <w:t>Obrigado. O que acontece a seguir: [primeiro passo, por exemplo a fatura do sinal] hoje, [próximo passo] a [data] e [entrega ou início] a [data]. Envio-lhe este resumo por email até às [hora].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ainda não: </w:t>
      </w:r>
      <w:r>
        <w:rPr>
          <w:rFonts w:ascii="Calibri" w:hAnsi="Calibri" w:cs="Calibri" w:eastAsia="Calibri"/>
          <w:b w:val="0"/>
          <w:color w:val="15131F"/>
          <w:sz w:val="21"/>
        </w:rPr>
        <w:t>Tudo bem. O que precisaria de ver ou de saber para decidir? Podemos voltar a falar [dia] às [hora]?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for não: </w:t>
      </w:r>
      <w:r>
        <w:rPr>
          <w:rFonts w:ascii="Calibri" w:hAnsi="Calibri" w:cs="Calibri" w:eastAsia="Calibri"/>
          <w:b w:val="0"/>
          <w:color w:val="15131F"/>
          <w:sz w:val="21"/>
        </w:rPr>
        <w:t>Obrigado por me dizer. Posso perguntar o que fez a diferença? Vou encerrar isto do nosso lado. Se alguma coisa mudar, ligue-me para o [telefone].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Nunca: </w:t>
      </w:r>
      <w:r>
        <w:rPr>
          <w:rFonts w:ascii="Calibri" w:hAnsi="Calibri" w:cs="Calibri" w:eastAsia="Calibri"/>
          <w:b w:val="0"/>
          <w:color w:val="5D5A70"/>
          <w:sz w:val="21"/>
        </w:rPr>
        <w:t>Pressão, Um prazo falso, Discutir um não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7. Guião de chamada de renovação e ampliação para clientes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Dias antes da renovação: 60 a 90 · Perguntas: 3 · Alteração de preço: Dita com clareza e depois por escrito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Quando ligar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Renovação: 60 a 90 dias antes da data de renovação, para haver tempo de resolver problemas.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Ampliação ou próxima encomenda: depois de um resultado que o cliente consegue ver ou quando menciona uma nova necessidade.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Abertura: </w:t>
      </w:r>
      <w:r>
        <w:rPr>
          <w:rFonts w:ascii="Calibri" w:hAnsi="Calibri" w:cs="Calibri" w:eastAsia="Calibri"/>
          <w:b w:val="0"/>
          <w:color w:val="15131F"/>
          <w:sz w:val="21"/>
        </w:rPr>
        <w:t>Olá, [nome próprio], [o seu nome], da [empresa]. O seu [serviço] [renova-se ou termina] a [data] e, antes disso, gostava de falar 10 minutos sobre como correu. Pode ser agora?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Três perguntas: </w:t>
      </w:r>
      <w:r>
        <w:rPr>
          <w:rFonts w:ascii="Calibri" w:hAnsi="Calibri" w:cs="Calibri" w:eastAsia="Calibri"/>
          <w:b w:val="0"/>
          <w:color w:val="15131F"/>
          <w:sz w:val="21"/>
        </w:rPr>
        <w:t>O que correu bem?</w:t>
        <w:br/>
        <w:t>O que não funcionou ou demorou demasiado?</w:t>
        <w:br/>
        <w:t>O que muda para si em [próximo ano ou época]?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Proposta, só se fizer sentido: </w:t>
      </w:r>
      <w:r>
        <w:rPr>
          <w:rFonts w:ascii="Calibri" w:hAnsi="Calibri" w:cs="Calibri" w:eastAsia="Calibri"/>
          <w:b w:val="0"/>
          <w:color w:val="15131F"/>
          <w:sz w:val="21"/>
        </w:rPr>
        <w:t>Disse que [nova necessidade, nas palavras do cliente]. [Opção] cobriria isso, por [alteração de preço]. Acrescento-a ao orçamento de renovação ou mantemos tudo como está?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quiserem sair: </w:t>
      </w:r>
      <w:r>
        <w:rPr>
          <w:rFonts w:ascii="Calibri" w:hAnsi="Calibri" w:cs="Calibri" w:eastAsia="Calibri"/>
          <w:b w:val="0"/>
          <w:color w:val="15131F"/>
          <w:sz w:val="21"/>
        </w:rPr>
        <w:t>Obrigado por me dizer com antecedência. O que deveríamos ter feito de outra forma? Vou garantir que [a última entrega ou passagem] corre sem problemas.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Antigos clientes nos EUA: </w:t>
      </w:r>
      <w:r>
        <w:rPr>
          <w:rFonts w:ascii="Calibri" w:hAnsi="Calibri" w:cs="Calibri" w:eastAsia="Calibri"/>
          <w:b w:val="0"/>
          <w:color w:val="5D5A70"/>
          <w:sz w:val="21"/>
        </w:rPr>
        <w:t>Pode ligar a um consumidor cujo número está no National Do Not Call Registry (a lista nacional de exclusão de chamadas dos EUA) durante 18 meses após a última compra, entrega ou pagamento, a menos que lhe tenha pedido para não ligar.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Nunca: </w:t>
      </w:r>
      <w:r>
        <w:rPr>
          <w:rFonts w:ascii="Calibri" w:hAnsi="Calibri" w:cs="Calibri" w:eastAsia="Calibri"/>
          <w:b w:val="0"/>
          <w:color w:val="5D5A70"/>
          <w:sz w:val="21"/>
        </w:rPr>
        <w:t>Uma surpresa na renovação, Uma ampliação que não pediram, Uma alteração de preço só por telefone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8. Guiões de chamadas de vendas por setor: o que muda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Setores: 8 · Por setor: O que muda, próximo passo, frase pronta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A estrutura da chamada é sempre a mesma. O que muda em cada setor: o que pergunta e o próximo passo. Diga a frase pronta depois do resumo.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8.1 Clínicas dentárias e de saúde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que muda: </w:t>
      </w:r>
      <w:r>
        <w:rPr>
          <w:rFonts w:ascii="Calibri" w:hAnsi="Calibri" w:cs="Calibri" w:eastAsia="Calibri"/>
          <w:b w:val="0"/>
          <w:color w:val="5D5A70"/>
          <w:sz w:val="21"/>
        </w:rPr>
        <w:t>Os pacientes perguntam primeiro pelo custo e pelo seguro. Marque a consulta de avaliação; nunca dê o preço do tratamento antes dela. Mensagens de voz: só o nome, a clínica e o número.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Próximo passo: </w:t>
      </w:r>
      <w:r>
        <w:rPr>
          <w:rFonts w:ascii="Calibri" w:hAnsi="Calibri" w:cs="Calibri" w:eastAsia="Calibri"/>
          <w:b w:val="0"/>
          <w:color w:val="5D5A70"/>
          <w:sz w:val="21"/>
        </w:rPr>
        <w:t>Uma primeira consulta com data e hora.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Frase pronta: </w:t>
      </w:r>
      <w:r>
        <w:rPr>
          <w:rFonts w:ascii="Calibri" w:hAnsi="Calibri" w:cs="Calibri" w:eastAsia="Calibri"/>
          <w:b w:val="0"/>
          <w:color w:val="15131F"/>
          <w:sz w:val="21"/>
        </w:rPr>
        <w:t>Boa pergunta. O custo exato depende do que o dentista encontrar, por isso vamos começar por uma primeira consulta. Tenho vaga [dia] às [hora]. Quer que a marque?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8.2 Hotelaria e eventos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que muda: </w:t>
      </w:r>
      <w:r>
        <w:rPr>
          <w:rFonts w:ascii="Calibri" w:hAnsi="Calibri" w:cs="Calibri" w:eastAsia="Calibri"/>
          <w:b w:val="0"/>
          <w:color w:val="5D5A70"/>
          <w:sz w:val="21"/>
        </w:rPr>
        <w:t>Primeiro a data e o número de convidados. Confirme que a data está livre antes de falar de preço.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Próximo passo: </w:t>
      </w:r>
      <w:r>
        <w:rPr>
          <w:rFonts w:ascii="Calibri" w:hAnsi="Calibri" w:cs="Calibri" w:eastAsia="Calibri"/>
          <w:b w:val="0"/>
          <w:color w:val="5D5A70"/>
          <w:sz w:val="21"/>
        </w:rPr>
        <w:t>Uma visita ao espaço, uma prova ou um orçamento por escrito. Só reserve uma data com sinal.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Frase pronta: </w:t>
      </w:r>
      <w:r>
        <w:rPr>
          <w:rFonts w:ascii="Calibri" w:hAnsi="Calibri" w:cs="Calibri" w:eastAsia="Calibri"/>
          <w:b w:val="0"/>
          <w:color w:val="15131F"/>
          <w:sz w:val="21"/>
        </w:rPr>
        <w:t>Antes de enviar seja o que for: o dia [data] já está decidido, e quantos convidados esperam, mais ou menos? Deixe-me confirmar se a data está livre.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8.3 Recrutamento e trabalho temporário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que muda: </w:t>
      </w:r>
      <w:r>
        <w:rPr>
          <w:rFonts w:ascii="Calibri" w:hAnsi="Calibri" w:cs="Calibri" w:eastAsia="Calibri"/>
          <w:b w:val="0"/>
          <w:color w:val="5D5A70"/>
          <w:sz w:val="21"/>
        </w:rPr>
        <w:t>Dois compradores: o responsável pela contratação e o candidato. Pergunte apenas sobre a vaga: competências, intervalo salarial, data de início.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Próximo passo: </w:t>
      </w:r>
      <w:r>
        <w:rPr>
          <w:rFonts w:ascii="Calibri" w:hAnsi="Calibri" w:cs="Calibri" w:eastAsia="Calibri"/>
          <w:b w:val="0"/>
          <w:color w:val="5D5A70"/>
          <w:sz w:val="21"/>
        </w:rPr>
        <w:t>Empregador: uma lista de candidatos até uma data. Candidato: uma hora para a entrevista.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Frase pronta: </w:t>
      </w:r>
      <w:r>
        <w:rPr>
          <w:rFonts w:ascii="Calibri" w:hAnsi="Calibri" w:cs="Calibri" w:eastAsia="Calibri"/>
          <w:b w:val="0"/>
          <w:color w:val="15131F"/>
          <w:sz w:val="21"/>
        </w:rPr>
        <w:t>Precisa de alguém para [função] até [data]. Quantas pessoas já entrevistou e o que lhes faltava?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8.4 Lojas de retalho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que muda: </w:t>
      </w:r>
      <w:r>
        <w:rPr>
          <w:rFonts w:ascii="Calibri" w:hAnsi="Calibri" w:cs="Calibri" w:eastAsia="Calibri"/>
          <w:b w:val="0"/>
          <w:color w:val="5D5A70"/>
          <w:sz w:val="21"/>
        </w:rPr>
        <w:t>Quem liga pergunta por stock, preço ou uma encomenda: confirme antes de responder. Na loja, use a mesma estrutura cara a cara.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Próximo passo: </w:t>
      </w:r>
      <w:r>
        <w:rPr>
          <w:rFonts w:ascii="Calibri" w:hAnsi="Calibri" w:cs="Calibri" w:eastAsia="Calibri"/>
          <w:b w:val="0"/>
          <w:color w:val="5D5A70"/>
          <w:sz w:val="21"/>
        </w:rPr>
        <w:t>Uma hora de levantamento ou uma reserva até uma hora definida.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Frase pronta: </w:t>
      </w:r>
      <w:r>
        <w:rPr>
          <w:rFonts w:ascii="Calibri" w:hAnsi="Calibri" w:cs="Calibri" w:eastAsia="Calibri"/>
          <w:b w:val="0"/>
          <w:color w:val="15131F"/>
          <w:sz w:val="21"/>
        </w:rPr>
        <w:t>Tenho [artigo] em [tamanho ou cor]. Quer que lho guarde até amanhã às [hora]?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8.5 Vendas a pequenas empresas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que muda: </w:t>
      </w:r>
      <w:r>
        <w:rPr>
          <w:rFonts w:ascii="Calibri" w:hAnsi="Calibri" w:cs="Calibri" w:eastAsia="Calibri"/>
          <w:b w:val="0"/>
          <w:color w:val="5D5A70"/>
          <w:sz w:val="21"/>
        </w:rPr>
        <w:t>O dono faz tudo. Ligue à hora que ele escolheu, não passe dos 10 minutos e use os números dele.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Próximo passo: </w:t>
      </w:r>
      <w:r>
        <w:rPr>
          <w:rFonts w:ascii="Calibri" w:hAnsi="Calibri" w:cs="Calibri" w:eastAsia="Calibri"/>
          <w:b w:val="0"/>
          <w:color w:val="5D5A70"/>
          <w:sz w:val="21"/>
        </w:rPr>
        <w:t>Um passo pequeno: um período de experiência, uma visita ou um orçamento.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Frase pronta: </w:t>
      </w:r>
      <w:r>
        <w:rPr>
          <w:rFonts w:ascii="Calibri" w:hAnsi="Calibri" w:cs="Calibri" w:eastAsia="Calibri"/>
          <w:b w:val="0"/>
          <w:color w:val="15131F"/>
          <w:sz w:val="21"/>
        </w:rPr>
        <w:t>Sei que tem um negócio para gerir, por isso são só 10 minutos. Disse que [problema] lhe custa cerca de [valor que indicou] por semana. Continua a ser assim?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8.6 Serviços ao domicílio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que muda: </w:t>
      </w:r>
      <w:r>
        <w:rPr>
          <w:rFonts w:ascii="Calibri" w:hAnsi="Calibri" w:cs="Calibri" w:eastAsia="Calibri"/>
          <w:b w:val="0"/>
          <w:color w:val="5D5A70"/>
          <w:sz w:val="21"/>
        </w:rPr>
        <w:t>Peça a morada, fotografias e o grau de urgência. Dê uma janela de chegada, não um preço fechado antes de ver o trabalho.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Próximo passo: </w:t>
      </w:r>
      <w:r>
        <w:rPr>
          <w:rFonts w:ascii="Calibri" w:hAnsi="Calibri" w:cs="Calibri" w:eastAsia="Calibri"/>
          <w:b w:val="0"/>
          <w:color w:val="5D5A70"/>
          <w:sz w:val="21"/>
        </w:rPr>
        <w:t>Uma visita de orçamento com uma janela de 2 horas.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Frase pronta: </w:t>
      </w:r>
      <w:r>
        <w:rPr>
          <w:rFonts w:ascii="Calibri" w:hAnsi="Calibri" w:cs="Calibri" w:eastAsia="Calibri"/>
          <w:b w:val="0"/>
          <w:color w:val="15131F"/>
          <w:sz w:val="21"/>
        </w:rPr>
        <w:t>Pode enviar-me por SMS duas fotografias [do problema]? Assim posso marcar a visita para [dia] entre as [hora] e as [hora].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8.7 Imobiliário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que muda: </w:t>
      </w:r>
      <w:r>
        <w:rPr>
          <w:rFonts w:ascii="Calibri" w:hAnsi="Calibri" w:cs="Calibri" w:eastAsia="Calibri"/>
          <w:b w:val="0"/>
          <w:color w:val="5D5A70"/>
          <w:sz w:val="21"/>
        </w:rPr>
        <w:t>Primeiro se é comprador ou vendedor, depois o prazo e, para compradores, o financiamento. Descreva casas, nunca quem vive numa zona.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Próximo passo: </w:t>
      </w:r>
      <w:r>
        <w:rPr>
          <w:rFonts w:ascii="Calibri" w:hAnsi="Calibri" w:cs="Calibri" w:eastAsia="Calibri"/>
          <w:b w:val="0"/>
          <w:color w:val="5D5A70"/>
          <w:sz w:val="21"/>
        </w:rPr>
        <w:t>Uma visita ao imóvel ou uma reunião de angariação.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Frase pronta: </w:t>
      </w:r>
      <w:r>
        <w:rPr>
          <w:rFonts w:ascii="Calibri" w:hAnsi="Calibri" w:cs="Calibri" w:eastAsia="Calibri"/>
          <w:b w:val="0"/>
          <w:color w:val="15131F"/>
          <w:sz w:val="21"/>
        </w:rPr>
        <w:t>Está a pensar comprar, vender ou as duas coisas? E com que prazo está a contar?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8.8 Serviços e software B2B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que muda: </w:t>
      </w:r>
      <w:r>
        <w:rPr>
          <w:rFonts w:ascii="Calibri" w:hAnsi="Calibri" w:cs="Calibri" w:eastAsia="Calibri"/>
          <w:b w:val="0"/>
          <w:color w:val="5D5A70"/>
          <w:sz w:val="21"/>
        </w:rPr>
        <w:t>Quem pediu a demonstração raramente decide sozinho. Pergunte quem mais está envolvido.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Próximo passo: </w:t>
      </w:r>
      <w:r>
        <w:rPr>
          <w:rFonts w:ascii="Calibri" w:hAnsi="Calibri" w:cs="Calibri" w:eastAsia="Calibri"/>
          <w:b w:val="0"/>
          <w:color w:val="5D5A70"/>
          <w:sz w:val="21"/>
        </w:rPr>
        <w:t>Uma demonstração ou uma chamada de descoberta com quem decide.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Frase pronta: </w:t>
      </w:r>
      <w:r>
        <w:rPr>
          <w:rFonts w:ascii="Calibri" w:hAnsi="Calibri" w:cs="Calibri" w:eastAsia="Calibri"/>
          <w:b w:val="0"/>
          <w:color w:val="15131F"/>
          <w:sz w:val="21"/>
        </w:rPr>
        <w:t>Quem mais vai participar nesta decisão, e deve juntar-se à demonstração de [dia]?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Setores regulados: </w:t>
      </w:r>
      <w:r>
        <w:rPr>
          <w:rFonts w:ascii="Calibri" w:hAnsi="Calibri" w:cs="Calibri" w:eastAsia="Calibri"/>
          <w:b w:val="0"/>
          <w:color w:val="5D5A70"/>
          <w:sz w:val="21"/>
        </w:rPr>
        <w:t>Na saúde, nos seguros, nas finanças e no imobiliário, siga as regras da sua licença e do seu setor. Nunca prometa um resultado, uma taxa ou um preço que não esteja por escrito.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Depois use: </w:t>
      </w:r>
      <w:r>
        <w:rPr>
          <w:rFonts w:ascii="Calibri" w:hAnsi="Calibri" w:cs="Calibri" w:eastAsia="Calibri"/>
          <w:b w:val="0"/>
          <w:color w:val="5D5A70"/>
          <w:sz w:val="21"/>
        </w:rPr>
        <w:t>Estrutura da chamada, Depois do orçamento, Respostas a objeções</w:t>
      </w:r>
    </w:p>
    <w:p>
      <w:pPr>
        <w:spacing w:after="16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Exemplo: De um chat no site a um negócio ganho em três chamadas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A Meadowlark Event Rentals, uma empresa fictícia que aluga tendas, mesas e iluminação para casamentos e eventos empresariais, usa estes modelos de guião de chamadas de vendas com a Clara Jensen, gestora de eventos na Juniper Hollow Vineyard. Todos os números vêm da Clara ou do orçamento por escrito.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Clara (quinta): </w:t>
      </w:r>
      <w:r>
        <w:rPr>
          <w:rFonts w:ascii="Calibri" w:hAnsi="Calibri" w:cs="Calibri" w:eastAsia="Calibri"/>
          <w:b w:val="0"/>
          <w:color w:val="15131F"/>
          <w:sz w:val="21"/>
        </w:rPr>
        <w:t>Qui., 8 out., 21:15: Olá, sou a Clara Jensen, gestora de eventos na Juniper Hollow Vineyard. Temos um jantar de vindimas para um cliente empresarial no sábado, 7 de novembro, com 120 convidados no relvado. Alugam tendas, mesas e iluminação para isso?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de IA: </w:t>
      </w:r>
      <w:r>
        <w:rPr>
          <w:rFonts w:ascii="Calibri" w:hAnsi="Calibri" w:cs="Calibri" w:eastAsia="Calibri"/>
          <w:b w:val="0"/>
          <w:color w:val="15131F"/>
          <w:sz w:val="21"/>
        </w:rPr>
        <w:t>Obrigado, Clara. Sim, alugamos tendas, mesas e iluminação para 120 convidados. A tenda certa depende da disposição das mesas e do relvado, por isso o Gideon Ward vai ligar-lhe para confirmar e depois enviar um orçamento por escrito. Para que número deve ligar, e quando?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Clara (quinta): </w:t>
      </w:r>
      <w:r>
        <w:rPr>
          <w:rFonts w:ascii="Calibri" w:hAnsi="Calibri" w:cs="Calibri" w:eastAsia="Calibri"/>
          <w:b w:val="0"/>
          <w:color w:val="15131F"/>
          <w:sz w:val="21"/>
        </w:rPr>
        <w:t>541-555-0147, amanhã entre as 9 e as 10.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de IA: </w:t>
      </w:r>
      <w:r>
        <w:rPr>
          <w:rFonts w:ascii="Calibri" w:hAnsi="Calibri" w:cs="Calibri" w:eastAsia="Calibri"/>
          <w:b w:val="0"/>
          <w:color w:val="15131F"/>
          <w:sz w:val="21"/>
        </w:rPr>
        <w:t>Combinado. O Gideon liga-lhe na sexta-feira entre as 9 e as 10, do número 541-555-0162. Se não conseguir falar consigo, deixa uma mensagem de voz e envia um SMS.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Gideon (vendas): </w:t>
      </w:r>
      <w:r>
        <w:rPr>
          <w:rFonts w:ascii="Calibri" w:hAnsi="Calibri" w:cs="Calibri" w:eastAsia="Calibri"/>
          <w:b w:val="0"/>
          <w:color w:val="15131F"/>
          <w:sz w:val="21"/>
        </w:rPr>
        <w:t>Sex., 9 out., 9:05, chamada: sem resposta. Mensagem de voz, 15 segundos: «Olá, Clara, daqui fala Gideon Ward, da Meadowlark Event Rentals. Estou a ligar sobre a tenda para 7 de novembro. Volto a tentar às 11 ou ligue-me para o 541-555-0162. Obrigado.»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Gideon (vendas): </w:t>
      </w:r>
      <w:r>
        <w:rPr>
          <w:rFonts w:ascii="Calibri" w:hAnsi="Calibri" w:cs="Calibri" w:eastAsia="Calibri"/>
          <w:b w:val="0"/>
          <w:color w:val="15131F"/>
          <w:sz w:val="21"/>
        </w:rPr>
        <w:t>9:06, SMS: Olá, Clara, Gideon Ward, da Meadowlark Event Rentals. Deixei-lhe uma mensagem de voz sobre a tenda para 7 de novembro. Ligo às 11 ou ligue para o 541-555-0162.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Clara (quinta): </w:t>
      </w:r>
      <w:r>
        <w:rPr>
          <w:rFonts w:ascii="Calibri" w:hAnsi="Calibri" w:cs="Calibri" w:eastAsia="Calibri"/>
          <w:b w:val="0"/>
          <w:color w:val="15131F"/>
          <w:sz w:val="21"/>
        </w:rPr>
        <w:t>9:31, a Clara liga de volta: Olá, Gideon, desculpe, estava na adega. Agora posso falar.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Gideon (vendas): </w:t>
      </w:r>
      <w:r>
        <w:rPr>
          <w:rFonts w:ascii="Calibri" w:hAnsi="Calibri" w:cs="Calibri" w:eastAsia="Calibri"/>
          <w:b w:val="0"/>
          <w:color w:val="15131F"/>
          <w:sz w:val="21"/>
        </w:rPr>
        <w:t>Obrigado por ligar de volta. Preciso de 10 minutos: confirmo o que disse no nosso chat, faço uma pergunta e depois combinamos o orçamento. Até agora: 120 convidados no relvado no sábado, 7 de novembro. Certo?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Clara (quinta): </w:t>
      </w:r>
      <w:r>
        <w:rPr>
          <w:rFonts w:ascii="Calibri" w:hAnsi="Calibri" w:cs="Calibri" w:eastAsia="Calibri"/>
          <w:b w:val="0"/>
          <w:color w:val="15131F"/>
          <w:sz w:val="21"/>
        </w:rPr>
        <w:t>Sim, em mesas redondas, com pista de dança. O cliente está preocupado com a chuva.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Gideon (vendas): </w:t>
      </w:r>
      <w:r>
        <w:rPr>
          <w:rFonts w:ascii="Calibri" w:hAnsi="Calibri" w:cs="Calibri" w:eastAsia="Calibri"/>
          <w:b w:val="0"/>
          <w:color w:val="15131F"/>
          <w:sz w:val="21"/>
        </w:rPr>
        <w:t>Há uma pergunta que decide a tenda: o relvado é plano e podemos cravar estacas?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Clara (quinta): </w:t>
      </w:r>
      <w:r>
        <w:rPr>
          <w:rFonts w:ascii="Calibri" w:hAnsi="Calibri" w:cs="Calibri" w:eastAsia="Calibri"/>
          <w:b w:val="0"/>
          <w:color w:val="15131F"/>
          <w:sz w:val="21"/>
        </w:rPr>
        <w:t>É plano e as estacas não são problema, mas há tubos de rega ao longo do lado leste.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Gideon (vendas): </w:t>
      </w:r>
      <w:r>
        <w:rPr>
          <w:rFonts w:ascii="Calibri" w:hAnsi="Calibri" w:cs="Calibri" w:eastAsia="Calibri"/>
          <w:b w:val="0"/>
          <w:color w:val="15131F"/>
          <w:sz w:val="21"/>
        </w:rPr>
        <w:t>Então serve uma tenda de estrutura de 40 por 60 pés (cerca de 12 por 18 m), com paredes laterais transparentes para a chuva. Recebe um orçamento por escrito até às 14:00 de hoje. Podemos revê-lo na terça-feira às 10?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Clara (quinta): </w:t>
      </w:r>
      <w:r>
        <w:rPr>
          <w:rFonts w:ascii="Calibri" w:hAnsi="Calibri" w:cs="Calibri" w:eastAsia="Calibri"/>
          <w:b w:val="0"/>
          <w:color w:val="15131F"/>
          <w:sz w:val="21"/>
        </w:rPr>
        <w:t>Terça às 10 dá-me jeito.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Gideon (vendas): </w:t>
      </w:r>
      <w:r>
        <w:rPr>
          <w:rFonts w:ascii="Calibri" w:hAnsi="Calibri" w:cs="Calibri" w:eastAsia="Calibri"/>
          <w:b w:val="0"/>
          <w:color w:val="15131F"/>
          <w:sz w:val="21"/>
        </w:rPr>
        <w:t>Ter., 13 out., 10:00, seguimento do orçamento: Como combinámos, estou a ligar sobre o orçamento. Que perguntas surgiram quando o leu com o seu cliente?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Clara (quinta): </w:t>
      </w:r>
      <w:r>
        <w:rPr>
          <w:rFonts w:ascii="Calibri" w:hAnsi="Calibri" w:cs="Calibri" w:eastAsia="Calibri"/>
          <w:b w:val="0"/>
          <w:color w:val="15131F"/>
          <w:sz w:val="21"/>
        </w:rPr>
        <w:t>Só uma: precisamos das paredes laterais se estiver seco?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Gideon (vendas): </w:t>
      </w:r>
      <w:r>
        <w:rPr>
          <w:rFonts w:ascii="Calibri" w:hAnsi="Calibri" w:cs="Calibri" w:eastAsia="Calibri"/>
          <w:b w:val="0"/>
          <w:color w:val="15131F"/>
          <w:sz w:val="21"/>
        </w:rPr>
        <w:t>Ficam enroladas, a não ser que chova. Então: 5420 $ pela tenda, paredes laterais, 15 mesas, 120 cadeiras, pista de dança e iluminação, com entrega, montagem e recolha. Podemos avançar?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Clara (quinta): </w:t>
      </w:r>
      <w:r>
        <w:rPr>
          <w:rFonts w:ascii="Calibri" w:hAnsi="Calibri" w:cs="Calibri" w:eastAsia="Calibri"/>
          <w:b w:val="0"/>
          <w:color w:val="15131F"/>
          <w:sz w:val="21"/>
        </w:rPr>
        <w:t>Sim, vamos reservar.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Gideon (vendas): </w:t>
      </w:r>
      <w:r>
        <w:rPr>
          <w:rFonts w:ascii="Calibri" w:hAnsi="Calibri" w:cs="Calibri" w:eastAsia="Calibri"/>
          <w:b w:val="0"/>
          <w:color w:val="15131F"/>
          <w:sz w:val="21"/>
        </w:rPr>
        <w:t>Obrigado. A fatura do sinal segue hoje. Entrega na quinta-feira, 5 de novembro, montagem na sexta-feira, 6 de novembro, e recolha na segunda-feira, 9 de novembro. Envio-lhe este resumo por email até ao meio-dia.</w:t>
      </w:r>
    </w:p>
    <w:p>
      <w:pPr>
        <w:spacing w:after="8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Registo de chamadas: Juniper Hollow Vineyard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Chamada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Tipo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Resultado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Sex., 9 out., 9:05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Chamada a novo lead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Mensagem de voz e SMS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Sex., 9 out., 9:31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Chamada recebida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Orçamento até às 14:00, chamada ter.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Ter., 13 out., 10:00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Seguimento do orçamento, decisão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Sim, 5420 $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Estrutura da chamada, sex., 9 out.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Motivo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Tenda, mesas e iluminação para um jantar de vindimas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Resumo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120 convidados, relvado, sáb., 7 nov.; a chuva preocupa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Uma pergunta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 relvado é plano e dá para cravar estacas?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Resposta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Plano, estacas OK, rega ao longo do lado leste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Próximo passo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Orçamento até às 14:00; chamada ter., 13 out., 10:00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No CRMsoftware.pro a 13 de outubro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Lead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Do chat do site, convertido em negócio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Negócio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Tenda do jantar de vindimas · Juniper Hollow Vineyard, 5420 $, «Fechado ganho»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Orçamento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Enviado sex., 9 out., «Aceito» ter., 13 out.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Notas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Rega ao longo do lado leste; paredes laterais enroladas, a não ser que chova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Tarefas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Fatura do sinal hoje · Entrega qui., 5 nov. · Chamada pós-evento ter., 17 nov.</w:t>
            </w:r>
          </w:p>
        </w:tc>
      </w:tr>
    </w:tbl>
    <w:p/>
    <w:p>
      <w:pPr>
        <w:spacing w:after="240"/>
      </w:pPr>
      <w:r>
        <w:rPr>
          <w:rFonts w:ascii="Calibri" w:hAnsi="Calibri" w:cs="Calibri" w:eastAsia="Calibri"/>
          <w:b w:val="0"/>
          <w:color w:val="5D5A70"/>
          <w:sz w:val="18"/>
        </w:rPr>
        <w:t>Empresa e cliente fictícios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Que guião de chamadas de vendas usar em cada chamada e o que registar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Chamada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Quando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Objetivo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Registar no CRM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Chamada a novo lead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 prazo de 1 hora ou à hora escolhida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Resumo, uma pergunta, um próximo passo com data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Fonte, o pedido nas palavras do lead, próximo passo como tarefa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Chamada recebida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Chamadas perdidas: ligar de volta no prazo de 1 hora útil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Nome e número, a necessidade, um próximo passo com data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Novo lead com «Fonte» «Telefone», notas, próximo passo como tarefa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Mensagem de voz e SMS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Depois de uma chamada sem resposta, uma vez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Que o lead ligue de volta ou espere a próxima tentativa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Número da tentativa, mensagem de voz e SMS enviados, próxima tentativa como tarefa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Seguimento do orçamento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 dia combinado ou 2 dias úteis após o orçamento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Perguntas respondidas, uma data de decisão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As perguntas do cliente nas notas, a data de decisão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Chamada de decisão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Na data de decisão, com quem decide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Sim, não ou o que falta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Etapa atualizada, email de resumo, tarefas de entrega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Renovação ou ampliação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60 a 90 dias antes da renovação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 que funcionou, o que muda, um orçamento de renovação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As respostas do cliente nas notas, a data de renovação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Regras para chamadas de vendas a quente, mensagens de voz e SMS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Uma chamada a quente não quer dizer que vale tudo. Três regras mantêm as suas chamadas bem-vindas e, nos EUA, os seus SMS dentro da lei.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SMS só com consentimento, e só um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Envie SMS apenas para o número de telemóvel que o lead lhe deu para contacto, apenas sobre o que pediu, e diga quem é. Segundo a lei dos EUA, os SMS contam como chamadas e os SMS de vendas enviados automaticamente precisam de consentimento prévio expresso por escrito. Se responderem «stop», pare: as regras da FCC adotadas em 2024 dizem que as pessoas podem revogar o consentimento por qualquer meio razoável, como responder «stop».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Leads antigos e antigos clientes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Nos EUA, um pedido de informação permite-lhe ligar durante 3 meses a um consumidor cujo número está no National Do Not Call Registry, e uma compra, entrega ou pagamento durante 18 meses. Um pedido para não ligar põe fim a essa permissão. A maioria das chamadas de vendas para empresas está isenta. Leads mais antigos são chamadas a frio.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Três tentativas e depois encerrar o contacto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Tentativa 1: uma chamada, uma mensagem de voz e um SMS. Tentativa 2: mais tarde nesse dia ou no dia útil seguinte, a outra hora. Tentativa 3, no 3.º dia útil: uma última chamada e um email curto de última tentativa. Depois, pare e registe porquê.</w:t>
      </w:r>
    </w:p>
    <w:p>
      <w:pPr>
        <w:spacing w:after="80"/>
      </w:pPr>
    </w:p>
    <w:p>
      <w:pPr>
        <w:spacing w:after="200"/>
      </w:pPr>
      <w:r>
        <w:rPr>
          <w:rFonts w:ascii="Calibri" w:hAnsi="Calibri" w:cs="Calibri" w:eastAsia="Calibri"/>
          <w:b w:val="0"/>
          <w:color w:val="15131F"/>
          <w:sz w:val="21"/>
        </w:rPr>
        <w:t>Esta página não é aconselhamento jurídico. Estas são regras federais dos EUA; os estados norte-americanos e outros países têm as suas próprias regras sobre chamadas e SMS de vendas, por isso consulte as regras oficiais do local onde vive o seu cliente.</w:t>
      </w:r>
    </w:p>
    <w:p>
      <w:pPr>
        <w:spacing w:after="120"/>
      </w:pPr>
      <w:r>
        <w:rPr>
          <w:rFonts w:ascii="Calibri" w:hAnsi="Calibri" w:cs="Calibri" w:eastAsia="Calibri"/>
          <w:b/>
          <w:color w:val="15131F"/>
          <w:sz w:val="28"/>
        </w:rPr>
        <w:t>Como usar estes modelos de guião de chamadas de vendas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Escolha o tipo de chamada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Cada separador é uma chamada: novo lead, chamada recebida, chamada sem resposta, orçamento, decisão ou renovação.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Preencha a folha de chamada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O pedido nas palavras do cliente, o que já sabe, a sua pergunta e o próximo passo.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Ligue a horas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Na primeira hora para novos leads, no dia combinado para seguimentos, de um número que o cliente sabe que é seu.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Termine com uma data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Um próximo passo com dia e hora, e um resumo curto no mesmo dia.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Registe cada chamada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Antes da chamada seguinte. Todas as semanas, verifique os minutos até ligar e as chamadas atendidas sem próximo passo.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Configure no CRMsoftware.pro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1. Os chats do site e os formulários web chegam a «Leads». Para uma chamada recebida, clique em «Adicionar chumbo» (o botão para adicionar um lead) e preencha «Título Principal» (o título do lead), «Telefone», «Fonte» («Telefone») e «Designado a».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2. Transforme a chamada de retorno numa tarefa: em «Tarefas», clique em «Nova Tarefa» com um «Título da tarefa» como «Ligar de volta: Clara Jensen», o «Cessionário» (o responsável pela tarefa), um «Prazo» dentro de uma hora e «Prioridade» «Alto». «Minhas Tarefas» mostra «Prazo para hoje» e «Atraso» (as tarefas em atraso).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3. Depois da chamada, escreva o resumo em «Notas». Para uma oportunidade real, clique em «Converter para Negociar» (converter em negócio): cria o contacto, a empresa e o negócio. Defina a «Data prevista de fechamento» como a data de decisão.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4. No Launch, envie o orçamento a partir de «Citações» (os orçamentos) &gt; «Nova Citação» (novo orçamento) com uma data em «válido até» e acrescente uma tarefa de chamada de seguimento com o «Acordo vinculado» (o negócio associado).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5. Em «Meus Bots» &gt; o seu bot &gt; separador «Básico» &gt; «Instruções», diga ao agente de IA quem liga de volta e de que número. No separador «Comportamento», ative «Coletar Dados do Usuário» com «Coletar Número de Telefone». Clique em «Salvar Alterações» e teste com «Experimente o bot».</w:t>
      </w:r>
    </w:p>
    <w:p>
      <w:pPr>
        <w:spacing w:after="200"/>
      </w:pPr>
      <w:r>
        <w:rPr>
          <w:rFonts w:ascii="Calibri" w:hAnsi="Calibri" w:cs="Calibri" w:eastAsia="Calibri"/>
          <w:b w:val="0"/>
          <w:color w:val="5D5A70"/>
          <w:sz w:val="21"/>
        </w:rPr>
        <w:t>Estes guiões funcionam com qualquer telefone. Depois de cada chamada, o CRM guarda o lead, as «Notas», as «Tarefas» e o negócio. Leads, 1 pipeline, notas e tarefas básicas são grátis para 3 utilizadores. Os orçamentos e as marcações com sincronização de calendário vêm com o Launch, 19 $ por mês, com faturação anual.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Revisão semanal das chamadas, 15 minutos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Novos leads que esperaram mais de 1 hora: porquê?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Chamadas atendidas sem próximo passo: o que faltou?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Leads na tentativa 3: receberam o último email?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Cada negócio aberto tem uma tarefa com «Prazo».</w:t>
      </w:r>
    </w:p>
    <w:p>
      <w:pPr>
        <w:spacing w:after="160"/>
      </w:pP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18"/>
        </w:rPr>
        <w:t>Modelo grátis da CRMsoftware.pro. Dados de exemplo fictícios.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6B3CF0"/>
          <w:sz w:val="18"/>
        </w:rPr>
        <w:t>https://crmsoftware.pro/pt/templates/sales-call-script-templates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Modelos de guião de chamadas de vendas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