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email de vendas para cada etapa do negócio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Emails e versões curtas para 8 etapas do negócio: resposta a um novo lead, resumo: chamada ou demo, pergunta sobre o preço, proposta ou orçamento, email ao grupo de compra, ganho: próximos passos, perdido: pedir o motivo, e renovação ou ampliação.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Escolha o modelo da etapa em que o negócio está agora e substitua cada palavra entre [parênteses retos] pelas palavras e pelos números do próprio cliente. Cada email pede uma só coisa e termina com um próximo passo com data. Registe cada email e cada próximo passo no registo de emails de vendas em Excel, para que nenhum negócio dependa da memória de alguém.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Responda a um lead que o contactou e marque a chamada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em: 1 hora útil · O único pedido: Escolher um horário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prazo de 1 hora útil após o pedido. Fora do horário de trabalho, logo no início da manhã seguinte.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Responda primeiro à pergunta do cliente e depois proponha dois horários fixos para uma chamada.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Foi o cliente que escreveu primeiro, por isso este não é um email a frio. Para quem não pediu nada, use os modelos de email a frio.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[Tema do pedido]: dois horários para uma chamada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 sua mensagem sobre [tema]. [Uma resposta direta à pergunta].</w:t>
        <w:br/>
        <w:br/>
        <w:t>Para lhe sugerir a solução certa, preciso de 20 minutos consigo: [os 2 ou 3 dados de que precisa, por exemplo: quantos espaços tem e quando quer começar].</w:t>
        <w:br/>
        <w:br/>
        <w:t>Dá-lhe jeito [dia] às [hora] ou [dia] às [hora]? Se não, diga-me uma hora que lhe convenha.</w:t>
        <w:br/>
        <w:br/>
        <w:t>[o seu nome]</w:t>
        <w:br/>
        <w:t>[empresa], [telefone]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curta, chat ou mensagem: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obrigado por perguntar sobre [tema]. [Resposta curta]. Podemos falar 20 minutos [dia] às [hora] ou [dia] às [hora]? 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houver resposta: </w:t>
      </w:r>
      <w:r>
        <w:rPr>
          <w:rFonts w:ascii="Calibri" w:hAnsi="Calibri" w:cs="Calibri" w:eastAsia="Calibri"/>
          <w:b w:val="0"/>
          <w:color w:val="5D5A70"/>
          <w:sz w:val="21"/>
        </w:rPr>
        <w:t>Dois lembretes curtos nos dias úteis 2 e 5 e um último email no dia 10. O texto está nos modelos de email de follow-up.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na primeira resposta: </w:t>
      </w:r>
      <w:r>
        <w:rPr>
          <w:rFonts w:ascii="Calibri" w:hAnsi="Calibri" w:cs="Calibri" w:eastAsia="Calibri"/>
          <w:b w:val="0"/>
          <w:color w:val="5D5A70"/>
          <w:sz w:val="21"/>
        </w:rPr>
        <w:t>Uma brochura genérica, Cinco perguntas, Falsa urgência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Email de resumo depois de uma chamada de descoberta ou demo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em: No mesmo dia · O único pedido: Corrija-me se errei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mesmo dia da chamada ou da demo, se possível nas 2 horas seguintes.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Use as palavras e os números do cliente: ele vai reencaminhar o email a pessoas que não estiveram na chamada.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Resumo: [objetivo do cliente] para [empresa do cliente]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pelo seu tempo hoje. Foi isto que percebi:</w:t>
        <w:br/>
        <w:br/>
        <w:t>- Hoje: [como fazem agora, com os números deles].</w:t>
        <w:br/>
        <w:t>- Objetivo: [o que querem] até [data].</w:t>
        <w:br/>
        <w:t>- Quem decide: [nomes e funções], a [data].</w:t>
        <w:br/>
        <w:br/>
        <w:t>Próximo passo: envio-lhe [os preços ou uma proposta] até [dia]. Se percebi mal alguma coisa, responda e eu corrijo.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curta, chat ou mensagem: </w:t>
      </w:r>
      <w:r>
        <w:rPr>
          <w:rFonts w:ascii="Calibri" w:hAnsi="Calibri" w:cs="Calibri" w:eastAsia="Calibri"/>
          <w:b w:val="0"/>
          <w:color w:val="15131F"/>
          <w:sz w:val="21"/>
        </w:rPr>
        <w:t>Obrigado pela conversa de hoje, [nome]. Quer [objetivo] até [data], e [nomes] decidem a [data]. Envio-lhe [próximo item] até [dia]. Percebi mal alguma coisa?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Se o resumo não consegue dizer quem decide e quando, pergunte antes de enviar um preço. O plano da chamada está no guião de chamada de descoberta.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Inclua sempre: </w:t>
      </w:r>
      <w:r>
        <w:rPr>
          <w:rFonts w:ascii="Calibri" w:hAnsi="Calibri" w:cs="Calibri" w:eastAsia="Calibri"/>
          <w:b w:val="0"/>
          <w:color w:val="5D5A70"/>
          <w:sz w:val="21"/>
        </w:rPr>
        <w:t>Os números do cliente, Quem decide, Próximo passo e data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Pergunta sobre o preço: responda com o número primeiro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em: No mesmo dia útil · O único pedido: Está dentro do esperado?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mesmo dia útil da pergunta. Não espere pela proposta.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Ponha o número nas duas primeiras linhas. Se depender do âmbito, dê um intervalo e diga o que o faz variar.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Preço para [empresa do cliente]: [preço] por [mês ou ano]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Para [âmbito], o preço é [preço] por [mês], com faturação [anual]: [total anual] por ano.</w:t>
        <w:br/>
        <w:br/>
        <w:t>Incluído: [as 3 coisas que mais interessam ao cliente]. Pagamento único: [taxa de configuração]. Não incluído: [o que custa à parte].</w:t>
        <w:br/>
        <w:br/>
        <w:t>[Uma opção mensal ou um início mais pequeno, se a tiver].</w:t>
        <w:br/>
        <w:br/>
        <w:t>Está dentro do valor que esperava? Se sim, envio-lhe a proposta até [dia]. Se não, diga-me o seu intervalo e eu digo-lhe com franqueza o que cabe nele.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curta, chat ou mensagem: </w:t>
      </w:r>
      <w:r>
        <w:rPr>
          <w:rFonts w:ascii="Calibri" w:hAnsi="Calibri" w:cs="Calibri" w:eastAsia="Calibri"/>
          <w:b w:val="0"/>
          <w:color w:val="15131F"/>
          <w:sz w:val="21"/>
        </w:rPr>
        <w:t>Para [âmbito] fica em [preço] por [mês], com faturação [anual], mais [taxa de configuração]. Está dentro do que esperava? Posso enviar a proposta até [dia].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disserem que é caro demais: </w:t>
      </w:r>
      <w:r>
        <w:rPr>
          <w:rFonts w:ascii="Calibri" w:hAnsi="Calibri" w:cs="Calibri" w:eastAsia="Calibri"/>
          <w:b w:val="0"/>
          <w:color w:val="5D5A70"/>
          <w:sz w:val="21"/>
        </w:rPr>
        <w:t>Não baixe o preço no email seguinte. Pergunte com o que estão a comparar e depois use as respostas a objeções de vendas.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Esconder o número, Um desconto que ninguém pediu, Uma chamada só para dar o preço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Email de proposta: envie o orçamento com um próximo passo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em: 1 dia útil · Válida até: Uma data real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prazo de 1 dia útil após a chamada em que acordaram o âmbito.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orçamento tem o preço, a data de início e uma data de validade. O email é um resumo de 3 linhas para quem assina.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Proposta [número]: [âmbito] para [empresa do cliente]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Segue em anexo a sua proposta. Em três linhas, para as pessoas a quem a reencaminhar:</w:t>
        <w:br/>
        <w:br/>
        <w:t>- O quê: [âmbito], em funcionamento até [data].</w:t>
        <w:br/>
        <w:t>- Preço: [total do primeiro ano], incluindo [taxa única]. Válida até [data].</w:t>
        <w:br/>
        <w:t>- Porquê: [o objetivo do cliente, nas palavras dele].</w:t>
        <w:br/>
        <w:br/>
        <w:t>O próximo passo é uma chamada de 20 minutos para responder a perguntas, com [outro decisor], se quiser participar. Dá-lhe jeito [dia] às [hora] ou [dia] às [hora]?</w:t>
        <w:br/>
        <w:br/>
        <w:t>[o seu nome]</w:t>
        <w:br/>
        <w:t>[telefone]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curta, chat ou mensagem: </w:t>
      </w:r>
      <w:r>
        <w:rPr>
          <w:rFonts w:ascii="Calibri" w:hAnsi="Calibri" w:cs="Calibri" w:eastAsia="Calibri"/>
          <w:b w:val="0"/>
          <w:color w:val="15131F"/>
          <w:sz w:val="21"/>
        </w:rPr>
        <w:t>[Nome], a proposta para [âmbito] está na sua caixa de correio: [preço], válida até [data]. Podemos revê-la [dia] às [hora]?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houver resposta: </w:t>
      </w:r>
      <w:r>
        <w:rPr>
          <w:rFonts w:ascii="Calibri" w:hAnsi="Calibri" w:cs="Calibri" w:eastAsia="Calibri"/>
          <w:b w:val="0"/>
          <w:color w:val="5D5A70"/>
          <w:sz w:val="21"/>
        </w:rPr>
        <w:t>Siga a sequência de emails de follow-up de vendas, do dia 2 ao dia 14.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Anexar: </w:t>
      </w:r>
      <w:r>
        <w:rPr>
          <w:rFonts w:ascii="Calibri" w:hAnsi="Calibri" w:cs="Calibri" w:eastAsia="Calibri"/>
          <w:b w:val="0"/>
          <w:color w:val="5D5A70"/>
          <w:sz w:val="21"/>
        </w:rPr>
        <w:t>A proposta ou o orçamento, Um caso semelhante, Mais nada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Ponto de situação com o grupo de compra antes da decisão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Antes da decisão: 1 semana · Pôr em cópia: Só com o OK do contacto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Quando decide mais do que uma pessoa. Envie-o uma semana antes da reunião de decisão e de novo quando entrar uma pessoa nova.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Escreva ao seu contacto principal. Ponha outras pessoas em cópia só se o seu contacto concordar, e responda à pergunta de cada pessoa pelo nome.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Para a vossa decisão de [data]: preço, condições e data de início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 e [nome da segunda pessoa],</w:t>
        <w:br/>
        <w:br/>
        <w:t>Para que todos os presentes na [reunião] tenham os mesmos factos:</w:t>
        <w:br/>
        <w:br/>
        <w:t>- Preço: [total do primeiro ano], [condições de faturação].</w:t>
        <w:br/>
        <w:t>- A pergunta de [nome da segunda pessoa]: [a resposta numa frase].</w:t>
        <w:br/>
        <w:t>- Início: [primeiro marco] até [data], se decidirem até [data].</w:t>
        <w:br/>
        <w:t>- Se não resultar: [o que acontece].</w:t>
        <w:br/>
        <w:br/>
        <w:t>A reunião precisa de mais alguma coisa da minha parte até [dia]?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curta, chat ou mensagem: </w:t>
      </w:r>
      <w:r>
        <w:rPr>
          <w:rFonts w:ascii="Calibri" w:hAnsi="Calibri" w:cs="Calibri" w:eastAsia="Calibri"/>
          <w:b w:val="0"/>
          <w:color w:val="15131F"/>
          <w:sz w:val="21"/>
        </w:rPr>
        <w:t>[Nome], para a vossa reunião de [data]: [nome da segunda pessoa] ou a equipa precisam de mais alguma coisa da minha parte até [dia]?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Nunca passe por cima do seu contacto. Se precisar de chegar a quem assina, peça ao seu contacto que o apresente e explique porquê.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Responda a: </w:t>
      </w:r>
      <w:r>
        <w:rPr>
          <w:rFonts w:ascii="Calibri" w:hAnsi="Calibri" w:cs="Calibri" w:eastAsia="Calibri"/>
          <w:b w:val="0"/>
          <w:color w:val="5D5A70"/>
          <w:sz w:val="21"/>
        </w:rPr>
        <w:t>Finanças: custo e condições, Dono: o risco, Utilizadores: tempo para aprender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Depois do sim: próximos passos e quem faz o quê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Depois do sim: No mesmo dia · O único pedido: Confirmar a hora do arranque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mesmo dia em que o cliente diz que sim, antes de qualquer fatura ou email automático de boas-vindas.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Quem faz o quê e até quando, dos dois lados.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Próximos passos: [empresa do cliente] em funcionamento até [data]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Obrigado, e bem-vindo à [nome da sua empresa]. Eis o que acontece a seguir:</w:t>
        <w:br/>
        <w:br/>
        <w:t>1. [Data]: [documentação, fatura ou ligação de pagamento], enviada por [pessoa].</w:t>
        <w:br/>
        <w:t>2. [Data]: reunião de arranque às [hora], com [quem participa do vosso lado].</w:t>
        <w:br/>
        <w:t>3. [Data]: [primeiro resultado, por exemplo: o primeiro relatório semanal].</w:t>
        <w:br/>
        <w:br/>
        <w:t>Do vosso lado, precisamos de [o que o cliente tem de enviar] até [data]. O vosso contacto para [tema] é [nome, função].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curta, chat ou mensagem: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[nome]! A seguir: [documentação] hoje, reunião de arranque [dia] às [hora], primeiro [resultado] até [data]. Os detalhes seguem por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Mantenha-o transacional: </w:t>
      </w:r>
      <w:r>
        <w:rPr>
          <w:rFonts w:ascii="Calibri" w:hAnsi="Calibri" w:cs="Calibri" w:eastAsia="Calibri"/>
          <w:b w:val="0"/>
          <w:color w:val="5D5A70"/>
          <w:sz w:val="21"/>
        </w:rPr>
        <w:t>Segundo as regras CAN-SPAM dos EUA, um email que apenas conclui um negócio que o comprador aceitou é transacional e está isento da maioria das regras, mas os dados do remetente e de encaminhamento têm de ser exatos. Deixe de fora qualquer ampliação.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acrescente: </w:t>
      </w:r>
      <w:r>
        <w:rPr>
          <w:rFonts w:ascii="Calibri" w:hAnsi="Calibri" w:cs="Calibri" w:eastAsia="Calibri"/>
          <w:b w:val="0"/>
          <w:color w:val="5D5A70"/>
          <w:sz w:val="21"/>
        </w:rPr>
        <w:t>Uma ampliação, Um pedido de recomendação, Um inquérito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Negócio perdido: pergunte porquê e deixe a porta aberta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em: 2 dias úteis · Emails seguintes: Nenhum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prazo de 2 dias úteis após um não, ou depois de o último follow-up ficar sem resposta.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Faça uma pergunta e depois pare. Volte a escrever só se o cliente pedir ou se tiver indicado uma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Vou fechar o seu processo: antes, uma pergunta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me dizer. Já fechei a proposta do nosso lado.</w:t>
        <w:br/>
        <w:br/>
        <w:t>Uma pergunta, para podermos melhorar: qual foi o principal motivo? Responda com um número:</w:t>
        <w:br/>
        <w:t>1. Preço</w:t>
        <w:br/>
        <w:t>2. Momento</w:t>
        <w:br/>
        <w:t>3. Escolheu outra opção</w:t>
        <w:br/>
        <w:t>4. Algo que fizemos ou não fizemos</w:t>
        <w:br/>
        <w:br/>
        <w:t>Se [o motivo para voltar, por exemplo: o novo espaço] mudar as coisas, estou cá. Não volto a escrever, a não ser que me peça.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curta, chat ou mensagem: </w:t>
      </w:r>
      <w:r>
        <w:rPr>
          <w:rFonts w:ascii="Calibri" w:hAnsi="Calibri" w:cs="Calibri" w:eastAsia="Calibri"/>
          <w:b w:val="0"/>
          <w:color w:val="15131F"/>
          <w:sz w:val="21"/>
        </w:rPr>
        <w:t>Compreendo, [nome], obrigado por me dizer. Foi o preço, o momento, outra opção ou algo que fizemos? Uma palavra chega.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Mais tarde: </w:t>
      </w:r>
      <w:r>
        <w:rPr>
          <w:rFonts w:ascii="Calibri" w:hAnsi="Calibri" w:cs="Calibri" w:eastAsia="Calibri"/>
          <w:b w:val="0"/>
          <w:color w:val="5D5A70"/>
          <w:sz w:val="21"/>
        </w:rPr>
        <w:t>Se indicaram uma altura, como «depois de março», crie uma tarefa para esse mês. Para antigos clientes, use os modelos de email para recuperar clientes.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Contestar o não, Um desconto de última hora, Voltar a perguntar na semana seguinte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Emails de renovação e de ampliação para clientes atuais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Renovação: 60 dias antes · Ampliação: Só com o motivo do cliente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Renovação: 60 dias antes da data de renovação, ou antes de começar o prazo de pré-aviso, se for mais cedo.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Ampliação (vender mais ao mesmo cliente): só com um motivo do cliente, como um novo espaço ou mais utilizadores, e depois do primeiro resultado.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Renovação, assunto: </w:t>
      </w:r>
      <w:r>
        <w:rPr>
          <w:rFonts w:ascii="Calibri" w:hAnsi="Calibri" w:cs="Calibri" w:eastAsia="Calibri"/>
          <w:b w:val="0"/>
          <w:color w:val="15131F"/>
          <w:sz w:val="21"/>
        </w:rPr>
        <w:t>A sua renovação a [data]: uma revisão de 20 minutos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Renovação, 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 seu [plano ou contrato] renova a [data] por [preço]. Antes disso, gostava de rever o ano consigo: [um resultado, com os números do cliente], o que não resultou e o que ainda faz sentido.</w:t>
        <w:br/>
        <w:br/>
        <w:t>Dá-lhe jeito [dia] às [hora], durante 20 minutos? A data-limite de pré-aviso para qualquer alteração é [data].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Ampliação, assunto: </w:t>
      </w:r>
      <w:r>
        <w:rPr>
          <w:rFonts w:ascii="Calibri" w:hAnsi="Calibri" w:cs="Calibri" w:eastAsia="Calibri"/>
          <w:b w:val="0"/>
          <w:color w:val="15131F"/>
          <w:sz w:val="21"/>
        </w:rPr>
        <w:t>[O motivo do cliente, por exemplo: o seu quinto restaurante]: acrescentá-lo a [produto]?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Ampliação, 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Falou-me de [o motivo do cliente] para [mês]. [Um resultado até agora, com os números do cliente].</w:t>
        <w:br/>
        <w:br/>
        <w:t>Acrescentá-lo custa [preço] por [mês] nas suas condições atuais, mais [taxa de configuração]. Quer que lhe envie já um orçamento, para o seu planeamento?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Indique sempre a data-limite de pré-aviso, para que a renovação nunca chegue como surpresa numa fatura.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Leve: </w:t>
      </w:r>
      <w:r>
        <w:rPr>
          <w:rFonts w:ascii="Calibri" w:hAnsi="Calibri" w:cs="Calibri" w:eastAsia="Calibri"/>
          <w:b w:val="0"/>
          <w:color w:val="5D5A70"/>
          <w:sz w:val="21"/>
        </w:rPr>
        <w:t>Um resultado em números, A data-limite de pré-aviso, Uma opção, não cinco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Exemplos de email comercial: um negócio com restaurantes, do chat ao sim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Lanternfish Analytics, uma empresa fictícia que vende software de relatórios a restaurantes, usa estes modelos de email de vendas num negócio. O Jonah Whitaker vende à Ines Moreau, diretora de operações do Olive Branch Bistro Group (4 restaurantes). O Paul Okonkwo, das finanças, junta-se antes da decisão.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Qui., 1 out., 21:40, chat do site: Olá, sou a Ines Moreau, do Olive Branch Bistro Group. Todas as segundas-feiras copio os custos de comida e de pessoal dos nossos 4 restaurantes para uma única folha de cálculo. Conseguem fazer isso por nós?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Sim. A Lanternfish envia um único relatório semanal de todos os seus restaurantes à segunda-feira de manhã. O Jonah, das vendas, vai enviar-lhe um email amanhã até às 09:00 com dois horários para uma chamada. Qual é o seu email e o seu telefone?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(vendas): </w:t>
      </w:r>
      <w:r>
        <w:rPr>
          <w:rFonts w:ascii="Calibri" w:hAnsi="Calibri" w:cs="Calibri" w:eastAsia="Calibri"/>
          <w:b w:val="0"/>
          <w:color w:val="15131F"/>
          <w:sz w:val="21"/>
        </w:rPr>
        <w:t>Sex., 2 out., 08:20, email «Os seus relatórios semanais para 4 restaurantes: dois horários para uma chamada»: Sim, podemos substituir a folha de cálculo de segunda-feira. Dá-lhe jeito terça, 6 de outubro, às 10:00 ou quarta, 7 de outubro, às 14:00, durante 20 minutos?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(vendas): </w:t>
      </w:r>
      <w:r>
        <w:rPr>
          <w:rFonts w:ascii="Calibri" w:hAnsi="Calibri" w:cs="Calibri" w:eastAsia="Calibri"/>
          <w:b w:val="0"/>
          <w:color w:val="15131F"/>
          <w:sz w:val="21"/>
        </w:rPr>
        <w:t>Ter., 6 out., 11:40, email «Resumo: um relatório semanal para o Olive Branch»: Hoje, o relatório leva-lhe cerca de 5 horas. Objetivo: pronto às 08:00 todas as segundas-feiras. Decide com o Paul Okonkwo (finanças) a 28 de outubro. Proposta até segunda, 12 de outubro.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Qua., 7 out., 11:30: Correto. Quanto custa para 4 restaurantes? É a primeira coisa que o Paul vai perguntar.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(vendas): </w:t>
      </w:r>
      <w:r>
        <w:rPr>
          <w:rFonts w:ascii="Calibri" w:hAnsi="Calibri" w:cs="Calibri" w:eastAsia="Calibri"/>
          <w:b w:val="0"/>
          <w:color w:val="15131F"/>
          <w:sz w:val="21"/>
        </w:rPr>
        <w:t>Qua., 7 out., 11:55, email «Preço para o Olive Branch: 480 $ por mês»: 120 $ por restaurante por mês, com faturação anual: 5760 $ por ano, mais 900 $ de configuração. Com faturação mensal: 145 $ por restaurante. Está dentro do que esperava?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(vendas): </w:t>
      </w:r>
      <w:r>
        <w:rPr>
          <w:rFonts w:ascii="Calibri" w:hAnsi="Calibri" w:cs="Calibri" w:eastAsia="Calibri"/>
          <w:b w:val="0"/>
          <w:color w:val="15131F"/>
          <w:sz w:val="21"/>
        </w:rPr>
        <w:t>Seg., 12 out., 09:30, email «Proposta Q-1042: relatórios semanais para 4 restaurantes»: Primeiro ano 6660 $, válida até 30 de outubro, em funcionamento até 23 de novembro. Podemos revê-la na quinta, 15 de outubro, às 10:00, com o Paul?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(vendas): </w:t>
      </w:r>
      <w:r>
        <w:rPr>
          <w:rFonts w:ascii="Calibri" w:hAnsi="Calibri" w:cs="Calibri" w:eastAsia="Calibri"/>
          <w:b w:val="0"/>
          <w:color w:val="15131F"/>
          <w:sz w:val="21"/>
        </w:rPr>
        <w:t>Qua., 21 out., 10:00, email à Ines e ao Paul «Para a vossa decisão de 28 de outubro: preço, condições e data de início»: Paul, sim: a faturação anual começa no dia da entrada em funcionamento, 23 de novembro. A reunião precisa de mais alguma coisa da minha parte até terça, 27 de outubro?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Qui., 29 out., 09:10: Aprovado ontem. Faturação anual para os 4, vamos avançar.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(vendas): </w:t>
      </w:r>
      <w:r>
        <w:rPr>
          <w:rFonts w:ascii="Calibri" w:hAnsi="Calibri" w:cs="Calibri" w:eastAsia="Calibri"/>
          <w:b w:val="0"/>
          <w:color w:val="15131F"/>
          <w:sz w:val="21"/>
        </w:rPr>
        <w:t>Qui., 29 out., 11:00, email «Próximos passos: Olive Branch em funcionamento até 23 de novembro»: Assinatura e fatura hoje. Reunião de arranque na terça, 3 de novembro, às 10:00. Primeiro relatório para 2 restaurantes na segunda, 16 de novembro, e para os 4 na segunda, 23 de novembro.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(vendas): </w:t>
      </w:r>
      <w:r>
        <w:rPr>
          <w:rFonts w:ascii="Calibri" w:hAnsi="Calibri" w:cs="Calibri" w:eastAsia="Calibri"/>
          <w:b w:val="0"/>
          <w:color w:val="15131F"/>
          <w:sz w:val="21"/>
        </w:rPr>
        <w:t>Ter., 24 nov., 09:00, email «O seu quinto restaurante: acrescentá-lo aos relatórios?»: Os 4 restaurantes estiveram todos no relatório de segunda-feira. Falou-me de um quinto em fevereiro: 120 $ por mês nas suas condições atuais, mais 225 $ de configuração. Quer que lhe envie já um orçamento, para o seu planeamento?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Ter., 24 nov., 10:05: Sim, por favor.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Registo de emails do negócio: 7 emails, 7 respostas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Etapa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Enviado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a um novo lead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Sex., 2 out., 08:20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42 minutos depois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Resumo: chamada ou demo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6 out., 11:40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no dia seguinte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 sobre o preço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Qua., 7 out., 11:55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dentro do esperado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Proposta ou orçamento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Seg., 12 out., 09:30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chamada a 15 out.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ao grupo de compra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Qua., 21 out., 10:00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do Paul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Ganho: próximos passos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Qui., 29 out., 11:00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arranque confirmado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Renovação ou ampliação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24 nov., 09:00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orçamento enviado a 26 nov.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 CRMsoftware.pro a 26 de novembro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Olive Branch Bistro Group, «Venceu» (ganho) a 29 out.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6660 $ no primeiro ano, com 900 $ de configuração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Contactos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Ines Moreau (principal), Paul Okonkwo (finanças)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Orçamento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Q-1042, «Aceito»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próximos passos, todos concluídos dentro do «Prazo»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Novo 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Quinto restaurante, 1665 $ no primeiro ano, orçamento enviado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Regras dos emails de vendas por etapa: quando enviar e quando parar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Etapa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Enviar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único pedido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 não houver resposta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a um novo lead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1 hora útil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Escolher um de dois horários para a chamada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Lembretes nos dias 2 e 5, último email no dia 10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Resumo: chamada ou demo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mesmo dia da chamada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Corrigir o que percebi mal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Envie na mesma o que prometeu, a horas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 sobre o preço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mesmo dia útil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Está dentro do que esperava?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Envie a proposta no dia prometido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Proposta ou orçamento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1 dia útil após a chamada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chamada de 20 minutos a uma hora marcada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Follow-ups nos dias 2, 5, 9 e 14, depois parar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ao grupo de compra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semana antes da decisão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reunião precisa de mais alguma coisa de mim?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chamada ao contacto principal 2 dias antes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Ganho: próximos passos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mesmo dia do sim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Confirmar a hora da reunião de arranque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Ligue no dia útil seguinte: agora é cliente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Perdido: pedir o motivo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2 dias úteis após o não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 foi o principal motivo?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Nenhum. Só uma mensagem se indicaram uma data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Renovação ou ampliação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60 dias antes da renovação, ou quando o cliente der um motivo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revisão de 20 minutos, ou um orçamento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lembrete ao fim de uma semana, depois uma chamada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Modelos de email de vendas por setor: o que muda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Setor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muda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Assunto pronto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Serviços B2B e agências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pergunta raramente é quem paga. Escreva cada email de forma a poder seguir para as finanças.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Para a vossa decisão de 28 de outubro: preço, condições e data de início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SaaS e startups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período de teste é a proposta. Combine primeiro 2 ou 3 medidas de sucesso e faça um resumo da utilização antes de o teste terminar.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seu período de teste: 3 relatórios criados, faltam 5 dias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Serviços de TI e serviços geridos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perguntas de segurança vêm de pessoas que não conhece. Envie primeiro as conclusões da avaliação e depois um preço mensal por utilizador ou por dispositivo.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Conclusões da verificação à sua rede: 3 correções, 1 urgente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Imobiliário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leads dos portais ficam com quem responde primeiro. Responda em minutos e, depois de cada visita, faça uma pergunta.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T3 na Avenida dos Plátanos: dois horários para visita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Seguros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compradores comparam simulações linha a linha. Diga o que está coberto, o que não está e a data de renovação, em linguagem simples.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sua simulação: o que está coberto, o que não está e o preço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Consultores financeiros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confiança vem primeiro. Envie a agenda, nunca prometa rentabilidades e peça à área de conformidade que aprove cada modelo.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que trazer para a nossa reunião de revisão de terça-feira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Escritórios de advogados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Depois da consulta, envie juntos o âmbito, a forma de cálculo dos honorários e o contrato de serviços. Verifique as regras da sua Ordem sobre publicidade.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Próximo passo depois da nossa consulta: o seu contrato de serviços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Saúde, vendas a clínicas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Decidem o gestor da clínica, um médico e a área de conformidade. Responda por escrito às perguntas de segurança; nunca inclua dados de doentes.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Respostas de segurança para a sua revisão de conformidade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Hotelaria e eventos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datas esgotam. Cada orçamento de grupo indica a data, o número de convidados, o preço por pessoa e até quando mantém a reserva.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seu jantar para 40 pessoas a 12 de dezembro, reservado até sexta-feira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Concessionários de automóveis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compradores comparam o preço chave na mão. Ponha por escrito o preço total, as taxas e o valor da retoma.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 chave na mão do SUV que experimentou no sábado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Recrutamento e trabalho temporário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honorários e as condições de substituição são a proposta. Envie ambos com a data da primeira lista de candidatos.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Honorários e data da lista de candidatos para as suas 2 vagas de armazém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Organizações sem fins lucrativos, patrocínios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Vende alcance a uma empresa. Ofereça 2 ou 3 níveis de patrocínio e uma data de decisão antes do prazo da gráfica.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Opções de patrocínio para a corrida de 5 km de 9 de maio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Comércio eletrónico e retalho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emails individuais são para vendas por grosso e grandes encomendas. Emails de promoções para uma lista são email de marketing: precisam de uma forma de deixar de receber e da sua morada postal.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Preços por grosso para 24 unidades por mês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Seis regras para emails de vendas profissionais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Valem para todas as etapas e todos os setores.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email, um pedido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 horário para uma chamada, uma correção, um sim a um intervalo de preço ou uma data de decisão. Peça a segunda coisa depois da primeira resposta.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assunto que diz o que está lá dentro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Resumo, preço, proposta, próximos passos: diga o que é. Nada de «Re:» falsos. A lei dos EUA proíbe assuntos enganosos no email comercial.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Preço para o Olive Branch: 480 $ por mês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Escreva para as pessoas que nunca vai conhecer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No B2B, o seu email é reencaminhado. Ponha o resumo nas três primeiras linhas e use os números do cliente.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próximo passo com data, sempre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Termine cada email com o próximo passo e um dia, e registe-o como tarefa antes de fechar o email.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a um, a partir da sua própria caixa de correio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Escreva a uma pessoa de cada vez. O Gmail acrescenta regras, como anular a subscrição com um clique, para quem envia mais de 5000 mensagens por dia para contas Gmail. O email promocional precisa da sua morada postal e de uma forma de deixar de receber.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Pare quando lhe pedirem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 não, um «retire-me da lista» ou o silêncio depois do último follow-up terminam a conversa. A lei dos EUA dá no máximo 10 dias úteis para cumprir um pedido de remoção; no próprio dia é melhor.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Esta página não é aconselhamento jurídico. Estas são regras dos EUA; verifique as regras do país dos seus compradores.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estes modelos de email de vendas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Encontre a etapa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Abra o separador da etapa em que o negócio está agora.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Use as palavras do cliente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Substitua cada palavra entre parênteses retos pelos números, datas e nomes do próprio cliente.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Verifique: um pedido, uma data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Apague tudo o que não ajude o cliente a decidir.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Registe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Escreva o email, o próximo passo e o respetivo prazo no registo em Excel ou como tarefa no CRM.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Se não houver resposta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Depois de uma resposta a um novo lead ou de um resumo, use os modelos de email de follow-up. Depois de uma proposta, use a sequência de emails de follow-up de vendas.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Em «Meus Bots», escolha o seu bot, abra o separador «Comportamento» e ative «Coletar Dados do Usuário», para que cada visitante deixe nome e email. Clique em «Salvar Alterações».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Os novos chats chegam a «Leads», em «Vendas». Quando houver uma chamada marcada, clique em «Converter para Negociar» (converter em negócio): cria o contacto, a empresa e o negócio.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Em «Acordos» (os negócios), preencha o valor, a etapa, a data de fecho prevista, o contacto principal e «Designado para». Acrescente o resto do grupo de compra com «Novo Contato», na mesma «Companhia», e anote o papel de cada pessoa nas «Notas» do negócio.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Depois de cada email, abra «Tarefas» e clique em «Nova Tarefa»: o próximo passo como «Título da tarefa», o «Cessionário» (o responsável pela tarefa), um «Prazo» e o «Acordo vinculado». «Minhas Tarefas» mostra «Prazo para hoje» e «Atraso»; clique em «Marca concluída» quando estiver feito.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No Launch, prepare o preço com «Nova Citação» (novo orçamento) em «Citações» (os orçamentos) e defina «válido até». Depois do sim, crie a fatura com «Da citação» (a partir do orçamento) e use «Criar Link de Pagamento». Marque o negócio como «Venceu» (ganho) ou como «Perdido», com o motivo em «Notas».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No Growth, guarde as versões curtas em «Configurações» &gt; «Respostas salvas» &gt; «Nova resposta», com um «Atalho» como /pricing. Escreva o atalho na caixa de resposta do chat.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CRMsoftware.pro não envia emails de vendas, sequências nem emails em massa, e não regista aberturas: envia cada email a partir da sua própria caixa de correio. Os leads, 1 pipeline e as tarefas básicas são grátis para 3 utilizadores. Orçamentos, faturas, assinatura eletrónica e ligações de pagamento vêm com o Launch, 19 $ por mês, com faturação anual; as «Respostas salvas», com o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semanal dos emails de vendas, 10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Em atraso: envie o email ou ligue hoje.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Sem próximo passo com data: dê um a cada negócio em aberto.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Negócios perdidos: o motivo está nas «Notas».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Renovações nos próximos 60 dias: o email de revisão foi enviado.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https://crmsoftware.pro/pt/templates/sales-email-templates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email de vendas para cada etapa do negócio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