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Sequência de emails de follow-up de vendas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Cinco emails para os 14 dias depois de uma proposta ou de um orçamento, com assuntos, calendário de envio, regras de paragem, tarefas no CRM, respostas a objeções e um resumo de reunião.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 e guarde cada email como rascunho ou modelo na sua própria caixa de correio. Conte os dias a partir da data da proposta, crie uma tarefa no CRM por email e pare a sequência perante a primeira resposta, uma chamada marcada ou um não.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emails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Dia 0: o email da proposta, com um resumo e um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0 · Extensão: Menos de 120 palavras · Objetivo: Marcar uma chamada de 15 minutos para rever a proposta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âmbito foi acordado numa chamada ou numa visita.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proposta indica o preço, o que está incluído, a data de início e uma data de validade.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Sabe quem decide e quando quer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proposta para [projeto], com o próximo passo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Proposta da [Empresa]: [resultado principal] a partir de [data de início]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conversa de [dia]. Segue em anexo a sua proposta para [projeto].</w:t>
        <w:br/>
        <w:br/>
        <w:t>Em resumo: [o que está incluído], com início a [data de início], por [preço]. O preço é válido até [data de validade].</w:t>
        <w:br/>
        <w:br/>
        <w:t>O próximo passo é uma chamada de 15 minutos para revermos a proposta juntos e eu responder às suas perguntas. Dá-lhe jeito [dia] às [hora] ou [dia] às [hora]? Se quiser que [decisor] também participe, é só dizer.</w:t>
        <w:br/>
        <w:br/>
        <w:t>Com os melhores cumprimentos,</w:t>
        <w:br/>
        <w:t>[o seu nome]</w:t>
        <w:br/>
        <w:t>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Coloque o próximo passo no próprio email, com dois horários concretos. Uma proposta sem próxima data é a que fica sem resposta.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proposta: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1 dia útil depois da chamada ou da visita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enviada a [data], [valor], válida até [data]. Criar a tarefa do Dia 2.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a sequência se houver: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resposta, Uma chamada marcada,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Dia 2: um email curto para confirmar a receção da proposta ou do orçamento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2 · Extensão: Menos de 60 palavras · Objetivo: Confirmar que chegou e voltar a propor a chamada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houve resposta 2 dias depois do email da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Ainda não há nenhuma chamada marcada.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Dia 2 calha num fim de semana: envie na segunda-feira.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Re: A sua proposta para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Recebeu a proposta?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Queria confirmar que recebeu a proposta para [projeto]. Envio-a novamente em anexo.</w:t>
        <w:br/>
        <w:br/>
        <w:t>Se ajudar, posso revê-la consigo em 15 minutos. Dá-lhe jeito [dia] às [hora] ou [dia] às [hora]?</w:t>
        <w:br/>
        <w:br/>
        <w:t>Com os melhores cumprimentos,</w:t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Responda na mesma conversa de email para que a proposta fique a um clique. Não acrescente preços novos nem um desconto no Dia 2.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2, confirmar receção: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data da proposta + 2 dias,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enviado a [data], sem resposta. Criar a tarefa do Dia 5.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a sequência se houver: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resposta, Uma chamada marcada,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Dia 5: envie algo útil, não um lembrete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5 · Extensão: Menos de 100 palavras · Objetivo: Dar ao cliente um motivo para responder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Continua sem resposta depois do email do Dia 2.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Tem algo que ajuda o cliente a decidir, não apenas um lembrete.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Como [cliente semelhante] resolveu [problema]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Mais uma ajuda para a sua decisão sobre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Enquanto analisa a proposta, isto pode ajudar: [um elemento útil, como um caso curto, uma lista de verificação ou um horário de exemplo]. [Uma frase a explicar porque é útil para o projeto do cliente.]</w:t>
        <w:br/>
        <w:br/>
        <w:t>Se alguma parte da proposta não se adequar, diga-me qual e eu ajusto-a.</w:t>
        <w:br/>
        <w:br/>
        <w:t>Ajudaria uma chamada rápida [dia] às [hora]?</w:t>
        <w:br/>
        <w:br/>
        <w:t>Com os melhores cumprimentos,</w:t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Bons exemplos: um caso de uma página de um cliente semelhante, uma lista de verificação, um horário de exemplo ou fotografias de trabalhos concluídos. Nunca um desconto.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5, email útil: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data da proposta + 5 dias,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enviado a [data] com [elemento], sem resposta. Criar a tarefa do Dia 9.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a sequência se houver: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resposta, Uma chamada marcada,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Dia 9: o email de follow-up quando não há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9 · Extensão: Menos de 100 palavras · Objetivo: Obter uma resposta, mesmo que seja não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houve resposta à proposta nem a dois follow-ups.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negócio continua em aberto no seu CRM.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Mantenho [projeto] em aberto?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Uma pergunta rápida sobre a sua proposta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Como não tive notícias sobre a proposta para [projeto], queria saber em que ponto está. Qual destas opções se aproxima mais?</w:t>
        <w:br/>
        <w:br/>
        <w:t>1. Ainda temos interesse, só não tivemos tempo. Nesse caso, volto a contactar a [data].</w:t>
        <w:br/>
        <w:t>2. Precisamos de alterações. Diga-me quais e eu atualizo a proposta.</w:t>
        <w:br/>
        <w:t>3. Agora não. Diga-me quando devo voltar a contactar.</w:t>
        <w:br/>
        <w:t>4. Decidimos não avançar.</w:t>
        <w:br/>
        <w:br/>
        <w:t>Basta responder com o número.</w:t>
        <w:br/>
        <w:br/>
        <w:t>Com os melhores cumprimentos,</w:t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É fácil responder a opções numeradas a partir do telemóvel. A opção 4 está lá de propósito: um não claro permite-lhe fechar o negócio.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9, email sem resposta: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data da proposta + 9 dias,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enviado a [data], sem resposta. Criar a tarefa do Dia 14.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a sequência se houver: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resposta, Uma chamada marcada,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Dia 14: encerrar o assunto com cordialidade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14 · Extensão: Menos de 80 palavras · Objetivo: Encerrar com cordialidade e deixar a porta aberta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houve resposta à proposta nem a três follow-ups.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Também ninguém mais na empresa respondeu.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Vou encerrar o processo de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Encerro isto por agora?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Como não tive resposta, presumo que este não é o momento certo e, por agora, vou encerrar do meu lado a proposta para [projeto].</w:t>
        <w:br/>
        <w:br/>
        <w:t>Se a situação mudar, basta responder a este email. A proposta é válida até [data de validade] e, depois disso, terei todo o gosto em enviar-lhe uma versão atualizada.</w:t>
        <w:br/>
        <w:br/>
        <w:t>Obrigado por ter considerado a [Empresa].</w:t>
        <w:br/>
        <w:br/>
        <w:t>Com os melhores cumprimentos,</w:t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Seja simpático e definitivo: sem culpabilizar, sem prazos falsos, sem descontos de última hora. Se o cliente se adequava bem, crie uma tarefa para voltar a contactar daqui a 3 a 6 meses.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14, encerramento: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data da proposta + 14 dias,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enviado a [data]. Criar uma tarefa 3 dias úteis depois: sem resposta, o negócio passa a Perdido, motivo: sem resposta.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a sequência se houver: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resposta, Uma chamada marcada,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Objeções: respostas para preço, momento, concorrência e outro decisor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1 dia · Extensão: Menos de 80 palavras · Regra: Mude o âmbito, não o preço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Qualquer resposta interrompe os emails da sequência. Responda no prazo de um dia útil e termine com um próximo passo e uma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O preço é demasiado alto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cliente diz: </w:t>
      </w:r>
      <w:r>
        <w:rPr>
          <w:rFonts w:ascii="Calibri" w:hAnsi="Calibri" w:cs="Calibri" w:eastAsia="Calibri"/>
          <w:b w:val="0"/>
          <w:color w:val="5D5A70"/>
          <w:sz w:val="21"/>
        </w:rPr>
        <w:t>É mais do que tínhamos previsto gastar.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Pergunte com o que está a comparar. Mude o âmbito, não 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Posso perguntar com o que está a comparar: outro orçamento ou uma verba já definida? Se a verba for de [valor], posso propor [âmbito mais pequeno] por [preço mais baixo]. Quer que lhe envie as duas opções lado a lado?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Agora não, talvez mais tarde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cliente diz: </w:t>
      </w:r>
      <w:r>
        <w:rPr>
          <w:rFonts w:ascii="Calibri" w:hAnsi="Calibri" w:cs="Calibri" w:eastAsia="Calibri"/>
          <w:b w:val="0"/>
          <w:color w:val="5D5A70"/>
          <w:sz w:val="21"/>
        </w:rPr>
        <w:t>Não é o momento certo. Talvez no próximo trimestre.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Pergunte o que tem de acontecer primeiro. Crie uma tarefa para a data que o cliente indicar.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Faz sentido. O que tem de acontecer antes de estar pronto para avançar e quando devo voltar a contactar? Vou apontar [data] na minha agenda, a não ser que outro dia lhe dê mais jeito.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Estamos a falar com outra empresa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cliente diz: </w:t>
      </w:r>
      <w:r>
        <w:rPr>
          <w:rFonts w:ascii="Calibri" w:hAnsi="Calibri" w:cs="Calibri" w:eastAsia="Calibri"/>
          <w:b w:val="0"/>
          <w:color w:val="5D5A70"/>
          <w:sz w:val="21"/>
        </w:rPr>
        <w:t>Recebemos um orçamento mais barato de [concorrente].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Nunca critique a concorrência. Proponha comparar em igualdade de condições.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franqueza. Os orçamentos muitas vezes diferem no que incluem, por isso vale a pena compará-los em igualdade de condições. O nosso inclui [elementos principais]. Se me disser o que cobre o outro orçamento, terei todo o gosto em analisar os dois consigo [dia].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Tenho de falar com outra pessoa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cliente diz: </w:t>
      </w:r>
      <w:r>
        <w:rPr>
          <w:rFonts w:ascii="Calibri" w:hAnsi="Calibri" w:cs="Calibri" w:eastAsia="Calibri"/>
          <w:b w:val="0"/>
          <w:color w:val="5D5A70"/>
          <w:sz w:val="21"/>
        </w:rPr>
        <w:t>Tenho de ver isto com [decisor].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Ofereça um resumo de uma página e uma chamada curta com o decisor.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Claro. Ajudaria um resumo de uma página com o preço, o que está incluído e a data de início? Também posso participar numa chamada de 15 minutos com [decisor] para responder diretamente às perguntas. Dá jeito [dia] às [hora]?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Registe cada objeção nas notas do negócio como Preço, Momento, Concorrente ou Decisor. Ao fim de 20 propostas, vai ver qual deve corrigir na própria proposta.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à objeção: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no mesmo dia útil ou no seguinte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a objeção, o que propôs e o próximo passo. Criar uma tarefa para esse passo.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 a objeção como: </w:t>
      </w:r>
      <w:r>
        <w:rPr>
          <w:rFonts w:ascii="Calibri" w:hAnsi="Calibri" w:cs="Calibri" w:eastAsia="Calibri"/>
          <w:b w:val="0"/>
          <w:color w:val="5D5A70"/>
          <w:sz w:val="21"/>
        </w:rPr>
        <w:t>Preço, Momento, Concorrente, Decisor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Após a chamada: o email de resumo da reunião, enviado no mesmo dia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da chamada · Extensão: Menos de 150 palavras · Objetivo: Um registo escrito e uma data de decisão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Teve uma chamada, uma demonstração ou uma visita sobre 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Nas horas seguintes, enquanto os detalhes estão frescos.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Resumo e próximos passos: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O que combinámos hoje sobre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tempo hoje. Aqui fica o que combinámos:</w:t>
        <w:br/>
        <w:br/>
        <w:t>1. [Âmbito ou alteração, por exemplo o novo horário].</w:t>
        <w:br/>
        <w:t>2. Data de início: [data de início].</w:t>
        <w:br/>
        <w:t>3. Preço: [preço], válido até [data].</w:t>
        <w:br/>
        <w:br/>
        <w:t>Próximo passo: [quem] vai [ação] até [data]. Eu envio a proposta atualizada até [data].</w:t>
        <w:br/>
        <w:br/>
        <w:t>Se me esqueci de alguma coisa, responda e eu corrijo.</w:t>
        <w:br/>
        <w:br/>
        <w:t>Com os melhores cumprimentos,</w:t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o resumo de forma que o cliente o possa reencaminhar a quem aprova a verba.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Se o cliente disser que sim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Envie o orçamento ou o contrato para assinatura e uma ligação de pagamento, se cobrar um sinal.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Marque o negócio como Ganho só depois de uma assinatura, de um pagamento ou de um sim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Tarefa no CRM, associada ao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resumo da reunião: [negócio]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negócio, no dia da chamada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concluir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do status: o que foi combinado e quem decide até quando. Criar a tarefa Verificar decisão: [negócio].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Marque como Ganho depois de: </w:t>
      </w:r>
      <w:r>
        <w:rPr>
          <w:rFonts w:ascii="Calibri" w:hAnsi="Calibri" w:cs="Calibri" w:eastAsia="Calibri"/>
          <w:b w:val="0"/>
          <w:color w:val="5D5A70"/>
          <w:sz w:val="21"/>
        </w:rPr>
        <w:t>Uma assinatura, Um pagamento, Um sim por escrito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proposta, dois follow-ups, assinada no dia 13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Brightway Office Cleaning, uma empresa fictícia, apresenta um orçamento para a limpeza noturna de duas clínicas dentárias e usa esta sequência de emails de follow-up de vendas. A cliente responde ao email do Dia 5 com duas objeções, segue-se uma chamada e o negócio é assinado 13 dias depois da proposta. Os emails do Dia 9 e do Dia 14 nunca foram necessários.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precisamos de um orçamento para a limpeza noturna das nossas duas clínicas dentárias, cerca de 6500 pés quadrados no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Elena. A Kim, da nossa equipa, vai enviar-lhe hoje um email para marcar uma visita às duas clínicas.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Dia 0, terça, 22 de setembro: Obrigada por me ter mostrado as duas clínicas. Segue em anexo a sua proposta: 5 noites por semana a partir de 2 de novembro, 2150 $ por mês, válida até 22 de outubro. Dá-lhe jeito quinta-feira às 10:00 ou sexta-feira às 14:00 para uma chamada de 15 minutos?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Dia 2, quinta, 24 de setembro: Olá, Elena, queria confirmar que recebeu a proposta. Podemos falar 15 minutos na sexta-feira às 14:00 ou na segunda-feira às 10:00?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Dia 5, segunda, 28 de setembro (o domingo passou para segunda): Aqui está a lista de verificação de uma página que usamos para clínicas dentárias. Se alguma parte da proposta não se adequar, diga-me qual.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Obrigada, isto ajuda. Está acima da nossa verba e o Dr. Patel tem de aprovar tudo o que passe de 2000 $ por mês.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Faz sentido. Uma opção: 5 noites na clínica principal e 3 na mais pequena, por 1890 $ por mês. Podemos falar 20 minutos com o Dr. Patel na quarta-feira às 12:30?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Quarta-feira às 12:30 dá jeito aos dois.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Resumo, quarta, 30 de setembro: Como combinado, 5 noites na clínica principal e 3 na segunda, 1890 $ por mês a partir de 2 de novembro. Segue em anexo a proposta atualizada para assinatura eletrónica. O Dr. Patel decide até sexta-feira, 9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Segunda, 5 de outubro: Assinado. Até dia 2 de novembro.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Negócio no CRM a 5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Limpeza noturna · Harbor Dental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 principal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Elena Ruiz, gestora da clínica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Kim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Proposta enviada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22 set., 2150 $ por mês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Respondeu após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do Dia 5: preço, decisor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 final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22 680 $ por ano (1890 $ por mês)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Ganho a 5 out., dia 13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Tarefas de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24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2, confirmar receção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sem resposta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28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5, email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resposta no mesmo dia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28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à objeção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marcada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30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resumo da reunião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nova proposta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9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Verificar decisão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Assinado a 5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Quantos emails de follow-up enviar e quando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Função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Pare ou mude se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enviada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Resumir a oferta e pedir uma chamada de 15 minutos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marca a chamada: envie o resumo depois dela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Confirmar receção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Confirmar que chegou e voltar a propor 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resposta, uma chamada marcada ou um não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Acrescentar valor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um elemento que ajude a decidir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resposta, uma chamada marcada ou um não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9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Propor quatro respostas fáceis, incluindo um não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resposta, incluindo «agora não»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Encerramento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Encerrar com cordialidade e deixar a porta aberta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 em 3 dias úteis: Perdido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parar a sequência e o que fazer em vez disso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Os emails da sequência servem apenas para o silêncio. Assim que o cliente fizer alguma coisa, pare a sequência e trate o assunto como uma conversa. Feche a tarefa em aberto com um resumo do status, para que o negócio mostre o que aconteceu.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responde com uma pergunta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Pare os emails da sequência. Responda no prazo de um dia útil e termine com um próximo passo. Substitua a tarefa em aberto por uma tarefa para esse passo.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marca uma chamada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Marque a tarefa de follow-up como concluída e crie uma tarefa para enviar o resumo da reunião no dia da chamada. Anexe a proposta ao convite do calendário.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diz «agora não»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Pergunte o que tem de acontecer primeiro e quando deve voltar a contactar. Crie uma tarefa para essa data. O negócio continua em aberto.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Posso voltar a contactar a [data]?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diz que não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Agradeça, faça uma pergunta sobre o motivo e feche o negócio como Perdido, com o motivo nas notas. Nunca discuta.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informar. Posso perguntar o que fez a diferença? Ajuda-nos a melhorar e espero que possamos trabalhar juntos noutra ocasião.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Uma resposta automática de ausência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Não é uma resposta. Passe a tarefa em aberto para o dia a seguir ao regresso da pessoa e continue a partir daí.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Responde outra pessoa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Adicione a nova pessoa ao negócio como contacto, envie-lhe a proposta com uma apresentação de duas linhas e recomece no Dia 2.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Nunca envie um prazo falso, nunca adicione um cliente a uma newsletter só porque não respondeu e nunca escreva «só para fazer follow-up» sem nada de novo.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o follow-up de propostas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Escreva as suas versões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os parênteses retos e guarde cada email como rascunho ou modelo na sua caixa de correio.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Defina um responsável por proposta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Quem envia a proposta envia todos os follow-ups. Um substituto definido cobre as ausências.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Crie uma tarefa de cada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Envie, marque a tarefa como concluída, escreva o que aconteceu e crie a seguinte.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Pare à primeira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resposta, uma chamada marcada ou um não terminam os emails da sequência.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o resultado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Ganho ou Perdido no dia em que souber, com o motivo.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«Negócios» no menu à esquerda. Abra o negócio ou clique em «Novo Acordo» e preencha o título, o valor, a etapa, a data de fecho prevista, o contacto principal e «Designado para».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plano Launch, crie o orçamento com «Nova Citação» em «Citações», associe-o ao negócio e defina «válido até». Mude o «Status» para «Enviado» quando o enviar por email.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Abra «Tarefas» no menu à esquerda e clique em «Nova Tarefa». Introduza o «Título da tarefa», escolha o responsável em «Cessionário», defina o «Prazo» e escolha o «Acordo vinculado». A página do negócio mostra a tarefa em «Tarefas vinculadas».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Envie o email a partir da sua própria caixa de correio. Depois, escreva o que aconteceu no «Resumo do status» da tarefa, clique em «Marca concluída» e crie a tarefa seguinte.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Todas as manhãs, abra «Minhas Tarefas» e trate primeiro de «Prazo para hoje» e «Atraso».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o cliente disser que sim, use «Peça assinatura» na página do negócio e «Criar Link de Pagamento» na fatura. Depois, mude o «Status» do negócio para «Venceu» ou para «Perdido», com o motivo em «Notas».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estes emails por si: envia-os a partir da sua própria caixa de correio e as tarefas tratam dos prazos. Os negócios com 1 pipeline e as tarefas básicas são grátis. Orçamentos, faturas, assinatura eletrónica e ligações de pagamento vêm com o Launch, 19 $ por mês, com faturação anual.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follow-ups, 10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proposta em aberto tem uma tarefa de follow-up em aberto.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Tarefas em atraso: envie hoje ou mude a data com um motivo.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Sem resposta 3 dias úteis depois do Dia 14: feche o negócio como Perdido.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negócios parados têm uma próxima ação e uma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negócios fechados têm um resultado e um motivo.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https://crmsoftware.pro/pt/templates/sales-follow-up-email-sequence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Sequência de emails de follow-up de vendas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