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pitch de vendas e exemplos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Construtor de pitch, pitches de uma frase, 30 segundos, 2 minutos, email e chat, e frases de abertura para 14 setores.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as cinco linhas com o que o cliente lhe disse: o problema nas palavras dele, o custo nos números dele, a sua oferta, uma prova e um pedido. Depois escolha a versão para a sua duração e canal e substitua cada palavra entre [parênteses retos]. Avalie cada pitch no registo de pitches em Excel e corrija a verificação que mais falha.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Modelo de pitch de vendas: preencha 5 linhas antes do pitch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Linhas: 5 · Prova: Uma, a mais forte · Pedido: Um, com dia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Todos os pitches desta página partem destas cinco linhas. Preencha-as depois de o cliente lhe ter contado o problema. Se ainda não contou, pergunte primeiro: as perguntas estão no guião de chamada de descoberta.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As cinco linhas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O problema, nas palavras do cliente: Tal como o cliente o disse, não nos termos do seu produto.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O custo, nos números do cliente: Horas, dinheiro, trabalhos perdidos ou um prazo falhado, a partir dos registos dele. Não deu nenhum número? Use as palavras dele e não faça contas.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A sua oferta, numa frase: O que vai fazer, o que o cliente recebe e até quando. Sem lista de funcionalidades.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Uma prova: A mais forte que tiver: o resultado de um cliente partilhado com autorização, um antes e depois, uma amostra ou uma garantia por escrito.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Um pedido, com dia e hora: Um único próximo passo: uma visita, uma chamada de 20 minutos, um teste ou um orçamento até uma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pitch num só fôlego: </w:t>
      </w:r>
      <w:r>
        <w:rPr>
          <w:rFonts w:ascii="Calibri" w:hAnsi="Calibri" w:cs="Calibri" w:eastAsia="Calibri"/>
          <w:b w:val="0"/>
          <w:color w:val="15131F"/>
          <w:sz w:val="21"/>
        </w:rPr>
        <w:t>[O problema, nas palavras do cliente]. Disse que isso lhe custa [o número do cliente]. O que oferecemos: [a sua oferta]. [Uma prova]. Podemos combinar [um pedido] para [dia] às [hora]?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Teste de prontidão: </w:t>
      </w:r>
      <w:r>
        <w:rPr>
          <w:rFonts w:ascii="Calibri" w:hAnsi="Calibri" w:cs="Calibri" w:eastAsia="Calibri"/>
          <w:b w:val="0"/>
          <w:color w:val="5D5A70"/>
          <w:sz w:val="21"/>
        </w:rPr>
        <w:t>Se não consegue preencher as linhas 1 e 2 com o que o cliente lhe disse, ainda não está pronto para o pitch. Pergunte primeiro, faça o pitch depois.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Deixe de fora: </w:t>
      </w:r>
      <w:r>
        <w:rPr>
          <w:rFonts w:ascii="Calibri" w:hAnsi="Calibri" w:cs="Calibri" w:eastAsia="Calibri"/>
          <w:b w:val="0"/>
          <w:color w:val="5D5A70"/>
          <w:sz w:val="21"/>
        </w:rPr>
        <w:t>Desfile de funcionalidades, Números que não pode provar, Um segundo pedido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Pitch de vendas numa frase: quem ajuda e como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Extensão: 1 frase · Termina com: Uma pergunta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Use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Alguém pergunta «o que é que faz?» num evento, numa chamada ou numa mensagem, ou como primeira frase do seu site ou do seu perfil.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Ainda não conhece o problema do cliente. Nesse caso, termine com uma pergunta, não com mais pitch.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Modelo: </w:t>
      </w:r>
      <w:r>
        <w:rPr>
          <w:rFonts w:ascii="Calibri" w:hAnsi="Calibri" w:cs="Calibri" w:eastAsia="Calibri"/>
          <w:b w:val="0"/>
          <w:color w:val="15131F"/>
          <w:sz w:val="21"/>
        </w:rPr>
        <w:t>[Empresa] ajuda [quem ajuda]: [a sua oferta].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Exemplo, Sunvale Solar: </w:t>
      </w:r>
      <w:r>
        <w:rPr>
          <w:rFonts w:ascii="Calibri" w:hAnsi="Calibri" w:cs="Calibri" w:eastAsia="Calibri"/>
          <w:b w:val="0"/>
          <w:color w:val="15131F"/>
          <w:sz w:val="21"/>
        </w:rPr>
        <w:t>Sunvale Solar ajuda pequenas empresas de Tucson com contas de eletricidade altas no verão: energia solar no telhado, dimensionada à medida das suas contas dos últimos 12 meses, com a produção prevista e o preço num orçamento por escrito.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conhece o problema: </w:t>
      </w:r>
      <w:r>
        <w:rPr>
          <w:rFonts w:ascii="Calibri" w:hAnsi="Calibri" w:cs="Calibri" w:eastAsia="Calibri"/>
          <w:b w:val="0"/>
          <w:color w:val="15131F"/>
          <w:sz w:val="21"/>
        </w:rPr>
        <w:t>Disse que [o problema, nas palavras do cliente]. Ajudamos [quem ajuda] exatamente com isso: [a sua oferta]. Faria sentido [um pedido]?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ainda não o conhece: </w:t>
      </w:r>
      <w:r>
        <w:rPr>
          <w:rFonts w:ascii="Calibri" w:hAnsi="Calibri" w:cs="Calibri" w:eastAsia="Calibri"/>
          <w:b w:val="0"/>
          <w:color w:val="15131F"/>
          <w:sz w:val="21"/>
        </w:rPr>
        <w:t>Ajudamos [quem ajuda] com [o problema que resolve]. Neste momento, qual é a sua maior dor de cabeça em [a área do cliente]?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Bom para: </w:t>
      </w:r>
      <w:r>
        <w:rPr>
          <w:rFonts w:ascii="Calibri" w:hAnsi="Calibri" w:cs="Calibri" w:eastAsia="Calibri"/>
          <w:b w:val="0"/>
          <w:color w:val="5D5A70"/>
          <w:sz w:val="21"/>
        </w:rPr>
        <w:t>Eventos, Perfis, Correio de voz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Elevator pitch de vendas de 30 segundos, dito em voz alta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Duração: 30 segundos · Pedido: 15 minutos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Use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Numa primeira chamada, quando o cliente diz «diga-me o que fazem» antes de saber muito sobre ele, ou numa apresentação num evento.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Cronometre: leia-o em voz alta com um temporizador e corte até caber em 30 segundos.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Modelo: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sou [o seu nome], da [empresa]. Trabalhamos com [quem ajuda], normalmente quando [o problema que o cliente reconhece]. [A sua oferta, numa frase]. [Uma prova]. Podemos falar 15 minutos [dia], para eu fazer algumas perguntas sobre o seu [negócio] e lhe dizer com franqueza se somos indicados para si?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Exemplo, se o Marcus conhecesse a Lydia num evento: </w:t>
      </w:r>
      <w:r>
        <w:rPr>
          <w:rFonts w:ascii="Calibri" w:hAnsi="Calibri" w:cs="Calibri" w:eastAsia="Calibri"/>
          <w:b w:val="0"/>
          <w:color w:val="15131F"/>
          <w:sz w:val="21"/>
        </w:rPr>
        <w:t>Olá, Lydia, sou o Marcus Bell, da Sunvale Solar. Trabalhamos com pequenas empresas de Tucson para quem a conta de eletricidade do verão é o único custo que não conseguem controlar. Instalamos energia solar no telhado, dimensionada à medida das suas contas dos últimos 12 meses, com a produção e o preço num orçamento por escrito. O Dave Romero, da Romero Brake &amp; Muffler, aceitou mostrar as contas dele aos proprietários que lhe pedirem. Podemos falar 15 minutos esta semana, para eu fazer algumas perguntas sobre a sua oficina e lhe dizer com franqueza se faz sentido?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Peça e pare: </w:t>
      </w:r>
      <w:r>
        <w:rPr>
          <w:rFonts w:ascii="Calibri" w:hAnsi="Calibri" w:cs="Calibri" w:eastAsia="Calibri"/>
          <w:b w:val="0"/>
          <w:color w:val="5D5A70"/>
          <w:sz w:val="21"/>
        </w:rPr>
        <w:t>Termine com a pergunta e pare de falar. Um pitch de 30 segundos conquista uma conversa, não uma venda.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 em voz alta: </w:t>
      </w:r>
      <w:r>
        <w:rPr>
          <w:rFonts w:ascii="Calibri" w:hAnsi="Calibri" w:cs="Calibri" w:eastAsia="Calibri"/>
          <w:b w:val="0"/>
          <w:color w:val="5D5A70"/>
          <w:sz w:val="21"/>
        </w:rPr>
        <w:t>Quem ajuda, Uma prova, Um pedido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Pitch de vendas de 2 minutos para uma chamada ou reunião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Duração: Menos de 2 min · Partes: 5 · Depois: Ouvir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Use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Depois da descoberta: sabe qual é o problema do cliente, quanto lhe custa e quem decide. Na mesma chamada ou numa segunda reunião.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Dois minutos é o limite. Depois pare e deixe o cliente falar.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Cinco partes, em menos de 2 minutos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Repetir o problema: Deixe-me confirmar se percebi bem: [o problema, nas palavras do cliente]. É isso?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O custo: Disse que isso lhe custa [o número do cliente]. [O que isso impede, nas palavras do cliente].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A sua oferta: O que oferecemos: [a sua oferta]. Teria [o que o cliente recebe] até [data].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Uma prova: [Nome do cliente], da [empresa do cliente], tinha o mesmo problema. [O que mudou, nos números dele]. Aceitou que lhe telefone.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Um pedido: O próximo passo: [um pedido], [dia], às [hora]. Pode ser?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Exemplo, Sunvale Solar: </w:t>
      </w:r>
      <w:r>
        <w:rPr>
          <w:rFonts w:ascii="Calibri" w:hAnsi="Calibri" w:cs="Calibri" w:eastAsia="Calibri"/>
          <w:b w:val="0"/>
          <w:color w:val="15131F"/>
          <w:sz w:val="21"/>
        </w:rPr>
        <w:t>Deixe-me confirmar se percebi bem: as contas do verão são o único custo que não consegue controlar, porque a climatização da oficina e o compressor funcionam o dia todo. Só julho e agosto foram 3900 $.</w:t>
        <w:br/>
        <w:t>O que oferecemos: medimos o seu telhado, analisamos as suas últimas 12 contas e enviamos um orçamento por escrito com a dimensão do sistema, a produção prevista e o preço.</w:t>
        <w:br/>
        <w:t>O Dave Romero, da Romero Brake &amp; Muffler, a duas milhas daqui, tinha a mesma preocupação e aceitou mostrar-lhe as contas e atender a sua chamada.</w:t>
        <w:br/>
        <w:t>O próximo passo: 45 minutos na sexta-feira às 7:30, antes de abrir, para medir o telhado. Pode ser?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do pedido: </w:t>
      </w:r>
      <w:r>
        <w:rPr>
          <w:rFonts w:ascii="Calibri" w:hAnsi="Calibri" w:cs="Calibri" w:eastAsia="Calibri"/>
          <w:b w:val="0"/>
          <w:color w:val="5D5A70"/>
          <w:sz w:val="21"/>
        </w:rPr>
        <w:t>Pare de falar. Se o cliente disser que sim, marque antes de desligar. Se levantar objeções sobre preço, prazos ou «envie-me informação», use as respostas a objeções de vendas.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 desfile de funcionalidades, Dois pedidos, Um número que o cliente não lhe deu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Pitch de vendas por email após uma chamada ou um contacto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Enviar: No mesmo dia · Extensão: Menos de 120 palavras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Envie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mesmo dia da chamada, ou no prazo de um dia útil após um pedido de informação.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Só a quem falou consigo ou pediu informação. Primeiros emails a desconhecidos: use os modelos de email a frio.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[Empresa do cliente]: [o problema, em poucas palavras] e [o próximo passo]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pela [chamada de hoje]. Disse que [o problema, nas palavras do cliente], o que lhe custa [o número do cliente].</w:t>
        <w:br/>
        <w:br/>
        <w:t>O que oferecemos: [a sua oferta].</w:t>
        <w:br/>
        <w:br/>
        <w:t>[Uma prova, com um nome que o cliente aceitou partilhar].</w:t>
        <w:br/>
        <w:br/>
        <w:t>Próximo passo: [um pedido], [dia], às [hora]. Confirma?</w:t>
        <w:br/>
        <w:br/>
        <w:t>[o seu nome]</w:t>
        <w:br/>
        <w:t>[empresa], [telefone]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Exemplo, Sunvale Solar: </w:t>
      </w:r>
      <w:r>
        <w:rPr>
          <w:rFonts w:ascii="Calibri" w:hAnsi="Calibri" w:cs="Calibri" w:eastAsia="Calibri"/>
          <w:b w:val="0"/>
          <w:color w:val="15131F"/>
          <w:sz w:val="21"/>
        </w:rPr>
        <w:t>Assunto: Pinecrest: as suas contas do verão e sexta-feira às 7:30</w:t>
        <w:br/>
        <w:br/>
        <w:t>Olá, Lydia,</w:t>
        <w:br/>
        <w:br/>
        <w:t>Obrigado pela chamada de hoje. Disse que as contas do verão são o único custo que não consegue controlar: 3900 $ em julho e agosto.</w:t>
        <w:br/>
        <w:br/>
        <w:t>O que oferecemos: medimos o seu telhado, analisamos as suas últimas 12 contas e enviamos um orçamento por escrito com a dimensão do sistema, a produção prevista e o preço.</w:t>
        <w:br/>
        <w:br/>
        <w:t>O Dave Romero, da Romero Brake &amp; Muffler, aguarda a sua chamada no 520-555-0193.</w:t>
        <w:br/>
        <w:br/>
        <w:t>Próximo passo: visita ao telhado na sexta-feira, 9 de outubro, às 7:30, antes de abrir. O orçamento por escrito segue até quarta-feira, 14 de outubro.</w:t>
        <w:br/>
        <w:br/>
        <w:t>Marcus Bell</w:t>
        <w:br/>
        <w:t>Sunvale Solar, 520-555-0127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curta, SMS ou WhatsApp: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fala [o seu nome], da [empresa]. Como combinámos: [um pedido], [dia], às [hora]. Se alguma coisa mudar, responda aqui.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Menos de 120 palavras: </w:t>
      </w:r>
      <w:r>
        <w:rPr>
          <w:rFonts w:ascii="Calibri" w:hAnsi="Calibri" w:cs="Calibri" w:eastAsia="Calibri"/>
          <w:b w:val="0"/>
          <w:color w:val="5D5A70"/>
          <w:sz w:val="21"/>
        </w:rPr>
        <w:t>Um problema, uma prova, um pedido. Não anexe nada que o cliente não tenha pedido: preços e detalhes vão na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acrescente: </w:t>
      </w:r>
      <w:r>
        <w:rPr>
          <w:rFonts w:ascii="Calibri" w:hAnsi="Calibri" w:cs="Calibri" w:eastAsia="Calibri"/>
          <w:b w:val="0"/>
          <w:color w:val="5D5A70"/>
          <w:sz w:val="21"/>
        </w:rPr>
        <w:t>Uma segunda oferta, Anexos não pedidos, Um prazo falso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Pitch para o chat do seu site e para o seu agente de 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Extensão: 2 ou 3 frases · Depois: Contacto e uma chamada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Use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visitante pergunta «o que fazem?», «porquê vocês?» ou «isto é para mim?» no chat do site.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seu agente de IA responde primeiro, por isso precisa da mesma oferta, da mesma prova e dos mesmos limites que a sua equipa.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no chat: </w:t>
      </w:r>
      <w:r>
        <w:rPr>
          <w:rFonts w:ascii="Calibri" w:hAnsi="Calibri" w:cs="Calibri" w:eastAsia="Calibri"/>
          <w:b w:val="0"/>
          <w:color w:val="15131F"/>
          <w:sz w:val="21"/>
        </w:rPr>
        <w:t>[O problema, nas palavras do cliente] é exatamente aquilo em que trabalhamos: [a sua oferta]. [Uma prova]. [O seu nome] pode ligar-lhe durante [15 minutos] para ver se faz sentido. Que número e que hora lhe dão jeito?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Instruções para o agente de IA, edite e cole: </w:t>
      </w:r>
      <w:r>
        <w:rPr>
          <w:rFonts w:ascii="Calibri" w:hAnsi="Calibri" w:cs="Calibri" w:eastAsia="Calibri"/>
          <w:b w:val="0"/>
          <w:color w:val="15131F"/>
          <w:sz w:val="21"/>
        </w:rPr>
        <w:t>Quando um visitante perguntar o que fazemos, porquê nós ou se somos indicados para ele, responda em 2 ou 3 frases: repita o problema dele nas palavras dele, descreva [a sua oferta] e dê [uma prova] da base de conhecimento. Depois peça o nome, o número de telefone e uma boa hora para uma chamada com [o seu nome]. Nunca indique poupanças, preços, resultados, incentivos ou garantias que não estejam na base de conhecimento.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 mesmas afirmações em todo o lado: </w:t>
      </w:r>
      <w:r>
        <w:rPr>
          <w:rFonts w:ascii="Calibri" w:hAnsi="Calibri" w:cs="Calibri" w:eastAsia="Calibri"/>
          <w:b w:val="0"/>
          <w:color w:val="5D5A70"/>
          <w:sz w:val="21"/>
        </w:rPr>
        <w:t>Coloque a oferta e a prova na base de conhecimento, palavra por palavra, tal como a sua equipa as diz. O agente de IA repete o que lhe dá, por isso dê-lhe apenas o que consegue provar.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diz: </w:t>
      </w:r>
      <w:r>
        <w:rPr>
          <w:rFonts w:ascii="Calibri" w:hAnsi="Calibri" w:cs="Calibri" w:eastAsia="Calibri"/>
          <w:b w:val="0"/>
          <w:color w:val="5D5A70"/>
          <w:sz w:val="21"/>
        </w:rPr>
        <w:t>Valores de poupança, Preços que não recebeu, Garantias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Exemplos de pitch de vendas para setores B2B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Setores: 7 · Por setor: Abertura, prova, pedido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Em cada setor mudam três coisas: o problema, a prova em que o cliente confia e a dimensão do pedido. Diga a frase de abertura depois das suas perguntas e continue com o pitch de 2 minutos.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Serviços B2B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prova certa: </w:t>
      </w:r>
      <w:r>
        <w:rPr>
          <w:rFonts w:ascii="Calibri" w:hAnsi="Calibri" w:cs="Calibri" w:eastAsia="Calibri"/>
          <w:b w:val="0"/>
          <w:color w:val="5D5A70"/>
          <w:sz w:val="21"/>
        </w:rPr>
        <w:t>O antes e depois de um cliente semelhante, com autorização.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pedido: </w:t>
      </w:r>
      <w:r>
        <w:rPr>
          <w:rFonts w:ascii="Calibri" w:hAnsi="Calibri" w:cs="Calibri" w:eastAsia="Calibri"/>
          <w:b w:val="0"/>
          <w:color w:val="5D5A70"/>
          <w:sz w:val="21"/>
        </w:rPr>
        <w:t>20 minutos com quem decide.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Disse que é avaliado por [objetivo de negócio] e que [o problema do cliente] está sempre a atrapalhar. É só disso que quero falar hoje.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Consultoria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prova certa: </w:t>
      </w:r>
      <w:r>
        <w:rPr>
          <w:rFonts w:ascii="Calibri" w:hAnsi="Calibri" w:cs="Calibri" w:eastAsia="Calibri"/>
          <w:b w:val="0"/>
          <w:color w:val="5D5A70"/>
          <w:sz w:val="21"/>
        </w:rPr>
        <w:t>Um caso curto: sintoma, causa, resultado.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pedido: </w:t>
      </w:r>
      <w:r>
        <w:rPr>
          <w:rFonts w:ascii="Calibri" w:hAnsi="Calibri" w:cs="Calibri" w:eastAsia="Calibri"/>
          <w:b w:val="0"/>
          <w:color w:val="5D5A70"/>
          <w:sz w:val="21"/>
        </w:rPr>
        <w:t>Uma sessão de diagnóstico paga ou um plano de uma página até uma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Referiu [sintoma]. Pela minha experiência, raramente é esse o verdadeiro problema, por isso quero começar pelo que está por trás.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Serviços de 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prova certa: </w:t>
      </w:r>
      <w:r>
        <w:rPr>
          <w:rFonts w:ascii="Calibri" w:hAnsi="Calibri" w:cs="Calibri" w:eastAsia="Calibri"/>
          <w:b w:val="0"/>
          <w:color w:val="5D5A70"/>
          <w:sz w:val="21"/>
        </w:rPr>
        <w:t>Tempos de resposta de um cliente da mesma dimensão, com autorização.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pedido: </w:t>
      </w:r>
      <w:r>
        <w:rPr>
          <w:rFonts w:ascii="Calibri" w:hAnsi="Calibri" w:cs="Calibri" w:eastAsia="Calibri"/>
          <w:b w:val="0"/>
          <w:color w:val="5D5A70"/>
          <w:sz w:val="21"/>
        </w:rPr>
        <w:t>Uma avaliação com um resumo por escrito até uma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Disse que a última falha custou [o número do cliente] horas à sua equipa e que a configuração que a causou continua igual.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Indústria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prova certa: </w:t>
      </w:r>
      <w:r>
        <w:rPr>
          <w:rFonts w:ascii="Calibri" w:hAnsi="Calibri" w:cs="Calibri" w:eastAsia="Calibri"/>
          <w:b w:val="0"/>
          <w:color w:val="5D5A70"/>
          <w:sz w:val="21"/>
        </w:rPr>
        <w:t>Os seus registos de pontualidade e de defeitos para o mesmo tipo de peça.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pedido: </w:t>
      </w:r>
      <w:r>
        <w:rPr>
          <w:rFonts w:ascii="Calibri" w:hAnsi="Calibri" w:cs="Calibri" w:eastAsia="Calibri"/>
          <w:b w:val="0"/>
          <w:color w:val="5D5A70"/>
          <w:sz w:val="21"/>
        </w:rPr>
        <w:t>Uma série de amostra ou uma primeira encomenda pequena.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Compra [peça ou material] e, pelo que disse, preocupa-o mais um atraso na entrega que pare a sua linha do que o preço.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7.5 Agência de marketing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prova certa: </w:t>
      </w:r>
      <w:r>
        <w:rPr>
          <w:rFonts w:ascii="Calibri" w:hAnsi="Calibri" w:cs="Calibri" w:eastAsia="Calibri"/>
          <w:b w:val="0"/>
          <w:color w:val="5D5A70"/>
          <w:sz w:val="21"/>
        </w:rPr>
        <w:t>Os leads de um cliente antes e depois, com autorização.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pedido: </w:t>
      </w:r>
      <w:r>
        <w:rPr>
          <w:rFonts w:ascii="Calibri" w:hAnsi="Calibri" w:cs="Calibri" w:eastAsia="Calibri"/>
          <w:b w:val="0"/>
          <w:color w:val="5D5A70"/>
          <w:sz w:val="21"/>
        </w:rPr>
        <w:t>Uma auditoria a um canal, com três conclusões até uma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Disse que gasta [o número do cliente] por mês em anúncios e não sabe que leads é que eles trazem.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7.6 SaaS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prova certa: </w:t>
      </w:r>
      <w:r>
        <w:rPr>
          <w:rFonts w:ascii="Calibri" w:hAnsi="Calibri" w:cs="Calibri" w:eastAsia="Calibri"/>
          <w:b w:val="0"/>
          <w:color w:val="5D5A70"/>
          <w:sz w:val="21"/>
        </w:rPr>
        <w:t>Um teste com os dados do próprio cliente, ou um cliente da mesma dimensão.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pedido: </w:t>
      </w:r>
      <w:r>
        <w:rPr>
          <w:rFonts w:ascii="Calibri" w:hAnsi="Calibri" w:cs="Calibri" w:eastAsia="Calibri"/>
          <w:b w:val="0"/>
          <w:color w:val="5D5A70"/>
          <w:sz w:val="21"/>
        </w:rPr>
        <w:t>Um teste com uma medida de sucesso e uma data de revisão.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Disse que a sua equipa perde cerca de [o número do cliente] horas por semana com [tarefa] e que o que vier substituir isso tem de funcionar com [as ferramentas do cliente].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7.7 Startup liderada pelo fundador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prova certa: </w:t>
      </w:r>
      <w:r>
        <w:rPr>
          <w:rFonts w:ascii="Calibri" w:hAnsi="Calibri" w:cs="Calibri" w:eastAsia="Calibri"/>
          <w:b w:val="0"/>
          <w:color w:val="5D5A70"/>
          <w:sz w:val="21"/>
        </w:rPr>
        <w:t>Primeiros resultados de clientes, pequenos e honestos, com autorização.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pedido: </w:t>
      </w:r>
      <w:r>
        <w:rPr>
          <w:rFonts w:ascii="Calibri" w:hAnsi="Calibri" w:cs="Calibri" w:eastAsia="Calibri"/>
          <w:b w:val="0"/>
          <w:color w:val="5D5A70"/>
          <w:sz w:val="21"/>
        </w:rPr>
        <w:t>Um piloto curto com uma medida de sucesso.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Sou o fundador, por isso vou ser direto: disse que [o problema do cliente] lhe custa [o número do cliente] por mês e que ninguém é responsável por resolvê-lo.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use: </w:t>
      </w:r>
      <w:r>
        <w:rPr>
          <w:rFonts w:ascii="Calibri" w:hAnsi="Calibri" w:cs="Calibri" w:eastAsia="Calibri"/>
          <w:b w:val="0"/>
          <w:color w:val="5D5A70"/>
          <w:sz w:val="21"/>
        </w:rPr>
        <w:t>Pitch de 2 minutos, Pitch por email, Respostas a objeções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Exemplos de pitch de vendas: negócios locais e particulares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Setores: 7 · Números: Do cliente ou por escrito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Estes clientes são donos de negócios, sócios de ginásio, pacientes, doadores ou proprietários de casas, e vários destes setores têm regras rígidas sobre o que pode prometer. Use apenas números dos registos do cliente ou de um orçamento por escrito.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Comércio eletrónico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prova certa: </w:t>
      </w:r>
      <w:r>
        <w:rPr>
          <w:rFonts w:ascii="Calibri" w:hAnsi="Calibri" w:cs="Calibri" w:eastAsia="Calibri"/>
          <w:b w:val="0"/>
          <w:color w:val="5D5A70"/>
          <w:sz w:val="21"/>
        </w:rPr>
        <w:t>Uma loja da mesma dimensão, com números que aceitou partilhar.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pedido: </w:t>
      </w:r>
      <w:r>
        <w:rPr>
          <w:rFonts w:ascii="Calibri" w:hAnsi="Calibri" w:cs="Calibri" w:eastAsia="Calibri"/>
          <w:b w:val="0"/>
          <w:color w:val="5D5A70"/>
          <w:sz w:val="21"/>
        </w:rPr>
        <w:t>15 minutos a ver a loja do cliente em conjunto.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Disse que a maioria dos visitantes sai em [etapa] e que não sabe porquê.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Ginásios e fitness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prova certa: </w:t>
      </w:r>
      <w:r>
        <w:rPr>
          <w:rFonts w:ascii="Calibri" w:hAnsi="Calibri" w:cs="Calibri" w:eastAsia="Calibri"/>
          <w:b w:val="0"/>
          <w:color w:val="5D5A70"/>
          <w:sz w:val="21"/>
        </w:rPr>
        <w:t>Um sócio com o mesmo objetivo que aceitou partilhar a sua história.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pedido: </w:t>
      </w:r>
      <w:r>
        <w:rPr>
          <w:rFonts w:ascii="Calibri" w:hAnsi="Calibri" w:cs="Calibri" w:eastAsia="Calibri"/>
          <w:b w:val="0"/>
          <w:color w:val="5D5A70"/>
          <w:sz w:val="21"/>
        </w:rPr>
        <w:t>Uma semana experimental ou uma primeira sessão com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Disse que veio porque quer [objetivo] até [data]. Tudo o que lhe vou mostrar hoje tem a ver com isso.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Saúde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prova certa: </w:t>
      </w:r>
      <w:r>
        <w:rPr>
          <w:rFonts w:ascii="Calibri" w:hAnsi="Calibri" w:cs="Calibri" w:eastAsia="Calibri"/>
          <w:b w:val="0"/>
          <w:color w:val="5D5A70"/>
          <w:sz w:val="21"/>
        </w:rPr>
        <w:t>Uma clínica da mesma dimensão, com autorização. Nunca dados de pacientes.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pedido: </w:t>
      </w:r>
      <w:r>
        <w:rPr>
          <w:rFonts w:ascii="Calibri" w:hAnsi="Calibri" w:cs="Calibri" w:eastAsia="Calibri"/>
          <w:b w:val="0"/>
          <w:color w:val="5D5A70"/>
          <w:sz w:val="21"/>
        </w:rPr>
        <w:t>Uma demonstração curta para o responsável da receção.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Disse que a sua receção passa [o número do cliente] horas por dia ao telefone e que os pacientes continuam à espera de respostas.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8.4 Seguros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prova certa: </w:t>
      </w:r>
      <w:r>
        <w:rPr>
          <w:rFonts w:ascii="Calibri" w:hAnsi="Calibri" w:cs="Calibri" w:eastAsia="Calibri"/>
          <w:b w:val="0"/>
          <w:color w:val="5D5A70"/>
          <w:sz w:val="21"/>
        </w:rPr>
        <w:t>A apólice do cliente e a sua opção lado a lado, por escrito.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pedido: </w:t>
      </w:r>
      <w:r>
        <w:rPr>
          <w:rFonts w:ascii="Calibri" w:hAnsi="Calibri" w:cs="Calibri" w:eastAsia="Calibri"/>
          <w:b w:val="0"/>
          <w:color w:val="5D5A70"/>
          <w:sz w:val="21"/>
        </w:rPr>
        <w:t>Uma análise dos documentos da apólice atual.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Antes de falarmos de preço, quero mostrar-lhe por escrito [a lacuna que encontrou] na sua apólice atual.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8.5 Crédito habitação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prova certa: </w:t>
      </w:r>
      <w:r>
        <w:rPr>
          <w:rFonts w:ascii="Calibri" w:hAnsi="Calibri" w:cs="Calibri" w:eastAsia="Calibri"/>
          <w:b w:val="0"/>
          <w:color w:val="5D5A70"/>
          <w:sz w:val="21"/>
        </w:rPr>
        <w:t>Uma simulação por escrito com base no processo do cliente, não uma taxa anunciada.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pedido: </w:t>
      </w:r>
      <w:r>
        <w:rPr>
          <w:rFonts w:ascii="Calibri" w:hAnsi="Calibri" w:cs="Calibri" w:eastAsia="Calibri"/>
          <w:b w:val="0"/>
          <w:color w:val="5D5A70"/>
          <w:sz w:val="21"/>
        </w:rPr>
        <w:t>Os documentos para uma simulação por escrito, até uma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Disse-me que a sua prestação é de [o número do cliente] e que quer [objetivo] até [data]. Vou mostrar-lhe por escrito o que o seu processo permite hoje.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8.6 Sem fins lucrativos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prova certa: </w:t>
      </w:r>
      <w:r>
        <w:rPr>
          <w:rFonts w:ascii="Calibri" w:hAnsi="Calibri" w:cs="Calibri" w:eastAsia="Calibri"/>
          <w:b w:val="0"/>
          <w:color w:val="5D5A70"/>
          <w:sz w:val="21"/>
        </w:rPr>
        <w:t>Os resultados do ano passado, com os números que reporta.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pedido: </w:t>
      </w:r>
      <w:r>
        <w:rPr>
          <w:rFonts w:ascii="Calibri" w:hAnsi="Calibri" w:cs="Calibri" w:eastAsia="Calibri"/>
          <w:b w:val="0"/>
          <w:color w:val="5D5A70"/>
          <w:sz w:val="21"/>
        </w:rPr>
        <w:t>Um donativo concreto, um nível de patrocínio ou uma visita ao local.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Antes de lhe falar de nós, deixe-me contar-lhe [um momento real] em [comunidade] este ano.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8.7 Energia solar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prova certa: </w:t>
      </w:r>
      <w:r>
        <w:rPr>
          <w:rFonts w:ascii="Calibri" w:hAnsi="Calibri" w:cs="Calibri" w:eastAsia="Calibri"/>
          <w:b w:val="0"/>
          <w:color w:val="5D5A70"/>
          <w:sz w:val="21"/>
        </w:rPr>
        <w:t>As contas de um cliente antes e depois, com autorização. Incentivos só da fonte oficial, verificados nesse dia.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pedido: </w:t>
      </w:r>
      <w:r>
        <w:rPr>
          <w:rFonts w:ascii="Calibri" w:hAnsi="Calibri" w:cs="Calibri" w:eastAsia="Calibri"/>
          <w:b w:val="0"/>
          <w:color w:val="5D5A70"/>
          <w:sz w:val="21"/>
        </w:rPr>
        <w:t>Uma visita ao telhado e as contas dos últimos 12 meses.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Disse que a sua conta foi de [o número do cliente] em julho e de [o número do cliente] em agosto. Hoje não lhe vou prometer poupanças, mas posso mostrar-lhe por escrito o que o seu telhado produziria.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Setores regulados: </w:t>
      </w:r>
      <w:r>
        <w:rPr>
          <w:rFonts w:ascii="Calibri" w:hAnsi="Calibri" w:cs="Calibri" w:eastAsia="Calibri"/>
          <w:b w:val="0"/>
          <w:color w:val="5D5A70"/>
          <w:sz w:val="21"/>
        </w:rPr>
        <w:t>Em seguros, crédito habitação, saúde e energia solar, nunca prometa uma taxa, uma cobertura, poupanças ou um incentivo que não estejam por escrito na respetiva fonte. Cumpra as regras da sua licença e as normas de conformidade da sua empresa.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prometa: </w:t>
      </w:r>
      <w:r>
        <w:rPr>
          <w:rFonts w:ascii="Calibri" w:hAnsi="Calibri" w:cs="Calibri" w:eastAsia="Calibri"/>
          <w:b w:val="0"/>
          <w:color w:val="5D5A70"/>
          <w:sz w:val="21"/>
        </w:rPr>
        <w:t>Uma taxa, Poupanças, Um incentivo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De uma pergunta no chat a uma visita ao telhado marcada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Sunvale Solar, uma instaladora fictícia de energia solar para empresas em Tucson, no Arizona, usa estes exemplos de pitch de vendas com a Lydia Chen, dona da Pinecrest Auto Repair. O agente de IA faz o pitch no chat e o Marcus Bell pergunta antes de fazer o pitch. Todos os números são da própria Lydia: ninguém lhe promete um valor de poupança.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Seg., 5 out., 20:40: Olá, sou a Lydia Chen, dona da Pinecrest Auto Repair, uma oficina com quatro postos de trabalho. A nossa conta de eletricidade foi de 1840 $ em julho e de 2060 $ em agosto. A energia solar faz sentido para uma oficina como a minha?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Obrigado, Lydia. Contas de verão como os seus 1840 $ e 2060 $ são exatamente aquilo em que trabalhamos: energia solar no telhado para pequenas empresas de Tucson, dimensionada à medida das suas contas dos últimos 12 meses, com a produção prevista e o preço num orçamento por escrito. O Dave Romero, da Romero Brake &amp; Muffler, uma oficina como a sua, aceitou mostrar as contas dele aos proprietários que lhe pedirem. O Marcus Bell pode ligar-lhe durante 15 minutos para ver se o seu telhado é adequado. Que número e que hora lhe dão jeito?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520-555-0148, amanhã às 12:30. É a minha hora de almoço.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Marcus (vendas): </w:t>
      </w:r>
      <w:r>
        <w:rPr>
          <w:rFonts w:ascii="Calibri" w:hAnsi="Calibri" w:cs="Calibri" w:eastAsia="Calibri"/>
          <w:b w:val="0"/>
          <w:color w:val="15131F"/>
          <w:sz w:val="21"/>
        </w:rPr>
        <w:t>Ter., 6 out., 12:30, chamada: Obrigado, Lydia. Antes de dizer seja o que for sobre energia solar, posso fazer-lhe algumas perguntas sobre a oficina e as contas?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12:38: O problema é o verão. A climatização da oficina e o compressor funcionam o dia todo e não os posso desligar com carros nos elevadores. Só quero um número com que possa contar.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Marcus (vendas): </w:t>
      </w:r>
      <w:r>
        <w:rPr>
          <w:rFonts w:ascii="Calibri" w:hAnsi="Calibri" w:cs="Calibri" w:eastAsia="Calibri"/>
          <w:b w:val="0"/>
          <w:color w:val="15131F"/>
          <w:sz w:val="21"/>
        </w:rPr>
        <w:t>12:41: Deixe-me confirmar se percebi bem: as contas do verão são o único custo que não consegue controlar, porque a climatização da oficina e o compressor funcionam o dia todo. Só julho e agosto foram 3900 $. O que oferecemos: medimos o seu telhado, analisamos as suas últimas 12 contas e enviamos um orçamento por escrito com a dimensão do sistema, a produção prevista e o preço. O Dave Romero, da Romero Brake &amp; Muffler, a duas milhas daqui, tinha a mesma preocupação e aceitou mostrar-lhe as contas e atender a sua chamada. O próximo passo: 45 minutos na sexta-feira às 7:30, antes de abrir, para medir o telhado. Pode ser?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Sexta às 7:30 dá-me jeito. Quanto me custa o orçamento?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Marcus (vendas): </w:t>
      </w:r>
      <w:r>
        <w:rPr>
          <w:rFonts w:ascii="Calibri" w:hAnsi="Calibri" w:cs="Calibri" w:eastAsia="Calibri"/>
          <w:b w:val="0"/>
          <w:color w:val="15131F"/>
          <w:sz w:val="21"/>
        </w:rPr>
        <w:t>Nada. Recebe-o por escrito até quarta-feira, 14 de outubro, e se os números não fizerem sentido para a sua oficina, eu digo-lhe.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Marcus (vendas): </w:t>
      </w:r>
      <w:r>
        <w:rPr>
          <w:rFonts w:ascii="Calibri" w:hAnsi="Calibri" w:cs="Calibri" w:eastAsia="Calibri"/>
          <w:b w:val="0"/>
          <w:color w:val="15131F"/>
          <w:sz w:val="21"/>
        </w:rPr>
        <w:t>13:05, email «Pinecrest: as suas contas do verão e sexta-feira às 7:30»: as mesmas cinco linhas em menos de 120 palavras, com o número de telefone do Dave Romero e a data do orçamento, quarta-feira, 14 de outubro.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Construtor de pitch: Pinecrest Auto Repair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problema, nas palavras dela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Contas de verão que não consegue controlar: a climatização da oficina e o compressor funcionam o dia todo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custo, nos números dela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1840 $ em julho e 2060 $ em agosto: 3900 $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Oferta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Telhado medido, 12 contas analisadas, orçamento por escrito com dimensão, produção e preço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Uma prova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Dave Romero, Romero Brake &amp; Muffler: mostra as contas dele e atende a chamada dela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Um pedido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Visita ao telhado sex., 9 out., 7:30, antes de a oficina abrir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Ficha de avaliação: o pitch de 2 minutos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Repetiu o problema dela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prova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pedido, com dia e hora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Menos de 2 minutos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Próximo passo combinado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Sim, sex., 9 out.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 CRMsoftware.pro a 6 de outubro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Solar no telhado · Pinecrest Auto Repair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Etapa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Pitch feito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palavras dela; 1840 $ em julho, 2060 $ em agosto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Visita ao telhado sex., 9 out., 7:30 · Orçamento até qua., 14 out.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Não dito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 valor de poupança ou de incentivo, nenhum prazo-limite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Como fazer um pitch de vendas para cada duração e canal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Versão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Onde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diz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pedido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frase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Eventos, perfis, correio de voz, o topo do seu site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ajuda e como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pergunta sobre o problema do cliente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segundos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Primeiras chamadas, apresentações, feiras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ajuda, o problema que o cliente reconhece, a sua oferta, uma prova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 minutos para fazer perguntas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minutos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chamada ou reunião depois da descoberta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problema do cliente repetido, o custo, a sua oferta, uma prova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próximo passo com data: uma visita, um teste ou um orçamento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mesmo dia de uma chamada ou de um pedido de informação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mesmas cinco linhas, em menos de 120 palavras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Confirmar o próximo passo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chat do site e o seu agente de 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problema do cliente, a sua oferta e uma prova em 2 ou 3 frases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Contacto e uma chamada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O que não dizer num pitch de vendas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Cada uma destas coisas parece forte no momento e custa-lhe confiança mais tarde. O mesmo vale para prazos falsos e para falar mal de um concorrente.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número que não pode provar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Poupanças, resultados ou valores de «a maioria dos clientes» de que não tem registos. Use os números do cliente, ou os números de um cliente que aceitou partilhá-los. A lei dos EUA espera que haja provas antes de se fazer uma afirmação.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 vez disso: </w:t>
      </w:r>
      <w:r>
        <w:rPr>
          <w:rFonts w:ascii="Calibri" w:hAnsi="Calibri" w:cs="Calibri" w:eastAsia="Calibri"/>
          <w:b w:val="0"/>
          <w:color w:val="15131F"/>
          <w:sz w:val="21"/>
        </w:rPr>
        <w:t>Hoje não lhe vou prometer um número. O orçamento vai mostrá-lo por escrito.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testemunho que não consegue sustentar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 cliente inventado, uma citação reescrita ou um cliente que não aceitou ser identificado. Peça primeiro, cite com exatidão e diga o que os clientes em geral obtêm se o resultado dele foi invulgarmente bom.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desfile de funcionalidades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Dez funcionalidades são dez oportunidades de perder o cliente. Fale apenas daquilo que resolve o problema que ele lhe contou.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Dois ou três pedidos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«Uma demonstração, ou um teste, ou uma proposta» dá ao cliente três formas de adiar. Escolha um próximo passo com dia e hora. Propor dois horários para o mesmo passo não faz mal.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Esta página não constitui aconselhamento jurídico. As regras sobre publicidade e testemunhos variam consoante o país e o setor: consulte as regras oficiais onde vende e as regras da sua licença em seguros, crédito habitação, saúde e energia solar.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estes modelos de pitch de vendas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Pergunte antes do pitch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Faça primeiro a descoberta, ou pelo menos pergunte qual é o problema e quanto custa. Anote as palavras do cliente.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Preencha as cinco linhas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Use o separador 1 ou a folha Construtor de pitch. Se uma linha ficar vazia, ainda não está pronto.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Escolha a duração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frase ou 30 segundos antes de conhecer o cliente, 2 minutos depois da descoberta, email no mesmo dia, chat no seu site.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Peça uma vez e pare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 pedido com dia e hora e depois ouça. Marque o próximo passo antes de a chamada terminar.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Avalie cada pitch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Registe-o no registo de pitches em Excel. Todas as semanas, corrija a verificação que mais falha.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Os chats do site chegam a «Leads». Abra o lead e clique em «Converter»: cria o contacto, a empresa e o negócio.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Em «Negócios», use «Novo gasoduto» (o botão que cria um novo pipeline) e «Adicionar estágio» para acrescentar uma etapa como Pitch feito. Escreva as palavras e os números do cliente nas «Notas» do negócio.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Transforme o pedido numa tarefa: em «Tarefas», clique em «Nova Tarefa» com um «Título da tarefa» como “Visita ao telhado: Pinecrest Auto Repair”, o «Cessionário» (o responsável pela tarefa), um «Prazo» e o «Acordo vinculado» (o negócio associado). «Minhas Tarefas» mostra «Prazo para hoje» e «Atraso» (as tarefas em atraso).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Para o pitch no chat, abra «Meus Bots», escolha o seu bot e, no separador «Básico», acrescente a oferta e a prova às «Instruções» e à «Base de Conhecimento». Clique em «Salvar Alterações» e teste com «Experimente o bot».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No Growth, guarde o pitch do chat em «Configurações» &gt; «Respostas salvas» &gt; «Nova resposta»: um «Atalho» como /pitch, um «Título» e o «Corpo da resposta», e depois ative «Compartilhar com a equipe».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CRMsoftware.pro não grava nem avalia as suas chamadas e não envia emails de pitch por si: envia-os a partir da sua própria caixa de correio e avalia cada pitch no registo em Excel. Os leads, 1 pipeline, as notas e as tarefas básicas são grátis para 3 utilizadores. Os orçamentos para o próximo passo vêm com o Launch, 19 $ por mês, com faturação anual, e as respostas guardadas com o Growth, 49 $ por mês, com faturação anual.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semanal dos pitches, 15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Corrigir da próxima vez: que verificação falha mais vezes?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Percentagem com próximo passo com 4 de 4 contra 3 ou menos.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Alguns chats do agente de IA em «Suporte ao Vivo»: a mesma oferta, a mesma prova, nenhum número inventado.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negócio em aberto depois de um pitch tem uma tarefa com «Prazo».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https://crmsoftware.pro/pt/templates/sales-pitch-templates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pitch de vendas e exemplos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